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ba4e49250ce1e5de6209d31c701bdd9c9cafef"/>
    <w:p>
      <w:pPr>
        <w:pStyle w:val="Heading1"/>
      </w:pPr>
      <w:r>
        <w:rPr>
          <w:b/>
          <w:bCs/>
        </w:rPr>
        <w:t xml:space="preserve">Sister Carrie</w:t>
      </w:r>
      <w:r>
        <w:br/>
      </w:r>
      <w:r>
        <w:rPr>
          <w:i/>
          <w:iCs/>
        </w:rPr>
        <w:t xml:space="preserve">Theodore Dreiser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understand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antagonism</w:t>
      </w:r>
      <w:r>
        <w:rPr>
          <w:b/>
          <w:bCs/>
        </w:rPr>
        <w:t xml:space="preserve"> </w:t>
      </w:r>
      <w:r>
        <w:rPr>
          <w:b/>
          <w:bCs/>
        </w:rPr>
        <w:t xml:space="preserve">toward me.</w:t>
      </w:r>
      <w:r>
        <w:br/>
      </w:r>
      <w:r>
        <w:t xml:space="preserve">    (a) kindness</w:t>
      </w:r>
      <w:r>
        <w:br/>
      </w:r>
      <w:r>
        <w:t xml:space="preserve">    (b) hostility</w:t>
      </w:r>
      <w:r>
        <w:br/>
      </w:r>
      <w:r>
        <w:t xml:space="preserve">    (c) positive attitude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estimates that your probability of lung cancer will drop to that of a non-smoker if you haven't already got it 10 to 15 years after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cessation</w:t>
      </w:r>
      <w:r>
        <w:rPr>
          <w:b/>
          <w:bCs/>
        </w:rPr>
        <w:t xml:space="preserve"> </w:t>
      </w:r>
      <w:r>
        <w:rPr>
          <w:b/>
          <w:bCs/>
        </w:rPr>
        <w:t xml:space="preserve">of smoking.</w:t>
      </w:r>
      <w:r>
        <w:br/>
      </w:r>
      <w:r>
        <w:t xml:space="preserve">    (a) the ending</w:t>
      </w:r>
      <w:r>
        <w:br/>
      </w:r>
      <w:r>
        <w:t xml:space="preserve">    (b) the beginning</w:t>
      </w:r>
      <w:r>
        <w:br/>
      </w:r>
      <w:r>
        <w:t xml:space="preserve">    (c) the reducing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introduced Bette Midler (pronounced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</w:t>
      </w:r>
      <w:r>
        <w:rPr>
          <w:b/>
          <w:bCs/>
        </w:rPr>
        <w:t xml:space="preserve">) by saying,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Bette</w:t>
      </w:r>
      <w:r>
        <w:rPr>
          <w:b/>
          <w:bCs/>
        </w:rPr>
        <w:t xml:space="preserve"> </w:t>
      </w:r>
      <w:r>
        <w:rPr>
          <w:b/>
          <w:bCs/>
        </w:rPr>
        <w:t xml:space="preserve">rhymes with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coquette</w:t>
      </w:r>
      <w:r>
        <w:rPr>
          <w:b/>
          <w:bCs/>
        </w:rPr>
        <w:t xml:space="preserve">, but never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regret</w:t>
      </w:r>
      <w:r>
        <w:rPr>
          <w:b/>
          <w:bCs/>
        </w:rPr>
        <w:t xml:space="preserve">.</w:t>
      </w:r>
      <w:r>
        <w:br/>
      </w:r>
      <w:r>
        <w:t xml:space="preserve">    (a) a star</w:t>
      </w:r>
      <w:r>
        <w:br/>
      </w:r>
      <w:r>
        <w:t xml:space="preserve">    (b) a dancer</w:t>
      </w:r>
      <w:r>
        <w:br/>
      </w:r>
      <w:r>
        <w:t xml:space="preserve">    (c) a flirt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without members, the club voted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dissolution</w:t>
      </w:r>
      <w:r>
        <w:rPr>
          <w:b/>
          <w:bCs/>
        </w:rPr>
        <w:t xml:space="preserve">.</w:t>
      </w:r>
      <w:r>
        <w:br/>
      </w:r>
      <w:r>
        <w:t xml:space="preserve">    (a) new beginning</w:t>
      </w:r>
      <w:r>
        <w:br/>
      </w:r>
      <w:r>
        <w:t xml:space="preserve">    (b) public celebration</w:t>
      </w:r>
      <w:r>
        <w:br/>
      </w:r>
      <w:r>
        <w:t xml:space="preserve">    (c) formal 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comedian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 </w:t>
      </w:r>
      <w:r>
        <w:rPr>
          <w:b/>
          <w:bCs/>
        </w:rPr>
        <w:t xml:space="preserve">way of describing everyday life.</w:t>
      </w:r>
      <w:r>
        <w:br/>
      </w:r>
      <w:r>
        <w:t xml:space="preserve">    (a) dull and serious</w:t>
      </w:r>
      <w:r>
        <w:br/>
      </w:r>
      <w:r>
        <w:t xml:space="preserve">    (b) quirky and funny</w:t>
      </w:r>
      <w:r>
        <w:br/>
      </w:r>
      <w:r>
        <w:t xml:space="preserve">    (c) harsh and bitter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bond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matrimony</w:t>
      </w:r>
      <w:r>
        <w:rPr>
          <w:b/>
          <w:bCs/>
        </w:rPr>
        <w:t xml:space="preserve"> </w:t>
      </w:r>
      <w:r>
        <w:rPr>
          <w:b/>
          <w:bCs/>
        </w:rPr>
        <w:t xml:space="preserve">lasted for over fifty years.</w:t>
      </w:r>
      <w:r>
        <w:br/>
      </w:r>
      <w:r>
        <w:t xml:space="preserve">    (a) friendship</w:t>
      </w:r>
      <w:r>
        <w:br/>
      </w:r>
      <w:r>
        <w:t xml:space="preserve">    (b) divorce</w:t>
      </w:r>
      <w:r>
        <w:br/>
      </w:r>
      <w:r>
        <w:t xml:space="preserve">    (c) marriage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town has become a 21st century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metropolis</w:t>
      </w:r>
      <w:r>
        <w:rPr>
          <w:b/>
          <w:bCs/>
        </w:rPr>
        <w:t xml:space="preserve">.</w:t>
      </w:r>
      <w:r>
        <w:br/>
      </w:r>
      <w:r>
        <w:t xml:space="preserve">    (a) rural area</w:t>
      </w:r>
      <w:r>
        <w:br/>
      </w:r>
      <w:r>
        <w:t xml:space="preserve">    (b) small village</w:t>
      </w:r>
      <w:r>
        <w:br/>
      </w:r>
      <w:r>
        <w:t xml:space="preserve">    (c) large 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learned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modulate</w:t>
      </w:r>
      <w:r>
        <w:rPr>
          <w:b/>
          <w:bCs/>
        </w:rPr>
        <w:t xml:space="preserve"> </w:t>
      </w:r>
      <w:r>
        <w:rPr>
          <w:b/>
          <w:bCs/>
        </w:rPr>
        <w:t xml:space="preserve">her voice so the audience could hear each point clearly.</w:t>
      </w:r>
      <w:r>
        <w:br/>
      </w:r>
      <w:r>
        <w:t xml:space="preserve">    (a) silence</w:t>
      </w:r>
      <w:r>
        <w:br/>
      </w:r>
      <w:r>
        <w:t xml:space="preserve">    (b) ignore</w:t>
      </w:r>
      <w:r>
        <w:br/>
      </w:r>
      <w:r>
        <w:t xml:space="preserve">    (c) adjust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apologized, but he would not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mollified</w:t>
      </w:r>
      <w:r>
        <w:rPr>
          <w:b/>
          <w:bCs/>
        </w:rPr>
        <w:t xml:space="preserve">, and he continued to insist on speaking with her manager.</w:t>
      </w:r>
      <w:r>
        <w:br/>
      </w:r>
      <w:r>
        <w:t xml:space="preserve">    (a) angered</w:t>
      </w:r>
      <w:r>
        <w:br/>
      </w:r>
      <w:r>
        <w:t xml:space="preserve">    (b) calmed</w:t>
      </w:r>
      <w:r>
        <w:br/>
      </w:r>
      <w:r>
        <w:t xml:space="preserve">    (c) ignored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opined</w:t>
      </w:r>
      <w:r>
        <w:rPr>
          <w:b/>
          <w:bCs/>
        </w:rPr>
        <w:t xml:space="preserve"> </w:t>
      </w:r>
      <w:r>
        <w:rPr>
          <w:b/>
          <w:bCs/>
        </w:rPr>
        <w:t xml:space="preserve">that popular sentiment will change when people learn more about the issue.</w:t>
      </w:r>
      <w:r>
        <w:br/>
      </w:r>
      <w:r>
        <w:t xml:space="preserve">    (a) surveyed people in the room</w:t>
      </w:r>
      <w:r>
        <w:br/>
      </w:r>
      <w:r>
        <w:t xml:space="preserve">    (b) expressed an opinion</w:t>
      </w:r>
      <w:r>
        <w:br/>
      </w:r>
      <w:r>
        <w:t xml:space="preserve">    (c) challenged the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opulent</w:t>
      </w:r>
      <w:r>
        <w:rPr>
          <w:b/>
          <w:bCs/>
        </w:rPr>
        <w:t xml:space="preserve"> </w:t>
      </w:r>
      <w:r>
        <w:rPr>
          <w:b/>
          <w:bCs/>
        </w:rPr>
        <w:t xml:space="preserve">hotel lobby had marble floors, crystal lights, and velvet chairs.</w:t>
      </w:r>
      <w:r>
        <w:br/>
      </w:r>
      <w:r>
        <w:t xml:space="preserve">    (a) small and crowded</w:t>
      </w:r>
      <w:r>
        <w:br/>
      </w:r>
      <w:r>
        <w:t xml:space="preserve">    (b) plain and practical</w:t>
      </w:r>
      <w:r>
        <w:br/>
      </w:r>
      <w:r>
        <w:t xml:space="preserve">    (c) rich and luxurious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Guiteau was insane and assassinated President Garfield because he believed Garfield cheated him out of a political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patronage</w:t>
      </w:r>
      <w:r>
        <w:rPr>
          <w:b/>
          <w:bCs/>
        </w:rPr>
        <w:t xml:space="preserve"> </w:t>
      </w:r>
      <w:r>
        <w:rPr>
          <w:b/>
          <w:bCs/>
        </w:rPr>
        <w:t xml:space="preserve">job. He thought he was owed the job for giving a speech encouraging others to vote for Garfield.</w:t>
      </w:r>
      <w:r>
        <w:br/>
      </w:r>
      <w:r>
        <w:t xml:space="preserve">    (a) civil service</w:t>
      </w:r>
      <w:r>
        <w:br/>
      </w:r>
      <w:r>
        <w:t xml:space="preserve">    (b) favor for political support</w:t>
      </w:r>
      <w:r>
        <w:br/>
      </w:r>
      <w:r>
        <w:t xml:space="preserve">    (c) high-ranking and high-paying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grew up in a world of stillbirths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privation</w:t>
      </w:r>
      <w:r>
        <w:rPr>
          <w:b/>
          <w:bCs/>
        </w:rPr>
        <w:t xml:space="preserve">.</w:t>
      </w:r>
      <w:r>
        <w:br/>
      </w:r>
      <w:r>
        <w:t xml:space="preserve">    (a) a stone coffin (usually bearing sculpture or inscriptions)</w:t>
      </w:r>
      <w:r>
        <w:br/>
      </w:r>
      <w:r>
        <w:t xml:space="preserve">    (b) lack of basic things needed to live in a satisfactory manner</w:t>
      </w:r>
      <w:r>
        <w:br/>
      </w:r>
      <w:r>
        <w:t xml:space="preserve">    (c) rules of conduct said to be universally desired by all peoples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compliment</w:t>
      </w:r>
      <w:r>
        <w:br/>
      </w:r>
      <w:r>
        <w:t xml:space="preserve">    (b) instruct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smile</w:t>
      </w:r>
      <w:r>
        <w:br/>
      </w:r>
      <w:r>
        <w:t xml:space="preserve">    (b) greeting</w:t>
      </w:r>
      <w:r>
        <w:br/>
      </w:r>
      <w:r>
        <w:t xml:space="preserve">    (c) introduction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investigating the rock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strata</w:t>
      </w:r>
      <w:r>
        <w:rPr>
          <w:b/>
          <w:bCs/>
        </w:rPr>
        <w:t xml:space="preserve"> </w:t>
      </w:r>
      <w:r>
        <w:rPr>
          <w:b/>
          <w:bCs/>
        </w:rPr>
        <w:t xml:space="preserve">to better understand the Antarctic ice sheet.</w:t>
      </w:r>
      <w:r>
        <w:br/>
      </w:r>
      <w:r>
        <w:t xml:space="preserve">    (a) layers</w:t>
      </w:r>
      <w:r>
        <w:br/>
      </w:r>
      <w:r>
        <w:t xml:space="preserve">    (b) erosion</w:t>
      </w:r>
      <w:r>
        <w:br/>
      </w:r>
      <w:r>
        <w:t xml:space="preserve">    (c) hardness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gown made of the finest silk and adorned with sparkling jewels.</w:t>
      </w:r>
      <w:r>
        <w:br/>
      </w:r>
      <w:r>
        <w:t xml:space="preserve">    (a) long</w:t>
      </w:r>
      <w:r>
        <w:br/>
      </w:r>
      <w:r>
        <w:t xml:space="preserve">    (b) flattering</w:t>
      </w:r>
      <w:r>
        <w:br/>
      </w:r>
      <w:r>
        <w:t xml:space="preserve">    (c) magnificent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supercilious</w:t>
      </w:r>
      <w:r>
        <w:rPr>
          <w:b/>
          <w:bCs/>
        </w:rPr>
        <w:t xml:space="preserve"> </w:t>
      </w:r>
      <w:r>
        <w:rPr>
          <w:b/>
          <w:bCs/>
        </w:rPr>
        <w:t xml:space="preserve">tone made everyone in the room feel inferior.</w:t>
      </w:r>
      <w:r>
        <w:br/>
      </w:r>
      <w:r>
        <w:t xml:space="preserve">    (a) warm and welcoming</w:t>
      </w:r>
      <w:r>
        <w:br/>
      </w:r>
      <w:r>
        <w:t xml:space="preserve">    (b) shy and uncertain</w:t>
      </w:r>
      <w:r>
        <w:br/>
      </w:r>
      <w:r>
        <w:t xml:space="preserve">    (c) haughty and disdainful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bit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taciturn</w:t>
      </w:r>
      <w:r>
        <w:rPr>
          <w:b/>
          <w:bCs/>
        </w:rPr>
        <w:t xml:space="preserve"> </w:t>
      </w:r>
      <w:r>
        <w:rPr>
          <w:b/>
          <w:bCs/>
        </w:rPr>
        <w:t xml:space="preserve">by nature, but before breakfast you'd think she is deaf and mute.</w:t>
      </w:r>
      <w:r>
        <w:br/>
      </w:r>
      <w:r>
        <w:t xml:space="preserve">    (a) low-energy</w:t>
      </w:r>
      <w:r>
        <w:br/>
      </w:r>
      <w:r>
        <w:t xml:space="preserve">    (b) outgoing</w:t>
      </w:r>
      <w:r>
        <w:br/>
      </w:r>
      <w:r>
        <w:t xml:space="preserve">    (c) reserved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man's behavior at the dinner party was embarrassing to his guests.</w:t>
      </w:r>
      <w:r>
        <w:br/>
      </w:r>
      <w:r>
        <w:t xml:space="preserve">    (a) drunken</w:t>
      </w:r>
      <w:r>
        <w:br/>
      </w:r>
      <w:r>
        <w:t xml:space="preserve">    (b) rude or unpleasant</w:t>
      </w:r>
      <w:r>
        <w:br/>
      </w:r>
      <w:r>
        <w:t xml:space="preserve">    (c) not bathed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2026-07-31T15:57:42Z</dcterms:created>
  <dcterms:modified xsi:type="dcterms:W3CDTF">2026-07-31T15:57:42Z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