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4554f5b1e26d36f02c0fd411756c45ed349d84"/>
    <w:p>
      <w:pPr>
        <w:pStyle w:val="Heading1"/>
      </w:pPr>
      <w:r>
        <w:rPr>
          <w:b/>
          <w:bCs/>
        </w:rPr>
        <w:t xml:space="preserve">Sister Carrie</w:t>
      </w:r>
      <w:r>
        <w:br/>
      </w:r>
      <w:r>
        <w:rPr>
          <w:i/>
          <w:iCs/>
        </w:rPr>
        <w:t xml:space="preserve">Theodore Dreiser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city of over 500,000, with the ambition, the daring, the activity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metropolis</w:t>
      </w:r>
      <w:r>
        <w:rPr>
          <w:b/>
          <w:bCs/>
        </w:rPr>
        <w:t xml:space="preserve"> </w:t>
      </w:r>
      <w:r>
        <w:rPr>
          <w:b/>
          <w:bCs/>
        </w:rPr>
        <w:t xml:space="preserve">of a million.</w:t>
      </w:r>
      <w:r>
        <w:br/>
      </w:r>
      <w:r>
        <w:t xml:space="preserve">    (a) city</w:t>
      </w:r>
      <w:r>
        <w:br/>
      </w:r>
      <w:r>
        <w:t xml:space="preserve">    (b) ghetto</w:t>
      </w:r>
      <w:r>
        <w:br/>
      </w:r>
      <w:r>
        <w:t xml:space="preserve">    (c) tourist attraction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Indeed, it affected the entire atmosphere of the flat, as such things are inclined to do, and gave to his wife's mind its subdued and tactful turn, anxious to avoid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replies.</w:t>
      </w:r>
      <w:r>
        <w:br/>
      </w:r>
      <w:r>
        <w:t xml:space="preserve">    (a) the state or degree of being greater than zero</w:t>
      </w:r>
      <w:r>
        <w:br/>
      </w:r>
      <w:r>
        <w:t xml:space="preserve">    (b) with a tendency to be reserved and not to talk</w:t>
      </w:r>
      <w:r>
        <w:br/>
      </w:r>
      <w:r>
        <w:t xml:space="preserve">    (c) mental activity of which one is not self-aware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night, or the gloomy chambers of the day, fears and misgivings wax strong, but out in the sunlight there is, for a time,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cessation</w:t>
      </w:r>
      <w:r>
        <w:rPr>
          <w:b/>
          <w:bCs/>
        </w:rPr>
        <w:t xml:space="preserve"> </w:t>
      </w:r>
      <w:r>
        <w:rPr>
          <w:b/>
          <w:bCs/>
        </w:rPr>
        <w:t xml:space="preserve">even of the terror of death.</w:t>
      </w:r>
      <w:r>
        <w:br/>
      </w:r>
      <w:r>
        <w:t xml:space="preserve">    (a) a stopping</w:t>
      </w:r>
      <w:r>
        <w:br/>
      </w:r>
      <w:r>
        <w:t xml:space="preserve">    (b) thigh bone</w:t>
      </w:r>
      <w:r>
        <w:br/>
      </w:r>
      <w:r>
        <w:t xml:space="preserve">    (c)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feared that the young boys about would address such remarks to her-boys who, beside Drouet,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and ridiculous.</w:t>
      </w:r>
      <w:r>
        <w:br/>
      </w:r>
      <w:r>
        <w:t xml:space="preserve">    (a) relating to a surface rather than to anything deep or penetrating</w:t>
      </w:r>
      <w:r>
        <w:br/>
      </w:r>
      <w:r>
        <w:t xml:space="preserve">    (b) rude or unpleasant due to a lack of manners, refinement, or taste</w:t>
      </w:r>
      <w:r>
        <w:br/>
      </w:r>
      <w:r>
        <w:t xml:space="preserve">    (c) related to the spreading of a disease to another part of the 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floors were of brightly colored tiles, the walls a composition of rich, dark, polished wood, which gave the place a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appearance.</w:t>
      </w:r>
      <w:r>
        <w:br/>
      </w:r>
      <w:r>
        <w:t xml:space="preserve">    (a) magnificent (impressively wonderful) -- often indicating something expensive</w:t>
      </w:r>
      <w:r>
        <w:br/>
      </w:r>
      <w:r>
        <w:t xml:space="preserve">    (b) the quality of behaving in an instinctive, uninhibited, and unplanned manner</w:t>
      </w:r>
      <w:r>
        <w:br/>
      </w:r>
      <w:r>
        <w:t xml:space="preserve">    (c) the state or degree of having the ability to change for different situations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 not explain that the though, however, had aroused 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 </w:t>
      </w:r>
      <w:r>
        <w:rPr>
          <w:b/>
          <w:bCs/>
        </w:rPr>
        <w:t xml:space="preserve">of her nature.</w:t>
      </w:r>
      <w:r>
        <w:br/>
      </w:r>
      <w:r>
        <w:t xml:space="preserve">    (a) hostility or opposition</w:t>
      </w:r>
      <w:r>
        <w:br/>
      </w:r>
      <w:r>
        <w:t xml:space="preserve">    (b) positive attitude</w:t>
      </w:r>
      <w:r>
        <w:br/>
      </w:r>
      <w:r>
        <w:t xml:space="preserve">    (c) kindness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carried to the selection looking around, criticizing,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opining</w:t>
      </w:r>
      <w:r>
        <w:rPr>
          <w:b/>
          <w:bCs/>
        </w:rPr>
        <w:t xml:space="preserve">.</w:t>
      </w:r>
      <w:r>
        <w:br/>
      </w:r>
      <w:r>
        <w:t xml:space="preserve">    (a) taking on or adopting</w:t>
      </w:r>
      <w:r>
        <w:br/>
      </w:r>
      <w:r>
        <w:t xml:space="preserve">    (b) expressing an opinion</w:t>
      </w:r>
      <w:r>
        <w:br/>
      </w:r>
      <w:r>
        <w:t xml:space="preserve">    (c) suggesting indirectly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"George, I let Mary go yesterday," was not an unfrequent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at the dinner table.</w:t>
      </w:r>
      <w:r>
        <w:br/>
      </w:r>
      <w:r>
        <w:t xml:space="preserve">    (a) a greeting -- such as</w:t>
      </w:r>
      <w:r>
        <w:t xml:space="preserve"> </w:t>
      </w:r>
      <w:r>
        <w:rPr>
          <w:i/>
          <w:iCs/>
        </w:rPr>
        <w:t xml:space="preserve">"Hi"</w:t>
      </w:r>
      <w:r>
        <w:t xml:space="preserve">, </w:t>
      </w:r>
      <w:r>
        <w:t xml:space="preserve"> </w:t>
      </w:r>
      <w:r>
        <w:rPr>
          <w:i/>
          <w:iCs/>
        </w:rPr>
        <w:t xml:space="preserve">"Dear John:"</w:t>
      </w:r>
      <w:r>
        <w:t xml:space="preserve">, or</w:t>
      </w:r>
      <w:r>
        <w:t xml:space="preserve"> </w:t>
      </w:r>
      <w:r>
        <w:rPr>
          <w:i/>
          <w:iCs/>
        </w:rPr>
        <w:t xml:space="preserve">"Ladies and Gentlemen"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the act of greeting</w:t>
      </w:r>
      <w:r>
        <w:br/>
      </w:r>
      <w:r>
        <w:t xml:space="preserve">    (b) a small hole or a series of small holes such as are used to make it easy to tear a piece of paper along a specific line</w:t>
      </w:r>
      <w:r>
        <w:br/>
      </w:r>
      <w:r>
        <w:t xml:space="preserve">    (c) a highly educated person interested in learning and exploring ideas -- sometimes while ignoring practical considerations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view of a certain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stratum</w:t>
      </w:r>
      <w:r>
        <w:rPr>
          <w:b/>
          <w:bCs/>
        </w:rPr>
        <w:t xml:space="preserve"> </w:t>
      </w:r>
      <w:r>
        <w:rPr>
          <w:b/>
          <w:bCs/>
        </w:rPr>
        <w:t xml:space="preserve">of society, Carrie was comfortably established-in eyes of the traveling, beaten by every wind and gusty sheet of rain, she was safe in a halcyon harbor.</w:t>
      </w:r>
      <w:r>
        <w:br/>
      </w:r>
      <w:r>
        <w:t xml:space="preserve">    (a) social class</w:t>
      </w:r>
      <w:r>
        <w:br/>
      </w:r>
      <w:r>
        <w:t xml:space="preserve">    (b) one who believes that knowledge is acquired primarily by reason rather than by experience</w:t>
      </w:r>
      <w:r>
        <w:br/>
      </w:r>
      <w:r>
        <w:t xml:space="preserve">    (c) a hollow muscular organ in the pelvic cavity of females which can hold a developing fetus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years he had been steadily modifying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matrimonial</w:t>
      </w:r>
      <w:r>
        <w:rPr>
          <w:b/>
          <w:bCs/>
        </w:rPr>
        <w:t xml:space="preserve"> </w:t>
      </w:r>
      <w:r>
        <w:rPr>
          <w:b/>
          <w:bCs/>
        </w:rPr>
        <w:t xml:space="preserve">devotion, and found her company dull.</w:t>
      </w:r>
      <w:r>
        <w:br/>
      </w:r>
      <w:r>
        <w:t xml:space="preserve">    (a) marriage (or related to marriage)</w:t>
      </w:r>
      <w:r>
        <w:br/>
      </w:r>
      <w:r>
        <w:t xml:space="preserve">    (b) improper, awkward, or unfavorable</w:t>
      </w:r>
      <w:r>
        <w:br/>
      </w:r>
      <w:r>
        <w:t xml:space="preserve">    (c) able to be stopped from happening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drew up his chair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modulated</w:t>
      </w:r>
      <w:r>
        <w:rPr>
          <w:b/>
          <w:bCs/>
        </w:rPr>
        <w:t xml:space="preserve"> </w:t>
      </w:r>
      <w:r>
        <w:rPr>
          <w:b/>
          <w:bCs/>
        </w:rPr>
        <w:t xml:space="preserve">his voice to such a degree that what he said seemed wholly confidential.</w:t>
      </w:r>
      <w:r>
        <w:br/>
      </w:r>
      <w:r>
        <w:t xml:space="preserve">    (a) regulated</w:t>
      </w:r>
      <w:r>
        <w:br/>
      </w:r>
      <w:r>
        <w:t xml:space="preserve">    (b) disagreed</w:t>
      </w:r>
      <w:r>
        <w:br/>
      </w:r>
      <w:r>
        <w:t xml:space="preserve">    (c) postponed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not the slightest touch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patronage</w:t>
      </w:r>
      <w:r>
        <w:rPr>
          <w:b/>
          <w:bCs/>
        </w:rPr>
        <w:t xml:space="preserve">.</w:t>
      </w:r>
      <w:r>
        <w:br/>
      </w:r>
      <w:r>
        <w:t xml:space="preserve">    (a) belief in a single God</w:t>
      </w:r>
      <w:r>
        <w:br/>
      </w:r>
      <w:r>
        <w:t xml:space="preserve">    (b) lowest legal hourly pay</w:t>
      </w:r>
      <w:r>
        <w:br/>
      </w:r>
      <w:r>
        <w:t xml:space="preserve">    (c) support or favor given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plea was that of a gaunt-faced man of about thirty, who looked the picture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privation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wretchedness.</w:t>
      </w:r>
      <w:r>
        <w:br/>
      </w:r>
      <w:r>
        <w:t xml:space="preserve">    (a) tile designed to affect noise -- typically to decrease noise</w:t>
      </w:r>
      <w:r>
        <w:br/>
      </w:r>
      <w:r>
        <w:t xml:space="preserve">    (b) the state of not being in danger of suffering from something</w:t>
      </w:r>
      <w:r>
        <w:br/>
      </w:r>
      <w:r>
        <w:t xml:space="preserve">    (c) lack of basic things needed to live in a satisfactory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Life had not taught her domination—</w:t>
      </w:r>
      <w:r>
        <w:rPr>
          <w:b/>
          <w:bCs/>
          <w:u w:val="single"/>
        </w:rPr>
        <w:t xml:space="preserve">superciliousness</w:t>
      </w:r>
      <w:r>
        <w:rPr>
          <w:b/>
          <w:bCs/>
        </w:rPr>
        <w:t xml:space="preserve"> </w:t>
      </w:r>
      <w:r>
        <w:rPr>
          <w:b/>
          <w:bCs/>
        </w:rPr>
        <w:t xml:space="preserve">of grace, which is the lordly power of some women.</w:t>
      </w:r>
      <w:r>
        <w:br/>
      </w:r>
      <w:r>
        <w:t xml:space="preserve">    (a) not having the characteristic of or relating to bouncing back light/heat/sound...</w:t>
      </w:r>
      <w:r>
        <w:br/>
      </w:r>
      <w:r>
        <w:t xml:space="preserve">    (b) able to qualify for regular payments that permit having an income without working</w:t>
      </w:r>
      <w:r>
        <w:br/>
      </w:r>
      <w:r>
        <w:t xml:space="preserve">    (c) arrogant (acting as if better, more important, and superior in ideas than others)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"What is it?" said McGarren, pleased to be consulted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opulent</w:t>
      </w:r>
      <w:r>
        <w:rPr>
          <w:b/>
          <w:bCs/>
        </w:rPr>
        <w:t xml:space="preserve"> </w:t>
      </w:r>
      <w:r>
        <w:rPr>
          <w:b/>
          <w:bCs/>
        </w:rPr>
        <w:t xml:space="preserve">manager.</w:t>
      </w:r>
      <w:r>
        <w:br/>
      </w:r>
      <w:r>
        <w:t xml:space="preserve">    (a) magnificent and luxurious</w:t>
      </w:r>
      <w:r>
        <w:br/>
      </w:r>
      <w:r>
        <w:t xml:space="preserve">    (b) not able to be translated</w:t>
      </w:r>
      <w:r>
        <w:br/>
      </w:r>
      <w:r>
        <w:t xml:space="preserve">    (c) able to be disagreed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this account the silence was irritably broken by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reproof</w:t>
      </w:r>
      <w:r>
        <w:rPr>
          <w:b/>
          <w:bCs/>
        </w:rPr>
        <w:t xml:space="preserve">.</w:t>
      </w:r>
      <w:r>
        <w:br/>
      </w:r>
      <w:r>
        <w:t xml:space="preserve">    (a) main road</w:t>
      </w:r>
      <w:r>
        <w:br/>
      </w:r>
      <w:r>
        <w:t xml:space="preserve">    (b) hard work</w:t>
      </w:r>
      <w:r>
        <w:br/>
      </w:r>
      <w:r>
        <w:t xml:space="preserve">    (c)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didn't see you for a long time," she said,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coquettishly</w:t>
      </w:r>
      <w:r>
        <w:rPr>
          <w:b/>
          <w:bCs/>
        </w:rPr>
        <w:t xml:space="preserve">, repulsing one of his exuberant approaches.</w:t>
      </w:r>
      <w:r>
        <w:br/>
      </w:r>
      <w:r>
        <w:t xml:space="preserve">    (a) in a manner that impacts the natural world (life, air, water, land...)</w:t>
      </w:r>
      <w:r>
        <w:br/>
      </w:r>
      <w:r>
        <w:t xml:space="preserve">    (b) aka analytically -- in a manner that relates to a theory of psychiatry</w:t>
      </w:r>
      <w:r>
        <w:br/>
      </w:r>
      <w:r>
        <w:t xml:space="preserve">    (c) in a manner that playfully and casually arouses sexual interest of men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Stories began to crop up—those ever-enduring,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stories which form the major portion of the conversation among American men under such circumstances.</w:t>
      </w:r>
      <w:r>
        <w:br/>
      </w:r>
      <w:r>
        <w:t xml:space="preserve">    (a) comical in an unusual way</w:t>
      </w:r>
      <w:r>
        <w:br/>
      </w:r>
      <w:r>
        <w:t xml:space="preserve">    (b) not tending to find fault</w:t>
      </w:r>
      <w:r>
        <w:br/>
      </w:r>
      <w:r>
        <w:t xml:space="preserve">    (c) able to be disagreed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fact that he had in a measure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mollified</w:t>
      </w:r>
      <w:r>
        <w:rPr>
          <w:b/>
          <w:bCs/>
        </w:rPr>
        <w:t xml:space="preserve"> </w:t>
      </w:r>
      <w:r>
        <w:rPr>
          <w:b/>
          <w:bCs/>
        </w:rPr>
        <w:t xml:space="preserve">Carrie was a source of satisfaction to Hurstwood, but it furnished only the most temporary relief.</w:t>
      </w:r>
      <w:r>
        <w:br/>
      </w:r>
      <w:r>
        <w:t xml:space="preserve">    (a) traded</w:t>
      </w:r>
      <w:r>
        <w:br/>
      </w:r>
      <w:r>
        <w:t xml:space="preserve">    (b) copied</w:t>
      </w:r>
      <w:r>
        <w:br/>
      </w:r>
      <w:r>
        <w:t xml:space="preserve">    (c) calmed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Rich men are, frequently, in these days, saved from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dissolution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their fortune by their ability to hire younger brains.</w:t>
      </w:r>
      <w:r>
        <w:br/>
      </w:r>
      <w:r>
        <w:t xml:space="preserve">    (a) breaking something up or bringing it to an end</w:t>
      </w:r>
      <w:r>
        <w:br/>
      </w:r>
      <w:r>
        <w:t xml:space="preserve">    (b) two successive lines of poetry; usually rhymed</w:t>
      </w:r>
      <w:r>
        <w:br/>
      </w:r>
      <w:r>
        <w:t xml:space="preserve">    (c) an order issued by a court or judicial officer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2026-07-31T15:57:42Z</dcterms:created>
  <dcterms:modified xsi:type="dcterms:W3CDTF">2026-07-31T15:57:42Z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