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ae02c84bdc8620918c3b050c6da313d099d962"/>
    <w:p>
      <w:pPr>
        <w:pStyle w:val="Heading1"/>
      </w:pPr>
      <w:r>
        <w:rPr>
          <w:b/>
          <w:bCs/>
        </w:rPr>
        <w:t xml:space="preserve">Silas Marner</w:t>
      </w:r>
      <w:r>
        <w:br/>
      </w:r>
      <w:r>
        <w:rPr>
          <w:i/>
          <w:iCs/>
        </w:rPr>
        <w:t xml:space="preserve">George Eliot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hotel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accommodate</w:t>
      </w:r>
      <w:r>
        <w:rPr>
          <w:b/>
          <w:bCs/>
        </w:rPr>
        <w:t xml:space="preserve"> </w:t>
      </w:r>
      <w:r>
        <w:rPr>
          <w:b/>
          <w:bCs/>
        </w:rPr>
        <w:t xml:space="preserve">up to 350 guests.</w:t>
      </w:r>
      <w:r>
        <w:br/>
      </w:r>
      <w:r>
        <w:t xml:space="preserve">    (a) provide for</w:t>
      </w:r>
      <w:r>
        <w:br/>
      </w:r>
      <w:r>
        <w:t xml:space="preserve">    (b) question</w:t>
      </w:r>
      <w:r>
        <w:br/>
      </w:r>
      <w:r>
        <w:t xml:space="preserve">    (c) consider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accommodate</w:t>
      </w:r>
      <w:r>
        <w:rPr>
          <w:b/>
          <w:bCs/>
        </w:rPr>
        <w:t xml:space="preserve"> </w:t>
      </w:r>
      <w:r>
        <w:rPr>
          <w:b/>
          <w:bCs/>
        </w:rPr>
        <w:t xml:space="preserve">various interests to get a majority.</w:t>
      </w:r>
      <w:r>
        <w:br/>
      </w:r>
      <w:r>
        <w:t xml:space="preserve">    (a) understand</w:t>
      </w:r>
      <w:r>
        <w:br/>
      </w:r>
      <w:r>
        <w:t xml:space="preserve">    (b) adjust to</w:t>
      </w:r>
      <w:r>
        <w:br/>
      </w:r>
      <w:r>
        <w:t xml:space="preserve">    (c) force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does little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</w:t>
      </w:r>
      <w:r>
        <w:rPr>
          <w:b/>
          <w:bCs/>
        </w:rPr>
        <w:t xml:space="preserve"> </w:t>
      </w:r>
      <w:r>
        <w:rPr>
          <w:b/>
          <w:bCs/>
        </w:rPr>
        <w:t xml:space="preserve">Israeli fears.</w:t>
      </w:r>
      <w:r>
        <w:br/>
      </w:r>
      <w:r>
        <w:t xml:space="preserve">    (a) reduce</w:t>
      </w:r>
      <w:r>
        <w:br/>
      </w:r>
      <w:r>
        <w:t xml:space="preserve">    (b) increase</w:t>
      </w:r>
      <w:r>
        <w:br/>
      </w:r>
      <w:r>
        <w:t xml:space="preserve">    (c) distract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described his physical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.</w:t>
      </w:r>
      <w:r>
        <w:br/>
      </w:r>
      <w:r>
        <w:t xml:space="preserve">    (a) characteristics</w:t>
      </w:r>
      <w:r>
        <w:br/>
      </w:r>
      <w:r>
        <w:t xml:space="preserve">    (b) weaknesses</w:t>
      </w:r>
      <w:r>
        <w:br/>
      </w:r>
      <w:r>
        <w:t xml:space="preserve">    (c) strengths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 to hard work.</w:t>
      </w:r>
      <w:r>
        <w:br/>
      </w:r>
      <w:r>
        <w:t xml:space="preserve">    (a) gives help for</w:t>
      </w:r>
      <w:r>
        <w:br/>
      </w:r>
      <w:r>
        <w:t xml:space="preserve">    (b) gives money for</w:t>
      </w:r>
      <w:r>
        <w:br/>
      </w:r>
      <w:r>
        <w:t xml:space="preserve">    (c) gives credit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team could win State if they stay hungry instead of getting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complacent</w:t>
      </w:r>
      <w:r>
        <w:rPr>
          <w:b/>
          <w:bCs/>
        </w:rPr>
        <w:t xml:space="preserve">.</w:t>
      </w:r>
      <w:r>
        <w:br/>
      </w:r>
      <w:r>
        <w:t xml:space="preserve">    (a) satisfied</w:t>
      </w:r>
      <w:r>
        <w:br/>
      </w:r>
      <w:r>
        <w:t xml:space="preserve">    (b) distracted</w:t>
      </w:r>
      <w:r>
        <w:br/>
      </w:r>
      <w:r>
        <w:t xml:space="preserve">    (c) worried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important part</w:t>
      </w:r>
      <w:r>
        <w:br/>
      </w:r>
      <w:r>
        <w:t xml:space="preserve">    (b) unimportant part</w:t>
      </w:r>
      <w:r>
        <w:br/>
      </w:r>
      <w:r>
        <w:t xml:space="preserve">    (c) result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unethical</w:t>
      </w:r>
      <w:r>
        <w:br/>
      </w:r>
      <w:r>
        <w:t xml:space="preserve">    (b) harmful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the sentence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</w:t>
      </w:r>
      <w:r>
        <w:rPr>
          <w:b/>
          <w:bCs/>
        </w:rPr>
        <w:t xml:space="preserve"> </w:t>
      </w:r>
      <w:r>
        <w:rPr>
          <w:b/>
          <w:bCs/>
        </w:rPr>
        <w:t xml:space="preserve">what is said in the previous paragraph?</w:t>
      </w:r>
      <w:r>
        <w:br/>
      </w:r>
      <w:r>
        <w:t xml:space="preserve">    (a) reinforce</w:t>
      </w:r>
      <w:r>
        <w:br/>
      </w:r>
      <w:r>
        <w:t xml:space="preserve">    (b) expand upon</w:t>
      </w:r>
      <w:r>
        <w:br/>
      </w:r>
      <w:r>
        <w:t xml:space="preserve">    (c) disagree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typical underlying beliefs of pro-life and pro-choice supporters.</w:t>
      </w:r>
      <w:r>
        <w:br/>
      </w:r>
      <w:r>
        <w:t xml:space="preserve">    (a) describe</w:t>
      </w:r>
      <w:r>
        <w:br/>
      </w:r>
      <w:r>
        <w:t xml:space="preserve">    (b) study</w:t>
      </w:r>
      <w:r>
        <w:br/>
      </w:r>
      <w:r>
        <w:t xml:space="preserve">    (c) compare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quite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styles of the two teachers.</w:t>
      </w:r>
      <w:r>
        <w:br/>
      </w:r>
      <w:r>
        <w:t xml:space="preserve">    (a) covering of all styles</w:t>
      </w:r>
      <w:r>
        <w:br/>
      </w:r>
      <w:r>
        <w:t xml:space="preserve">    (b) notable difference</w:t>
      </w:r>
      <w:r>
        <w:br/>
      </w:r>
      <w:r>
        <w:t xml:space="preserve">    (c) notable similarity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gratitude for her hospitality.</w:t>
      </w:r>
      <w:r>
        <w:br/>
      </w:r>
      <w:r>
        <w:t xml:space="preserve">    (a) accept</w:t>
      </w:r>
      <w:r>
        <w:br/>
      </w:r>
      <w:r>
        <w:t xml:space="preserve">    (b) express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stock market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fluctuates</w:t>
      </w:r>
      <w:r>
        <w:rPr>
          <w:b/>
          <w:bCs/>
        </w:rPr>
        <w:t xml:space="preserve">.</w:t>
      </w:r>
      <w:r>
        <w:br/>
      </w:r>
      <w:r>
        <w:t xml:space="preserve">    (a) alternately increases and decreases</w:t>
      </w:r>
      <w:r>
        <w:br/>
      </w:r>
      <w:r>
        <w:t xml:space="preserve">    (b) rises in the long run</w:t>
      </w:r>
      <w:r>
        <w:br/>
      </w:r>
      <w:r>
        <w:t xml:space="preserve">    (c) frustrates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making difficult</w:t>
      </w:r>
      <w:r>
        <w:br/>
      </w:r>
      <w:r>
        <w:t xml:space="preserve">    (b) drawing attention to</w:t>
      </w:r>
      <w:r>
        <w:br/>
      </w:r>
      <w:r>
        <w:t xml:space="preserve">    (c) helping or assisting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cautious</w:t>
      </w:r>
      <w:r>
        <w:br/>
      </w:r>
      <w:r>
        <w:t xml:space="preserve">    (b) wealthy</w:t>
      </w:r>
      <w:r>
        <w:br/>
      </w:r>
      <w:r>
        <w:t xml:space="preserve">    (c) impulsive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official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inquiry</w:t>
      </w:r>
      <w:r>
        <w:rPr>
          <w:b/>
          <w:bCs/>
        </w:rPr>
        <w:t xml:space="preserve"> </w:t>
      </w:r>
      <w:r>
        <w:rPr>
          <w:b/>
          <w:bCs/>
        </w:rPr>
        <w:t xml:space="preserve">has ended, but the press continues to ask questions.</w:t>
      </w:r>
      <w:r>
        <w:br/>
      </w:r>
      <w:r>
        <w:t xml:space="preserve">    (a) statement</w:t>
      </w:r>
      <w:r>
        <w:br/>
      </w:r>
      <w:r>
        <w:t xml:space="preserve">    (b) story</w:t>
      </w:r>
      <w:r>
        <w:br/>
      </w:r>
      <w:r>
        <w:t xml:space="preserve">    (c)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contrast to that</w:t>
      </w:r>
      <w:r>
        <w:br/>
      </w:r>
      <w:r>
        <w:t xml:space="preserve">    (b) as a result of that</w:t>
      </w:r>
      <w:r>
        <w:br/>
      </w:r>
      <w:r>
        <w:t xml:space="preserve">    (c) in addition to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parish</w:t>
      </w:r>
      <w:r>
        <w:rPr>
          <w:b/>
          <w:bCs/>
        </w:rPr>
        <w:t xml:space="preserve"> </w:t>
      </w:r>
      <w:r>
        <w:rPr>
          <w:b/>
          <w:bCs/>
        </w:rPr>
        <w:t xml:space="preserve">raised funds to repair the old chapel's leaking roof and bell tower.</w:t>
      </w:r>
      <w:r>
        <w:br/>
      </w:r>
      <w:r>
        <w:t xml:space="preserve">    (a) private school district</w:t>
      </w:r>
      <w:r>
        <w:br/>
      </w:r>
      <w:r>
        <w:t xml:space="preserve">    (b) local church community</w:t>
      </w:r>
      <w:r>
        <w:br/>
      </w:r>
      <w:r>
        <w:t xml:space="preserve">    (c) large city government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important</w:t>
      </w:r>
      <w:r>
        <w:br/>
      </w:r>
      <w:r>
        <w:t xml:space="preserve">    (b) appreciated</w:t>
      </w:r>
      <w:r>
        <w:br/>
      </w:r>
      <w:r>
        <w:t xml:space="preserve">    (c) unnecessary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were surprised that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institution like Bear Stearns could so rapidly go out of business.</w:t>
      </w:r>
      <w:r>
        <w:br/>
      </w:r>
      <w:r>
        <w:t xml:space="preserve">    (a) popular</w:t>
      </w:r>
      <w:r>
        <w:br/>
      </w:r>
      <w:r>
        <w:t xml:space="preserve">    (b) large and successful</w:t>
      </w:r>
      <w:r>
        <w:br/>
      </w:r>
      <w:r>
        <w:t xml:space="preserve">    (c) long respected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2026-07-31T15:57:12Z</dcterms:created>
  <dcterms:modified xsi:type="dcterms:W3CDTF">2026-07-31T15:57:12Z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