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21816ffa4b3c0f8a25567b0e5cc27b79d86ae34"/>
    <w:p>
      <w:pPr>
        <w:pStyle w:val="Heading1"/>
      </w:pPr>
      <w:r>
        <w:rPr>
          <w:b/>
          <w:bCs/>
        </w:rPr>
        <w:t xml:space="preserve">Silas Marner</w:t>
      </w:r>
      <w:r>
        <w:br/>
      </w:r>
      <w:r>
        <w:rPr>
          <w:i/>
          <w:iCs/>
        </w:rPr>
        <w:t xml:space="preserve">George Eliot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felt no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compunction</w:t>
      </w:r>
      <w:r>
        <w:rPr>
          <w:b/>
          <w:bCs/>
        </w:rPr>
        <w:t xml:space="preserve"> </w:t>
      </w:r>
      <w:r>
        <w:rPr>
          <w:b/>
          <w:bCs/>
        </w:rPr>
        <w:t xml:space="preserve">about breaking the rules if it meant helping his friend in need.</w:t>
      </w:r>
      <w:r>
        <w:br/>
      </w:r>
      <w:r>
        <w:t xml:space="preserve">    (a) guilt</w:t>
      </w:r>
      <w:r>
        <w:br/>
      </w:r>
      <w:r>
        <w:t xml:space="preserve">    (b) pleasure</w:t>
      </w:r>
      <w:r>
        <w:br/>
      </w:r>
      <w:r>
        <w:t xml:space="preserve">    (c) honor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want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constraints</w:t>
      </w:r>
      <w:r>
        <w:rPr>
          <w:b/>
          <w:bCs/>
        </w:rPr>
        <w:t xml:space="preserve"> </w:t>
      </w:r>
      <w:r>
        <w:rPr>
          <w:b/>
          <w:bCs/>
        </w:rPr>
        <w:t xml:space="preserve">on her power to spend taxpayer funds.</w:t>
      </w:r>
      <w:r>
        <w:br/>
      </w:r>
      <w:r>
        <w:t xml:space="preserve">    (a) limitations</w:t>
      </w:r>
      <w:r>
        <w:br/>
      </w:r>
      <w:r>
        <w:t xml:space="preserve">    (b) increases</w:t>
      </w:r>
      <w:r>
        <w:br/>
      </w:r>
      <w:r>
        <w:t xml:space="preserve">    (c) flexibility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I'm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disinclined</w:t>
      </w:r>
      <w:r>
        <w:rPr>
          <w:b/>
          <w:bCs/>
        </w:rPr>
        <w:t xml:space="preserve"> </w:t>
      </w:r>
      <w:r>
        <w:rPr>
          <w:b/>
          <w:bCs/>
        </w:rPr>
        <w:t xml:space="preserve">to believe him.</w:t>
      </w:r>
      <w:r>
        <w:br/>
      </w:r>
      <w:r>
        <w:t xml:space="preserve">    (a) related to belief in a single God</w:t>
      </w:r>
      <w:r>
        <w:br/>
      </w:r>
      <w:r>
        <w:t xml:space="preserve">    (b) able to be stopped from happening</w:t>
      </w:r>
      <w:r>
        <w:br/>
      </w:r>
      <w:r>
        <w:t xml:space="preserve">    (c) reluctant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wouldn't talk about it, but I was able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divine</w:t>
      </w:r>
      <w:r>
        <w:rPr>
          <w:b/>
          <w:bCs/>
        </w:rPr>
        <w:t xml:space="preserve"> </w:t>
      </w:r>
      <w:r>
        <w:rPr>
          <w:b/>
          <w:bCs/>
        </w:rPr>
        <w:t xml:space="preserve">that the project isn't going well.</w:t>
      </w:r>
      <w:r>
        <w:br/>
      </w:r>
      <w:r>
        <w:t xml:space="preserve">    (a) figure out</w:t>
      </w:r>
      <w:r>
        <w:br/>
      </w:r>
      <w:r>
        <w:t xml:space="preserve">    (b) share</w:t>
      </w:r>
      <w:r>
        <w:br/>
      </w:r>
      <w:r>
        <w:t xml:space="preserve">    (c) state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sleddogs are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docile</w:t>
      </w:r>
      <w:r>
        <w:rPr>
          <w:b/>
          <w:bCs/>
        </w:rPr>
        <w:t xml:space="preserve"> </w:t>
      </w:r>
      <w:r>
        <w:rPr>
          <w:b/>
          <w:bCs/>
        </w:rPr>
        <w:t xml:space="preserve">and trainable.</w:t>
      </w:r>
      <w:r>
        <w:br/>
      </w:r>
      <w:r>
        <w:t xml:space="preserve">    (a) smart and competitive</w:t>
      </w:r>
      <w:r>
        <w:br/>
      </w:r>
      <w:r>
        <w:t xml:space="preserve">    (b) very strong and fast</w:t>
      </w:r>
      <w:r>
        <w:br/>
      </w:r>
      <w:r>
        <w:t xml:space="preserve">    (c) easily led and managed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was stunned by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duplicity</w:t>
      </w:r>
      <w:r>
        <w:rPr>
          <w:b/>
          <w:bCs/>
        </w:rPr>
        <w:t xml:space="preserve">. I really thought she loved me.</w:t>
      </w:r>
      <w:r>
        <w:br/>
      </w:r>
      <w:r>
        <w:t xml:space="preserve">    (a) coldness</w:t>
      </w:r>
      <w:r>
        <w:br/>
      </w:r>
      <w:r>
        <w:t xml:space="preserve">    (b) deception</w:t>
      </w:r>
      <w:r>
        <w:br/>
      </w:r>
      <w:r>
        <w:t xml:space="preserve">    (c) attack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knew neither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filial</w:t>
      </w:r>
      <w:r>
        <w:rPr>
          <w:b/>
          <w:bCs/>
        </w:rPr>
        <w:t xml:space="preserve"> </w:t>
      </w:r>
      <w:r>
        <w:rPr>
          <w:b/>
          <w:bCs/>
        </w:rPr>
        <w:t xml:space="preserve">nor romantic love.</w:t>
      </w:r>
      <w:r>
        <w:br/>
      </w:r>
      <w:r>
        <w:t xml:space="preserve">    (a) friend/friend</w:t>
      </w:r>
      <w:r>
        <w:br/>
      </w:r>
      <w:r>
        <w:t xml:space="preserve">    (b) parent/child</w:t>
      </w:r>
      <w:r>
        <w:br/>
      </w:r>
      <w:r>
        <w:t xml:space="preserve">    (c) owner/pet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resolution calls upon the country to "cease hostilities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forthwith</w:t>
      </w:r>
      <w:r>
        <w:rPr>
          <w:b/>
          <w:bCs/>
        </w:rPr>
        <w:t xml:space="preserve">."</w:t>
      </w:r>
      <w:r>
        <w:br/>
      </w:r>
      <w:r>
        <w:t xml:space="preserve">    (a) publicly</w:t>
      </w:r>
      <w:r>
        <w:br/>
      </w:r>
      <w:r>
        <w:t xml:space="preserve">    (b) immediately</w:t>
      </w:r>
      <w:r>
        <w:br/>
      </w:r>
      <w:r>
        <w:t xml:space="preserve">    (c) carefully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hypothesized</w:t>
      </w:r>
      <w:r>
        <w:rPr>
          <w:b/>
          <w:bCs/>
        </w:rPr>
        <w:t xml:space="preserve"> </w:t>
      </w:r>
      <w:r>
        <w:rPr>
          <w:b/>
          <w:bCs/>
        </w:rPr>
        <w:t xml:space="preserve">the existence of Pluto before its discovery.</w:t>
      </w:r>
      <w:r>
        <w:br/>
      </w:r>
      <w:r>
        <w:t xml:space="preserve">    (a) theorized</w:t>
      </w:r>
      <w:r>
        <w:br/>
      </w:r>
      <w:r>
        <w:t xml:space="preserve">    (b) disbelieved</w:t>
      </w:r>
      <w:r>
        <w:br/>
      </w:r>
      <w:r>
        <w:t xml:space="preserve">    (c) fantasized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storm raged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implacable</w:t>
      </w:r>
      <w:r>
        <w:rPr>
          <w:b/>
          <w:bCs/>
        </w:rPr>
        <w:t xml:space="preserve"> </w:t>
      </w:r>
      <w:r>
        <w:rPr>
          <w:b/>
          <w:bCs/>
        </w:rPr>
        <w:t xml:space="preserve">force, showing no signs of stopping.</w:t>
      </w:r>
      <w:r>
        <w:br/>
      </w:r>
      <w:r>
        <w:t xml:space="preserve">    (a) increasing</w:t>
      </w:r>
      <w:r>
        <w:br/>
      </w:r>
      <w:r>
        <w:t xml:space="preserve">    (b) diminishing</w:t>
      </w:r>
      <w:r>
        <w:br/>
      </w:r>
      <w:r>
        <w:t xml:space="preserve">    (c) unyielding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chooses her battles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judiciously</w:t>
      </w:r>
      <w:r>
        <w:rPr>
          <w:b/>
          <w:bCs/>
        </w:rPr>
        <w:t xml:space="preserve">.</w:t>
      </w:r>
      <w:r>
        <w:br/>
      </w:r>
      <w:r>
        <w:t xml:space="preserve">    (a) in a reckless manner</w:t>
      </w:r>
      <w:r>
        <w:br/>
      </w:r>
      <w:r>
        <w:t xml:space="preserve">    (b) with good judgment</w:t>
      </w:r>
      <w:r>
        <w:br/>
      </w:r>
      <w:r>
        <w:t xml:space="preserve">    (c) with excessive anger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avoided eye contact as 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narrated</w:t>
      </w:r>
      <w:r>
        <w:rPr>
          <w:b/>
          <w:bCs/>
        </w:rPr>
        <w:t xml:space="preserve"> </w:t>
      </w:r>
      <w:r>
        <w:rPr>
          <w:b/>
          <w:bCs/>
        </w:rPr>
        <w:t xml:space="preserve">the story of how she ended up in prison.</w:t>
      </w:r>
      <w:r>
        <w:br/>
      </w:r>
      <w:r>
        <w:t xml:space="preserve">    (a) told (a story)</w:t>
      </w:r>
      <w:r>
        <w:br/>
      </w:r>
      <w:r>
        <w:t xml:space="preserve">    (b) discouraged</w:t>
      </w:r>
      <w:r>
        <w:br/>
      </w:r>
      <w:r>
        <w:t xml:space="preserve">    (c) urged strongly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poll tax was designed as a particularly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odious</w:t>
      </w:r>
      <w:r>
        <w:rPr>
          <w:b/>
          <w:bCs/>
        </w:rPr>
        <w:t xml:space="preserve"> </w:t>
      </w:r>
      <w:r>
        <w:rPr>
          <w:b/>
          <w:bCs/>
        </w:rPr>
        <w:t xml:space="preserve">violation of civil rights.</w:t>
      </w:r>
      <w:r>
        <w:br/>
      </w:r>
      <w:r>
        <w:t xml:space="preserve">    (a) harmful and hidden</w:t>
      </w:r>
      <w:r>
        <w:br/>
      </w:r>
      <w:r>
        <w:t xml:space="preserve">    (b) extremely dislikable</w:t>
      </w:r>
      <w:r>
        <w:br/>
      </w:r>
      <w:r>
        <w:t xml:space="preserve">    (c) extremely devious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patient's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pallid</w:t>
      </w:r>
      <w:r>
        <w:rPr>
          <w:b/>
          <w:bCs/>
        </w:rPr>
        <w:t xml:space="preserve"> </w:t>
      </w:r>
      <w:r>
        <w:rPr>
          <w:b/>
          <w:bCs/>
        </w:rPr>
        <w:t xml:space="preserve">complexion alarmed the nurse on duty.</w:t>
      </w:r>
      <w:r>
        <w:br/>
      </w:r>
      <w:r>
        <w:t xml:space="preserve">    (a) deeply flushed</w:t>
      </w:r>
      <w:r>
        <w:br/>
      </w:r>
      <w:r>
        <w:t xml:space="preserve">    (b) unhealthily pale</w:t>
      </w:r>
      <w:r>
        <w:br/>
      </w:r>
      <w:r>
        <w:t xml:space="preserve">    (c) heavily wrinkled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grew up in a world of stillbirths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privation</w:t>
      </w:r>
      <w:r>
        <w:rPr>
          <w:b/>
          <w:bCs/>
        </w:rPr>
        <w:t xml:space="preserve">.</w:t>
      </w:r>
      <w:r>
        <w:br/>
      </w:r>
      <w:r>
        <w:t xml:space="preserve">    (a) a stone coffin (usually bearing sculpture or inscriptions)</w:t>
      </w:r>
      <w:r>
        <w:br/>
      </w:r>
      <w:r>
        <w:t xml:space="preserve">    (b) lack of basic things needed to live in a satisfactory manner</w:t>
      </w:r>
      <w:r>
        <w:br/>
      </w:r>
      <w:r>
        <w:t xml:space="preserve">    (c) rules of conduct said to be universally desired by all peoples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repugnant</w:t>
      </w:r>
      <w:r>
        <w:rPr>
          <w:b/>
          <w:bCs/>
        </w:rPr>
        <w:t xml:space="preserve"> </w:t>
      </w:r>
      <w:r>
        <w:rPr>
          <w:b/>
          <w:bCs/>
        </w:rPr>
        <w:t xml:space="preserve">behavior at the party made everyone want to go home early.</w:t>
      </w:r>
      <w:r>
        <w:br/>
      </w:r>
      <w:r>
        <w:t xml:space="preserve">    (a) deeply offensive</w:t>
      </w:r>
      <w:r>
        <w:br/>
      </w:r>
      <w:r>
        <w:t xml:space="preserve">    (b) warmly welcomed</w:t>
      </w:r>
      <w:r>
        <w:br/>
      </w:r>
      <w:r>
        <w:t xml:space="preserve">    (c) highly amusing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is the most intolerable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scoundrel</w:t>
      </w:r>
      <w:r>
        <w:rPr>
          <w:b/>
          <w:bCs/>
        </w:rPr>
        <w:t xml:space="preserve"> </w:t>
      </w:r>
      <w:r>
        <w:rPr>
          <w:b/>
          <w:bCs/>
        </w:rPr>
        <w:t xml:space="preserve">on the face of the earth.</w:t>
      </w:r>
      <w:r>
        <w:br/>
      </w:r>
      <w:r>
        <w:t xml:space="preserve">    (a) apparently reasonable, but unproven</w:t>
      </w:r>
      <w:r>
        <w:br/>
      </w:r>
      <w:r>
        <w:t xml:space="preserve">    (b) without pattern or planning</w:t>
      </w:r>
      <w:r>
        <w:br/>
      </w:r>
      <w:r>
        <w:t xml:space="preserve">    (c) person without moral principles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Fed is concerned that further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stimulus</w:t>
      </w:r>
      <w:r>
        <w:rPr>
          <w:b/>
          <w:bCs/>
        </w:rPr>
        <w:t xml:space="preserve"> </w:t>
      </w:r>
      <w:r>
        <w:rPr>
          <w:b/>
          <w:bCs/>
        </w:rPr>
        <w:t xml:space="preserve">will lead to inflation.</w:t>
      </w:r>
      <w:r>
        <w:br/>
      </w:r>
      <w:r>
        <w:t xml:space="preserve">    (a) unemployment</w:t>
      </w:r>
      <w:r>
        <w:br/>
      </w:r>
      <w:r>
        <w:t xml:space="preserve">    (b) encouragement of growth</w:t>
      </w:r>
      <w:r>
        <w:br/>
      </w:r>
      <w:r>
        <w:t xml:space="preserve">    (c) interest rates increases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not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vindictive</w:t>
      </w:r>
      <w:r>
        <w:rPr>
          <w:b/>
          <w:bCs/>
        </w:rPr>
        <w:t xml:space="preserve"> </w:t>
      </w:r>
      <w:r>
        <w:rPr>
          <w:b/>
          <w:bCs/>
        </w:rPr>
        <w:t xml:space="preserve">person.</w:t>
      </w:r>
      <w:r>
        <w:br/>
      </w:r>
      <w:r>
        <w:t xml:space="preserve">    (a) revengeful</w:t>
      </w:r>
      <w:r>
        <w:br/>
      </w:r>
      <w:r>
        <w:t xml:space="preserve">    (b) driven</w:t>
      </w:r>
      <w:r>
        <w:br/>
      </w:r>
      <w:r>
        <w:t xml:space="preserve">    (c) easy-going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human spine is not 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well adapted</w:t>
      </w:r>
      <w:r>
        <w:rPr>
          <w:b/>
          <w:bCs/>
        </w:rPr>
        <w:t xml:space="preserve"> </w:t>
      </w:r>
      <w:r>
        <w:rPr>
          <w:b/>
          <w:bCs/>
        </w:rPr>
        <w:t xml:space="preserve">to walking upright as we would like.</w:t>
      </w:r>
      <w:r>
        <w:br/>
      </w:r>
      <w:r>
        <w:t xml:space="preserve">    (a) known widely</w:t>
      </w:r>
      <w:r>
        <w:br/>
      </w:r>
      <w:r>
        <w:t xml:space="preserve">    (b) insured</w:t>
      </w:r>
      <w:r>
        <w:br/>
      </w:r>
      <w:r>
        <w:t xml:space="preserve">    (c) well suited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2026-07-31T15:57:12Z</dcterms:created>
  <dcterms:modified xsi:type="dcterms:W3CDTF">2026-07-31T15:57:12Z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