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f57500f6d12f8240be94088119ead139aa3836"/>
    <w:p>
      <w:pPr>
        <w:pStyle w:val="Heading1"/>
      </w:pPr>
      <w:r>
        <w:rPr>
          <w:b/>
          <w:bCs/>
        </w:rPr>
        <w:t xml:space="preserve">Silas Marner</w:t>
      </w:r>
      <w:r>
        <w:br/>
      </w:r>
      <w:r>
        <w:rPr>
          <w:i/>
          <w:iCs/>
        </w:rPr>
        <w:t xml:space="preserve">George Eliot</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But whatever blemishes others might discern in William, to his friend's mind he was faultless; for Marner had one of those impressible self-doubting natures which, at an inexperienced age, admire imperativeness and lean on</w:t>
      </w:r>
      <w:r>
        <w:rPr>
          <w:b/>
          <w:bCs/>
        </w:rPr>
        <w:t xml:space="preserve"> </w:t>
      </w:r>
      <w:r>
        <w:rPr>
          <w:b/>
          <w:bCs/>
          <w:u w:val="single"/>
        </w:rPr>
        <w:t xml:space="preserve">contradiction</w:t>
      </w:r>
      <w:r>
        <w:rPr>
          <w:b/>
          <w:bCs/>
        </w:rPr>
        <w:t xml:space="preserve">.</w:t>
      </w:r>
      <w:r>
        <w:br/>
      </w:r>
      <w:r>
        <w:t xml:space="preserve">    (a) nerve cells running from the base of the skull to the lower back and enclosed by vertebrae in adults</w:t>
      </w:r>
      <w:r>
        <w:br/>
      </w:r>
      <w:r>
        <w:t xml:space="preserve">    (b) something made of the brownish metal with the same name -- such as a sculpture or a third place medal</w:t>
      </w:r>
      <w:r>
        <w:br/>
      </w:r>
      <w:r>
        <w:t xml:space="preserve">    (c) something (typically a statement) that disagrees with itself; or (more rarely) the act of disagreeing</w:t>
      </w:r>
    </w:p>
    <w:p>
      <w:pPr>
        <w:pStyle w:val="Compact"/>
        <w:numPr>
          <w:ilvl w:val="0"/>
          <w:numId w:val="1001"/>
        </w:numPr>
      </w:pPr>
      <w:r>
        <w:rPr>
          <w:b/>
          <w:bCs/>
        </w:rPr>
        <w:t xml:space="preserve">Silas, feeling bound to accept rebuke and admonition as a brotherly office, felt no resentment, but only pain, at his friend's doubts concerning him; and to this was soon added some anxiety at the perception that Sarah's manner towards him began to exhibit a strange</w:t>
      </w:r>
      <w:r>
        <w:rPr>
          <w:b/>
          <w:bCs/>
        </w:rPr>
        <w:t xml:space="preserve"> </w:t>
      </w:r>
      <w:r>
        <w:rPr>
          <w:b/>
          <w:bCs/>
          <w:u w:val="single"/>
        </w:rPr>
        <w:t xml:space="preserve">fluctuation</w:t>
      </w:r>
      <w:r>
        <w:rPr>
          <w:b/>
          <w:bCs/>
        </w:rPr>
        <w:t xml:space="preserve"> </w:t>
      </w:r>
      <w:r>
        <w:rPr>
          <w:b/>
          <w:bCs/>
        </w:rPr>
        <w:t xml:space="preserve">between an effort at an increased manifestation of regard and involuntary signs of shrinking and dislike.</w:t>
      </w:r>
      <w:r>
        <w:br/>
      </w:r>
      <w:r>
        <w:t xml:space="preserve">    (a) something that encourages something else to happen; or the process of something being encouraged</w:t>
      </w:r>
      <w:r>
        <w:br/>
      </w:r>
      <w:r>
        <w:t xml:space="preserve">    (b) a law developed by governmental groups in contrast to common law (based on custom and precedent)</w:t>
      </w:r>
      <w:r>
        <w:br/>
      </w:r>
      <w:r>
        <w:t xml:space="preserve">    (c) the process of alternately increasing and decreasing in quantity; or the amount of such a change</w:t>
      </w:r>
    </w:p>
    <w:p>
      <w:pPr>
        <w:pStyle w:val="Compact"/>
        <w:numPr>
          <w:ilvl w:val="0"/>
          <w:numId w:val="1001"/>
        </w:numPr>
      </w:pPr>
      <w:r>
        <w:rPr>
          <w:b/>
          <w:bCs/>
        </w:rPr>
        <w:t xml:space="preserve">They came to summon him to Lantern Yard, to meet the church members there; and to his</w:t>
      </w:r>
      <w:r>
        <w:rPr>
          <w:b/>
          <w:bCs/>
        </w:rPr>
        <w:t xml:space="preserve"> </w:t>
      </w:r>
      <w:r>
        <w:rPr>
          <w:b/>
          <w:bCs/>
          <w:u w:val="single"/>
        </w:rPr>
        <w:t xml:space="preserve">inquiry</w:t>
      </w:r>
      <w:r>
        <w:rPr>
          <w:b/>
          <w:bCs/>
        </w:rPr>
        <w:t xml:space="preserve"> </w:t>
      </w:r>
      <w:r>
        <w:rPr>
          <w:b/>
          <w:bCs/>
        </w:rPr>
        <w:t xml:space="preserve">concerning the cause of the summons the only reply was, "You will hear."</w:t>
      </w:r>
      <w:r>
        <w:br/>
      </w:r>
      <w:r>
        <w:t xml:space="preserve">    (a) small quantity or indication</w:t>
      </w:r>
      <w:r>
        <w:br/>
      </w:r>
      <w:r>
        <w:t xml:space="preserve">    (b) questioning or investigating</w:t>
      </w:r>
      <w:r>
        <w:br/>
      </w:r>
      <w:r>
        <w:t xml:space="preserve">    (c) reason (for doing something)</w:t>
      </w:r>
    </w:p>
    <w:p>
      <w:pPr>
        <w:pStyle w:val="Compact"/>
        <w:numPr>
          <w:ilvl w:val="0"/>
          <w:numId w:val="1001"/>
        </w:numPr>
      </w:pPr>
      <w:r>
        <w:rPr>
          <w:b/>
          <w:bCs/>
        </w:rPr>
        <w:t xml:space="preserve">But I was willing to</w:t>
      </w:r>
      <w:r>
        <w:rPr>
          <w:b/>
          <w:bCs/>
        </w:rPr>
        <w:t xml:space="preserve"> </w:t>
      </w:r>
      <w:r>
        <w:rPr>
          <w:b/>
          <w:bCs/>
          <w:u w:val="single"/>
        </w:rPr>
        <w:t xml:space="preserve">accommodate</w:t>
      </w:r>
      <w:r>
        <w:rPr>
          <w:b/>
          <w:bCs/>
        </w:rPr>
        <w:t xml:space="preserve"> </w:t>
      </w:r>
      <w:r>
        <w:rPr>
          <w:b/>
          <w:bCs/>
        </w:rPr>
        <w:t xml:space="preserve">you by undertaking to sell the horse, seeing it's not convenient to you to go so far to-morrow.</w:t>
      </w:r>
      <w:r>
        <w:br/>
      </w:r>
      <w:r>
        <w:t xml:space="preserve">    (a) help</w:t>
      </w:r>
      <w:r>
        <w:br/>
      </w:r>
      <w:r>
        <w:t xml:space="preserve">    (b) give an opinion of what is wrong with something</w:t>
      </w:r>
      <w:r>
        <w:br/>
      </w:r>
      <w:r>
        <w:t xml:space="preserve">    (c) mark important text; or the text that is marked</w:t>
      </w:r>
    </w:p>
    <w:p>
      <w:pPr>
        <w:pStyle w:val="Compact"/>
        <w:numPr>
          <w:ilvl w:val="0"/>
          <w:numId w:val="1001"/>
        </w:numPr>
      </w:pPr>
      <w:r>
        <w:rPr>
          <w:b/>
          <w:bCs/>
        </w:rPr>
        <w:t xml:space="preserve">The resource occurred to him now as so easy and agreeable, especially as Marner's hoard was likely to be large enough to leave Godfrey a handsome surplus beyond his immediate needs, and enable him to</w:t>
      </w:r>
      <w:r>
        <w:rPr>
          <w:b/>
          <w:bCs/>
        </w:rPr>
        <w:t xml:space="preserve"> </w:t>
      </w:r>
      <w:r>
        <w:rPr>
          <w:b/>
          <w:bCs/>
          <w:u w:val="single"/>
        </w:rPr>
        <w:t xml:space="preserve">accommodate</w:t>
      </w:r>
      <w:r>
        <w:rPr>
          <w:b/>
          <w:bCs/>
        </w:rPr>
        <w:t xml:space="preserve"> </w:t>
      </w:r>
      <w:r>
        <w:rPr>
          <w:b/>
          <w:bCs/>
        </w:rPr>
        <w:t xml:space="preserve">his faithful brother, that he had almost turned the horse's head towards home again.</w:t>
      </w:r>
      <w:r>
        <w:br/>
      </w:r>
      <w:r>
        <w:t xml:space="preserve">    (a) bounce back</w:t>
      </w:r>
      <w:r>
        <w:br/>
      </w:r>
      <w:r>
        <w:t xml:space="preserve">    (b) provide for</w:t>
      </w:r>
      <w:r>
        <w:br/>
      </w:r>
      <w:r>
        <w:t xml:space="preserve">    (c) begin again</w:t>
      </w:r>
    </w:p>
    <w:p>
      <w:pPr>
        <w:pStyle w:val="Compact"/>
        <w:numPr>
          <w:ilvl w:val="0"/>
          <w:numId w:val="1001"/>
        </w:numPr>
      </w:pPr>
      <w:r>
        <w:rPr>
          <w:b/>
          <w:bCs/>
        </w:rPr>
        <w:t xml:space="preserve">their early errors carried hard</w:t>
      </w:r>
      <w:r>
        <w:rPr>
          <w:b/>
          <w:bCs/>
        </w:rPr>
        <w:t xml:space="preserve"> </w:t>
      </w:r>
      <w:r>
        <w:rPr>
          <w:b/>
          <w:bCs/>
          <w:u w:val="single"/>
        </w:rPr>
        <w:t xml:space="preserve">consequences</w:t>
      </w:r>
      <w:r>
        <w:rPr>
          <w:b/>
          <w:bCs/>
        </w:rPr>
        <w:t xml:space="preserve">:</w:t>
      </w:r>
      <w:r>
        <w:br/>
      </w:r>
      <w:r>
        <w:t xml:space="preserve">    (a) desires</w:t>
      </w:r>
      <w:r>
        <w:br/>
      </w:r>
      <w:r>
        <w:t xml:space="preserve">    (b) results (thing that happened because of them)</w:t>
      </w:r>
      <w:r>
        <w:br/>
      </w:r>
      <w:r>
        <w:t xml:space="preserve">    (c) battles</w:t>
      </w:r>
    </w:p>
    <w:p>
      <w:pPr>
        <w:pStyle w:val="Compact"/>
        <w:numPr>
          <w:ilvl w:val="0"/>
          <w:numId w:val="1001"/>
        </w:numPr>
      </w:pPr>
      <w:r>
        <w:rPr>
          <w:b/>
          <w:bCs/>
        </w:rPr>
        <w:t xml:space="preserve">It certainly did make some difference to Nancy that the lover she had given up was the young man of quite the highest</w:t>
      </w:r>
      <w:r>
        <w:rPr>
          <w:b/>
          <w:bCs/>
        </w:rPr>
        <w:t xml:space="preserve"> </w:t>
      </w:r>
      <w:r>
        <w:rPr>
          <w:b/>
          <w:bCs/>
          <w:u w:val="single"/>
        </w:rPr>
        <w:t xml:space="preserve">consequence</w:t>
      </w:r>
      <w:r>
        <w:rPr>
          <w:b/>
          <w:bCs/>
        </w:rPr>
        <w:t xml:space="preserve"> </w:t>
      </w:r>
      <w:r>
        <w:rPr>
          <w:b/>
          <w:bCs/>
        </w:rPr>
        <w:t xml:space="preserve">in the parish—at home in a venerable and unique parlour, which was the extremity of grandeur in her experience, a parlour where</w:t>
      </w:r>
      <w:r>
        <w:rPr>
          <w:b/>
          <w:bCs/>
        </w:rPr>
        <w:t xml:space="preserve"> </w:t>
      </w:r>
      <w:r>
        <w:rPr>
          <w:b/>
          <w:bCs/>
          <w:i/>
          <w:iCs/>
        </w:rPr>
        <w:t xml:space="preserve">she</w:t>
      </w:r>
      <w:r>
        <w:rPr>
          <w:b/>
          <w:bCs/>
        </w:rPr>
        <w:t xml:space="preserve"> </w:t>
      </w:r>
      <w:r>
        <w:rPr>
          <w:b/>
          <w:bCs/>
        </w:rPr>
        <w:t xml:space="preserve">might one day have been mistress, with the consciousness that she was spoken of as "Madam Cass", the Squire's wife.</w:t>
      </w:r>
      <w:r>
        <w:br/>
      </w:r>
      <w:r>
        <w:t xml:space="preserve">    (a) sticks out</w:t>
      </w:r>
      <w:r>
        <w:br/>
      </w:r>
      <w:r>
        <w:t xml:space="preserve">    (b) importance</w:t>
      </w:r>
      <w:r>
        <w:br/>
      </w:r>
      <w:r>
        <w:t xml:space="preserve">    (c) translates</w:t>
      </w:r>
    </w:p>
    <w:p>
      <w:pPr>
        <w:pStyle w:val="Compact"/>
        <w:numPr>
          <w:ilvl w:val="0"/>
          <w:numId w:val="1001"/>
        </w:numPr>
      </w:pPr>
      <w:r>
        <w:rPr>
          <w:b/>
          <w:bCs/>
        </w:rPr>
        <w:t xml:space="preserve">The Rainbow, in Marner's view, was a place of luxurious resort for rich and stout husbands, whose wives had</w:t>
      </w:r>
      <w:r>
        <w:rPr>
          <w:b/>
          <w:bCs/>
        </w:rPr>
        <w:t xml:space="preserve"> </w:t>
      </w:r>
      <w:r>
        <w:rPr>
          <w:b/>
          <w:bCs/>
          <w:u w:val="single"/>
        </w:rPr>
        <w:t xml:space="preserve">superfluous</w:t>
      </w:r>
      <w:r>
        <w:rPr>
          <w:b/>
          <w:bCs/>
        </w:rPr>
        <w:t xml:space="preserve"> </w:t>
      </w:r>
      <w:r>
        <w:rPr>
          <w:b/>
          <w:bCs/>
        </w:rPr>
        <w:t xml:space="preserve">stores of linen; it was the place where he was likely to find the powers and dignities of Raveloe, and where he could most speedily make his loss public.</w:t>
      </w:r>
      <w:r>
        <w:br/>
      </w:r>
      <w:r>
        <w:t xml:space="preserve">    (a) without purpose, job, or natural activity</w:t>
      </w:r>
      <w:r>
        <w:br/>
      </w:r>
      <w:r>
        <w:t xml:space="preserve">    (b) more than is needed, desired, or required</w:t>
      </w:r>
      <w:r>
        <w:br/>
      </w:r>
      <w:r>
        <w:t xml:space="preserve">    (c) the quality of being sensible and careful</w:t>
      </w:r>
    </w:p>
    <w:p>
      <w:pPr>
        <w:pStyle w:val="Compact"/>
        <w:numPr>
          <w:ilvl w:val="0"/>
          <w:numId w:val="1001"/>
        </w:numPr>
      </w:pPr>
      <w:r>
        <w:rPr>
          <w:b/>
          <w:bCs/>
        </w:rPr>
        <w:t xml:space="preserve">The truth lies atween you: you're both right and both wrong, as I</w:t>
      </w:r>
      <w:r>
        <w:rPr>
          <w:b/>
          <w:bCs/>
        </w:rPr>
        <w:t xml:space="preserve"> </w:t>
      </w:r>
      <w:r>
        <w:rPr>
          <w:b/>
          <w:bCs/>
          <w:u w:val="single"/>
        </w:rPr>
        <w:t xml:space="preserve">allays</w:t>
      </w:r>
      <w:r>
        <w:rPr>
          <w:b/>
          <w:bCs/>
        </w:rPr>
        <w:t xml:space="preserve"> </w:t>
      </w:r>
      <w:r>
        <w:rPr>
          <w:b/>
          <w:bCs/>
        </w:rPr>
        <w:t xml:space="preserve">say.</w:t>
      </w:r>
      <w:r>
        <w:br/>
      </w:r>
      <w:r>
        <w:t xml:space="preserve">    (a) interacts, interests, or attracts</w:t>
      </w:r>
      <w:r>
        <w:br/>
      </w:r>
      <w:r>
        <w:t xml:space="preserve">    (b) helps or grants favors to someone</w:t>
      </w:r>
      <w:r>
        <w:br/>
      </w:r>
      <w:r>
        <w:t xml:space="preserve">    (c) reduces the intensity of or calms</w:t>
      </w:r>
    </w:p>
    <w:p>
      <w:pPr>
        <w:pStyle w:val="Compact"/>
        <w:numPr>
          <w:ilvl w:val="0"/>
          <w:numId w:val="1001"/>
        </w:numPr>
      </w:pPr>
      <w:r>
        <w:rPr>
          <w:b/>
          <w:bCs/>
        </w:rPr>
        <w:t xml:space="preserve">twirled his thumbs with an air of</w:t>
      </w:r>
      <w:r>
        <w:rPr>
          <w:b/>
          <w:bCs/>
        </w:rPr>
        <w:t xml:space="preserve"> </w:t>
      </w:r>
      <w:r>
        <w:rPr>
          <w:b/>
          <w:bCs/>
          <w:u w:val="single"/>
        </w:rPr>
        <w:t xml:space="preserve">complacency</w:t>
      </w:r>
      <w:r>
        <w:rPr>
          <w:b/>
          <w:bCs/>
        </w:rPr>
        <w:t xml:space="preserve">,</w:t>
      </w:r>
      <w:r>
        <w:br/>
      </w:r>
      <w:r>
        <w:t xml:space="preserve">    (a) a range of things between two boundaries</w:t>
      </w:r>
      <w:r>
        <w:br/>
      </w:r>
      <w:r>
        <w:t xml:space="preserve">    (b) dreamlike state of altered consciousness</w:t>
      </w:r>
      <w:r>
        <w:br/>
      </w:r>
      <w:r>
        <w:t xml:space="preserve">    (c) unworried satisfaction</w:t>
      </w:r>
    </w:p>
    <w:p>
      <w:pPr>
        <w:pStyle w:val="Compact"/>
        <w:numPr>
          <w:ilvl w:val="0"/>
          <w:numId w:val="1001"/>
        </w:numPr>
      </w:pPr>
      <w:r>
        <w:rPr>
          <w:b/>
          <w:bCs/>
        </w:rPr>
        <w:t xml:space="preserve">"If Master Dowlas wants to know the truth on it," said Mr. Macey, with a sarcastic smile, tapping his thumbs together, "he's no call to lay any bet—let him go and stan' by himself—there's nobody 'ull</w:t>
      </w:r>
      <w:r>
        <w:rPr>
          <w:b/>
          <w:bCs/>
        </w:rPr>
        <w:t xml:space="preserve"> </w:t>
      </w:r>
      <w:r>
        <w:rPr>
          <w:b/>
          <w:bCs/>
          <w:u w:val="single"/>
        </w:rPr>
        <w:t xml:space="preserve">hinder</w:t>
      </w:r>
      <w:r>
        <w:rPr>
          <w:b/>
          <w:bCs/>
        </w:rPr>
        <w:t xml:space="preserve"> </w:t>
      </w:r>
      <w:r>
        <w:rPr>
          <w:b/>
          <w:bCs/>
        </w:rPr>
        <w:t xml:space="preserve">him; and then he can let the parish'ners know if they're wrong."</w:t>
      </w:r>
      <w:r>
        <w:br/>
      </w:r>
      <w:r>
        <w:t xml:space="preserve">    (a) slowed down or caused problems for</w:t>
      </w:r>
      <w:r>
        <w:br/>
      </w:r>
      <w:r>
        <w:t xml:space="preserve">    (b) to cause something to move forward</w:t>
      </w:r>
      <w:r>
        <w:br/>
      </w:r>
      <w:r>
        <w:t xml:space="preserve">    (c) make different; or show difference</w:t>
      </w:r>
    </w:p>
    <w:p>
      <w:pPr>
        <w:pStyle w:val="Compact"/>
        <w:numPr>
          <w:ilvl w:val="0"/>
          <w:numId w:val="1001"/>
        </w:numPr>
      </w:pPr>
      <w:r>
        <w:rPr>
          <w:b/>
          <w:bCs/>
        </w:rPr>
        <w:t xml:space="preserve">Yet the next moment there seemed to be some evidence that ghosts had a more condescending disposition than Mr. Macey</w:t>
      </w:r>
      <w:r>
        <w:rPr>
          <w:b/>
          <w:bCs/>
        </w:rPr>
        <w:t xml:space="preserve"> </w:t>
      </w:r>
      <w:r>
        <w:rPr>
          <w:b/>
          <w:bCs/>
          <w:u w:val="single"/>
        </w:rPr>
        <w:t xml:space="preserve">attributed</w:t>
      </w:r>
      <w:r>
        <w:rPr>
          <w:b/>
          <w:bCs/>
        </w:rPr>
        <w:t xml:space="preserve"> </w:t>
      </w:r>
      <w:r>
        <w:rPr>
          <w:b/>
          <w:bCs/>
        </w:rPr>
        <w:t xml:space="preserve">to them; for the pale thin figure of Silas Marner was suddenly seen standing in the warm light, uttering no word, but looking round at the company with his strange unearthly eyes.</w:t>
      </w:r>
      <w:r>
        <w:br/>
      </w:r>
      <w:r>
        <w:t xml:space="preserve">    (a) credited (pointed to as the cause of something)</w:t>
      </w:r>
      <w:r>
        <w:br/>
      </w:r>
      <w:r>
        <w:t xml:space="preserve">    (b) not changed directly from a solid to a vapor</w:t>
      </w:r>
      <w:r>
        <w:br/>
      </w:r>
      <w:r>
        <w:t xml:space="preserve">    (c) not made different; or shown to be different</w:t>
      </w:r>
    </w:p>
    <w:p>
      <w:pPr>
        <w:pStyle w:val="Compact"/>
        <w:numPr>
          <w:ilvl w:val="0"/>
          <w:numId w:val="1001"/>
        </w:numPr>
      </w:pPr>
      <w:r>
        <w:rPr>
          <w:b/>
          <w:bCs/>
        </w:rPr>
        <w:t xml:space="preserve">The tender and peculiar love with which Silas had reared her in almost inseparable companionship with himself, aided by the seclusion of their dwelling, had preserved her from the lowering influences of the village talk and habits, and had kept her mind in that freshness which is sometimes falsely supposed to be an invariable</w:t>
      </w:r>
      <w:r>
        <w:rPr>
          <w:b/>
          <w:bCs/>
        </w:rPr>
        <w:t xml:space="preserve"> </w:t>
      </w:r>
      <w:r>
        <w:rPr>
          <w:b/>
          <w:bCs/>
          <w:u w:val="single"/>
        </w:rPr>
        <w:t xml:space="preserve">attribute</w:t>
      </w:r>
      <w:r>
        <w:rPr>
          <w:b/>
          <w:bCs/>
        </w:rPr>
        <w:t xml:space="preserve"> </w:t>
      </w:r>
      <w:r>
        <w:rPr>
          <w:b/>
          <w:bCs/>
        </w:rPr>
        <w:t xml:space="preserve">of rusticity.</w:t>
      </w:r>
      <w:r>
        <w:br/>
      </w:r>
      <w:r>
        <w:t xml:space="preserve">    (a) normal mood, personality, or inclination</w:t>
      </w:r>
      <w:r>
        <w:br/>
      </w:r>
      <w:r>
        <w:t xml:space="preserve">    (b) dreamlike state of altered consciousness</w:t>
      </w:r>
      <w:r>
        <w:br/>
      </w:r>
      <w:r>
        <w:t xml:space="preserve">    (c) characteristic</w:t>
      </w:r>
    </w:p>
    <w:p>
      <w:pPr>
        <w:pStyle w:val="Compact"/>
        <w:numPr>
          <w:ilvl w:val="0"/>
          <w:numId w:val="1001"/>
        </w:numPr>
      </w:pPr>
      <w:r>
        <w:rPr>
          <w:b/>
          <w:bCs/>
          <w:u w:val="single"/>
        </w:rPr>
        <w:t xml:space="preserve">Moreover</w:t>
      </w:r>
      <w:r>
        <w:rPr>
          <w:b/>
          <w:bCs/>
        </w:rPr>
        <w:t xml:space="preserve">, if it was in the nature of doctors more than of other men not to like being constables, how came Mr. Dowlas to be so eager to act in that capacity?</w:t>
      </w:r>
      <w:r>
        <w:br/>
      </w:r>
      <w:r>
        <w:t xml:space="preserve">    (a) in addition to what has just been said</w:t>
      </w:r>
      <w:r>
        <w:br/>
      </w:r>
      <w:r>
        <w:t xml:space="preserve">    (b) despite that (used to connect contrasting ideas)</w:t>
      </w:r>
      <w:r>
        <w:br/>
      </w:r>
      <w:r>
        <w:t xml:space="preserve">    (c) even though -- used to connect contrasting ideas</w:t>
      </w:r>
    </w:p>
    <w:p>
      <w:pPr>
        <w:pStyle w:val="Compact"/>
        <w:numPr>
          <w:ilvl w:val="0"/>
          <w:numId w:val="1001"/>
        </w:numPr>
      </w:pPr>
      <w:r>
        <w:rPr>
          <w:b/>
          <w:bCs/>
        </w:rPr>
        <w:t xml:space="preserve">Even if any brain in Raveloe had put the said two facts together, I doubt whether a combination so injurious to the prescriptive respectability of a family with a mural monument and</w:t>
      </w:r>
      <w:r>
        <w:rPr>
          <w:b/>
          <w:bCs/>
        </w:rPr>
        <w:t xml:space="preserve"> </w:t>
      </w:r>
      <w:r>
        <w:rPr>
          <w:b/>
          <w:bCs/>
          <w:u w:val="single"/>
        </w:rPr>
        <w:t xml:space="preserve">venerable</w:t>
      </w:r>
      <w:r>
        <w:rPr>
          <w:b/>
          <w:bCs/>
        </w:rPr>
        <w:t xml:space="preserve"> </w:t>
      </w:r>
      <w:r>
        <w:rPr>
          <w:b/>
          <w:bCs/>
        </w:rPr>
        <w:t xml:space="preserve">tankards, would not have been suppressed as of unsound tendency.</w:t>
      </w:r>
      <w:r>
        <w:br/>
      </w:r>
      <w:r>
        <w:t xml:space="preserve">    (a) [of food] able to be prepared in a manner that keeps it from spoiling</w:t>
      </w:r>
      <w:r>
        <w:br/>
      </w:r>
      <w:r>
        <w:t xml:space="preserve">    (b) relating to understanding or explaining something in a particular way</w:t>
      </w:r>
      <w:r>
        <w:br/>
      </w:r>
      <w:r>
        <w:t xml:space="preserve">    (c) respected (worthy of respect) -- typically because of age or position</w:t>
      </w:r>
    </w:p>
    <w:p>
      <w:pPr>
        <w:pStyle w:val="Compact"/>
        <w:numPr>
          <w:ilvl w:val="0"/>
          <w:numId w:val="1001"/>
        </w:numPr>
      </w:pPr>
      <w:r>
        <w:rPr>
          <w:b/>
          <w:bCs/>
        </w:rPr>
        <w:t xml:space="preserve">The inhabitants of Raveloe were not severely regular in their church-going, and perhaps there was hardly a person in the</w:t>
      </w:r>
      <w:r>
        <w:rPr>
          <w:b/>
          <w:bCs/>
        </w:rPr>
        <w:t xml:space="preserve"> </w:t>
      </w:r>
      <w:r>
        <w:rPr>
          <w:b/>
          <w:bCs/>
          <w:u w:val="single"/>
        </w:rPr>
        <w:t xml:space="preserve">parish</w:t>
      </w:r>
      <w:r>
        <w:rPr>
          <w:b/>
          <w:bCs/>
        </w:rPr>
        <w:t xml:space="preserve"> </w:t>
      </w:r>
      <w:r>
        <w:rPr>
          <w:b/>
          <w:bCs/>
        </w:rPr>
        <w:t xml:space="preserve">who would not have held that to go to church every Sunday in the calendar would have shown a greedy desire to stand well with Heaven,</w:t>
      </w:r>
      <w:r>
        <w:br/>
      </w:r>
      <w:r>
        <w:t xml:space="preserve">    (a) someone who abandoned their religion or separated from others with whom they used to share firmly held beliefs</w:t>
      </w:r>
      <w:r>
        <w:br/>
      </w:r>
      <w:r>
        <w:t xml:space="preserve">    (b) a local church community</w:t>
      </w:r>
      <w:r>
        <w:br/>
      </w:r>
      <w:r>
        <w:t xml:space="preserve">    (c) an artists performance of another artist's work that expresses the performer's feelings or ideas about the work</w:t>
      </w:r>
    </w:p>
    <w:p>
      <w:pPr>
        <w:pStyle w:val="Compact"/>
        <w:numPr>
          <w:ilvl w:val="0"/>
          <w:numId w:val="1001"/>
        </w:numPr>
      </w:pPr>
      <w:r>
        <w:rPr>
          <w:b/>
          <w:bCs/>
        </w:rPr>
        <w:t xml:space="preserve">But Miss Nancy had no sooner made her curtsy than an elderly lady came forward, whose full white muslin kerchief, and mob-cap round her curls of smooth grey hair, were in daring</w:t>
      </w:r>
      <w:r>
        <w:rPr>
          <w:b/>
          <w:bCs/>
        </w:rPr>
        <w:t xml:space="preserve"> </w:t>
      </w:r>
      <w:r>
        <w:rPr>
          <w:b/>
          <w:bCs/>
          <w:u w:val="single"/>
        </w:rPr>
        <w:t xml:space="preserve">contrast</w:t>
      </w:r>
      <w:r>
        <w:rPr>
          <w:b/>
          <w:bCs/>
        </w:rPr>
        <w:t xml:space="preserve"> </w:t>
      </w:r>
      <w:r>
        <w:rPr>
          <w:b/>
          <w:bCs/>
        </w:rPr>
        <w:t xml:space="preserve">with the puffed yellow satins and top-knotted caps of her neighbours.</w:t>
      </w:r>
      <w:r>
        <w:br/>
      </w:r>
      <w:r>
        <w:t xml:space="preserve">    (a) block or interfere</w:t>
      </w:r>
      <w:r>
        <w:br/>
      </w:r>
      <w:r>
        <w:t xml:space="preserve">    (b) notable difference</w:t>
      </w:r>
      <w:r>
        <w:br/>
      </w:r>
      <w:r>
        <w:t xml:space="preserve">    (c) come to terms with</w:t>
      </w:r>
    </w:p>
    <w:p>
      <w:pPr>
        <w:pStyle w:val="Compact"/>
        <w:numPr>
          <w:ilvl w:val="0"/>
          <w:numId w:val="1001"/>
        </w:numPr>
      </w:pPr>
      <w:r>
        <w:rPr>
          <w:b/>
          <w:bCs/>
        </w:rPr>
        <w:t xml:space="preserve">"No," said Godfrey, with a keen decisiveness of tone,</w:t>
      </w:r>
      <w:r>
        <w:rPr>
          <w:b/>
          <w:bCs/>
        </w:rPr>
        <w:t xml:space="preserve"> </w:t>
      </w:r>
      <w:r>
        <w:rPr>
          <w:b/>
          <w:bCs/>
          <w:u w:val="single"/>
        </w:rPr>
        <w:t xml:space="preserve">in contrast</w:t>
      </w:r>
      <w:r>
        <w:rPr>
          <w:b/>
          <w:bCs/>
        </w:rPr>
        <w:t xml:space="preserve"> </w:t>
      </w:r>
      <w:r>
        <w:rPr>
          <w:b/>
          <w:bCs/>
        </w:rPr>
        <w:t xml:space="preserve">with his usually careless and unemphatic speech—"there's debts we can't pay like money debts, by paying extra for the years that have slipped by."</w:t>
      </w:r>
      <w:r>
        <w:br/>
      </w:r>
      <w:r>
        <w:t xml:space="preserve">    (a) beyond the permitted boundary or limit</w:t>
      </w:r>
      <w:r>
        <w:br/>
      </w:r>
      <w:r>
        <w:t xml:space="preserve">    (b) injured muscles or tendons in the back</w:t>
      </w:r>
      <w:r>
        <w:br/>
      </w:r>
      <w:r>
        <w:t xml:space="preserve">    (c) in a comparison that shows differences</w:t>
      </w:r>
    </w:p>
    <w:p>
      <w:pPr>
        <w:pStyle w:val="Compact"/>
        <w:numPr>
          <w:ilvl w:val="0"/>
          <w:numId w:val="1001"/>
        </w:numPr>
      </w:pPr>
      <w:r>
        <w:rPr>
          <w:b/>
          <w:bCs/>
        </w:rPr>
        <w:t xml:space="preserve">He was puzzled and anxious, for Dolly's word "christened"</w:t>
      </w:r>
      <w:r>
        <w:rPr>
          <w:b/>
          <w:bCs/>
        </w:rPr>
        <w:t xml:space="preserve"> </w:t>
      </w:r>
      <w:r>
        <w:rPr>
          <w:b/>
          <w:bCs/>
          <w:u w:val="single"/>
        </w:rPr>
        <w:t xml:space="preserve">conveyed</w:t>
      </w:r>
      <w:r>
        <w:rPr>
          <w:b/>
          <w:bCs/>
        </w:rPr>
        <w:t xml:space="preserve"> </w:t>
      </w:r>
      <w:r>
        <w:rPr>
          <w:b/>
          <w:bCs/>
        </w:rPr>
        <w:t xml:space="preserve">no distinct meaning to him.</w:t>
      </w:r>
      <w:r>
        <w:br/>
      </w:r>
      <w:r>
        <w:t xml:space="preserve">    (a) communicated or expressed</w:t>
      </w:r>
      <w:r>
        <w:br/>
      </w:r>
      <w:r>
        <w:t xml:space="preserve">    (b) thought -- possibly aloud</w:t>
      </w:r>
      <w:r>
        <w:br/>
      </w:r>
      <w:r>
        <w:t xml:space="preserve">    (c) was abundant or plentiful</w:t>
      </w:r>
    </w:p>
    <w:p>
      <w:pPr>
        <w:pStyle w:val="Compact"/>
        <w:numPr>
          <w:ilvl w:val="0"/>
          <w:numId w:val="1001"/>
        </w:numPr>
      </w:pPr>
      <w:r>
        <w:rPr>
          <w:b/>
          <w:bCs/>
        </w:rPr>
        <w:t xml:space="preserve">"I can't feel as I've got any father but one," said Eppie,</w:t>
      </w:r>
      <w:r>
        <w:rPr>
          <w:b/>
          <w:bCs/>
        </w:rPr>
        <w:t xml:space="preserve"> </w:t>
      </w:r>
      <w:r>
        <w:rPr>
          <w:b/>
          <w:bCs/>
          <w:u w:val="single"/>
        </w:rPr>
        <w:t xml:space="preserve">impetuously</w:t>
      </w:r>
      <w:r>
        <w:rPr>
          <w:b/>
          <w:bCs/>
        </w:rPr>
        <w:t xml:space="preserve">, while the tears gathered.</w:t>
      </w:r>
      <w:r>
        <w:br/>
      </w:r>
      <w:r>
        <w:t xml:space="preserve">    (a) in the manner of a logical, systematic examination</w:t>
      </w:r>
      <w:r>
        <w:br/>
      </w:r>
      <w:r>
        <w:t xml:space="preserve">    (b) impulsively (without much thought)</w:t>
      </w:r>
      <w:r>
        <w:br/>
      </w:r>
      <w:r>
        <w:t xml:space="preserve">    (c) in a manner that shows care or concern for someone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2026-07-31T15:57:12Z</dcterms:created>
  <dcterms:modified xsi:type="dcterms:W3CDTF">2026-07-31T15:57:12Z</dcterms:modified>
</cp:coreProperties>
</file>

<file path=docProps/custom.xml><?xml version="1.0" encoding="utf-8"?>
<Properties xmlns="http://schemas.openxmlformats.org/officeDocument/2006/custom-properties" xmlns:vt="http://schemas.openxmlformats.org/officeDocument/2006/docPropsVTypes"/>
</file>