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eeefb809fc04fbbbf40330c93f5337f499e468"/>
    <w:p>
      <w:pPr>
        <w:pStyle w:val="Heading1"/>
      </w:pPr>
      <w:r>
        <w:rPr>
          <w:b/>
          <w:bCs/>
        </w:rPr>
        <w:t xml:space="preserve">Silas Marner</w:t>
      </w:r>
      <w:r>
        <w:br/>
      </w:r>
      <w:r>
        <w:rPr>
          <w:i/>
          <w:iCs/>
        </w:rPr>
        <w:t xml:space="preserve">George Eliot</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In the days when the spinning-wheels hummed busily in the farmhouses—and even great ladies, clothed in silk and thread-lace, had their toy spinning-wheels of polished oak—there might be seen in districts far away among the lanes, or deep in the bosom of the hills, certain</w:t>
      </w:r>
      <w:r>
        <w:rPr>
          <w:b/>
          <w:bCs/>
        </w:rPr>
        <w:t xml:space="preserve"> </w:t>
      </w:r>
      <w:r>
        <w:rPr>
          <w:b/>
          <w:bCs/>
          <w:u w:val="single"/>
        </w:rPr>
        <w:t xml:space="preserve">pallid</w:t>
      </w:r>
      <w:r>
        <w:rPr>
          <w:b/>
          <w:bCs/>
        </w:rPr>
        <w:t xml:space="preserve"> </w:t>
      </w:r>
      <w:r>
        <w:rPr>
          <w:b/>
          <w:bCs/>
        </w:rPr>
        <w:t xml:space="preserve">undersized men, who, by the side of the brawny country-folk, looked like the remnants of a disinherited race.</w:t>
      </w:r>
      <w:r>
        <w:br/>
      </w:r>
      <w:r>
        <w:t xml:space="preserve">    (a) mental weakness caused by old age; or describing a medical condition as caused by old age</w:t>
      </w:r>
      <w:r>
        <w:br/>
      </w:r>
      <w:r>
        <w:t xml:space="preserve">    (b) abnormally pale (lacking healthy skin color); or anything that lacks energy or liveliness</w:t>
      </w:r>
      <w:r>
        <w:br/>
      </w:r>
      <w:r>
        <w:t xml:space="preserve">    (c) relating to a government, country, or ruling family of a country ruled by a king of queen</w:t>
      </w:r>
    </w:p>
    <w:p>
      <w:pPr>
        <w:pStyle w:val="Compact"/>
        <w:numPr>
          <w:ilvl w:val="0"/>
          <w:numId w:val="1001"/>
        </w:numPr>
      </w:pPr>
      <w:r>
        <w:rPr>
          <w:b/>
          <w:bCs/>
        </w:rPr>
        <w:t xml:space="preserve">Their sense of his usefulness would have counteracted any</w:t>
      </w:r>
      <w:r>
        <w:rPr>
          <w:b/>
          <w:bCs/>
        </w:rPr>
        <w:t xml:space="preserve"> </w:t>
      </w:r>
      <w:r>
        <w:rPr>
          <w:b/>
          <w:bCs/>
          <w:u w:val="single"/>
        </w:rPr>
        <w:t xml:space="preserve">repugnance</w:t>
      </w:r>
      <w:r>
        <w:rPr>
          <w:b/>
          <w:bCs/>
        </w:rPr>
        <w:t xml:space="preserve"> </w:t>
      </w:r>
      <w:r>
        <w:rPr>
          <w:b/>
          <w:bCs/>
        </w:rPr>
        <w:t xml:space="preserve">or suspicion which was not confirmed by a deficiency in the quality or the tale of the cloth he wove for them.</w:t>
      </w:r>
      <w:r>
        <w:br/>
      </w:r>
      <w:r>
        <w:t xml:space="preserve">    (a) dissatisfaction</w:t>
      </w:r>
      <w:r>
        <w:br/>
      </w:r>
      <w:r>
        <w:t xml:space="preserve">    (b) discouragement</w:t>
      </w:r>
      <w:r>
        <w:br/>
      </w:r>
      <w:r>
        <w:t xml:space="preserve">    (c) strong disgust</w:t>
      </w:r>
    </w:p>
    <w:p>
      <w:pPr>
        <w:pStyle w:val="Compact"/>
        <w:numPr>
          <w:ilvl w:val="0"/>
          <w:numId w:val="1001"/>
        </w:numPr>
      </w:pPr>
      <w:r>
        <w:rPr>
          <w:b/>
          <w:bCs/>
        </w:rPr>
        <w:t xml:space="preserve">The livelong day he sat in his loom, his ear filled with its monotony, his eyes bent close down on the slow growth of sameness in the brownish web, his muscles moving with such even repetition that their pause seemed almost as much a</w:t>
      </w:r>
      <w:r>
        <w:rPr>
          <w:b/>
          <w:bCs/>
        </w:rPr>
        <w:t xml:space="preserve"> </w:t>
      </w:r>
      <w:r>
        <w:rPr>
          <w:b/>
          <w:bCs/>
          <w:u w:val="single"/>
        </w:rPr>
        <w:t xml:space="preserve">constraint</w:t>
      </w:r>
      <w:r>
        <w:rPr>
          <w:b/>
          <w:bCs/>
        </w:rPr>
        <w:t xml:space="preserve"> </w:t>
      </w:r>
      <w:r>
        <w:rPr>
          <w:b/>
          <w:bCs/>
        </w:rPr>
        <w:t xml:space="preserve">as the holding of his breath.</w:t>
      </w:r>
      <w:r>
        <w:br/>
      </w:r>
      <w:r>
        <w:t xml:space="preserve">    (a) lacking experience or sophistication</w:t>
      </w:r>
      <w:r>
        <w:br/>
      </w:r>
      <w:r>
        <w:t xml:space="preserve">    (b) a Muslim religious teacher or leader</w:t>
      </w:r>
      <w:r>
        <w:br/>
      </w:r>
      <w:r>
        <w:t xml:space="preserve">    (c) something that limits something else</w:t>
      </w:r>
    </w:p>
    <w:p>
      <w:pPr>
        <w:pStyle w:val="Compact"/>
        <w:numPr>
          <w:ilvl w:val="0"/>
          <w:numId w:val="1001"/>
        </w:numPr>
      </w:pPr>
      <w:r>
        <w:rPr>
          <w:b/>
          <w:bCs/>
        </w:rPr>
        <w:t xml:space="preserve">The disinherited son of a small squire, equally</w:t>
      </w:r>
      <w:r>
        <w:rPr>
          <w:b/>
          <w:bCs/>
        </w:rPr>
        <w:t xml:space="preserve"> </w:t>
      </w:r>
      <w:r>
        <w:rPr>
          <w:b/>
          <w:bCs/>
          <w:u w:val="single"/>
        </w:rPr>
        <w:t xml:space="preserve">disinclined</w:t>
      </w:r>
      <w:r>
        <w:rPr>
          <w:b/>
          <w:bCs/>
        </w:rPr>
        <w:t xml:space="preserve"> </w:t>
      </w:r>
      <w:r>
        <w:rPr>
          <w:b/>
          <w:bCs/>
        </w:rPr>
        <w:t xml:space="preserve">to dig and to beg, was almost as helpless as an uprooted tree, which, by the favour of earth and sky, has grown to a handsome bulk on the spot where it first shot upward.</w:t>
      </w:r>
      <w:r>
        <w:br/>
      </w:r>
      <w:r>
        <w:t xml:space="preserve">    (a) feeling reluctant to do something</w:t>
      </w:r>
      <w:r>
        <w:br/>
      </w:r>
      <w:r>
        <w:t xml:space="preserve">    (b) related to belief in a single God</w:t>
      </w:r>
      <w:r>
        <w:br/>
      </w:r>
      <w:r>
        <w:t xml:space="preserve">    (c) able to be stopped from happening</w:t>
      </w:r>
    </w:p>
    <w:p>
      <w:pPr>
        <w:pStyle w:val="Compact"/>
        <w:numPr>
          <w:ilvl w:val="0"/>
          <w:numId w:val="1001"/>
        </w:numPr>
      </w:pPr>
      <w:r>
        <w:rPr>
          <w:b/>
          <w:bCs/>
        </w:rPr>
        <w:t xml:space="preserve">A movement of</w:t>
      </w:r>
      <w:r>
        <w:rPr>
          <w:b/>
          <w:bCs/>
        </w:rPr>
        <w:t xml:space="preserve"> </w:t>
      </w:r>
      <w:r>
        <w:rPr>
          <w:b/>
          <w:bCs/>
          <w:u w:val="single"/>
        </w:rPr>
        <w:t xml:space="preserve">compunction</w:t>
      </w:r>
      <w:r>
        <w:rPr>
          <w:b/>
          <w:bCs/>
        </w:rPr>
        <w:t xml:space="preserve">, helped by those small indefinable influences which every personal relation exerts on a pliant nature, had urged him into a secret marriage, which was a blight on his life.</w:t>
      </w:r>
      <w:r>
        <w:br/>
      </w:r>
      <w:r>
        <w:t xml:space="preserve">    (a) ruling on a point of Islamic law that is given by a recognized authority</w:t>
      </w:r>
      <w:r>
        <w:br/>
      </w:r>
      <w:r>
        <w:t xml:space="preserve">    (b) guilt for a misdeed; or a feeling that it would be wrong to do something</w:t>
      </w:r>
      <w:r>
        <w:br/>
      </w:r>
      <w:r>
        <w:t xml:space="preserve">    (c) thinking or guessing with uncertainty; or the resulting thought or guess</w:t>
      </w:r>
    </w:p>
    <w:p>
      <w:pPr>
        <w:pStyle w:val="Compact"/>
        <w:numPr>
          <w:ilvl w:val="0"/>
          <w:numId w:val="1001"/>
        </w:numPr>
      </w:pPr>
      <w:r>
        <w:rPr>
          <w:b/>
          <w:bCs/>
        </w:rPr>
        <w:t xml:space="preserve">That other reason was the fact that the morning's meet was near Batherley, the market-town where the unhappy woman lived, whose image became more</w:t>
      </w:r>
      <w:r>
        <w:rPr>
          <w:b/>
          <w:bCs/>
        </w:rPr>
        <w:t xml:space="preserve"> </w:t>
      </w:r>
      <w:r>
        <w:rPr>
          <w:b/>
          <w:bCs/>
          <w:u w:val="single"/>
        </w:rPr>
        <w:t xml:space="preserve">odious</w:t>
      </w:r>
      <w:r>
        <w:rPr>
          <w:b/>
          <w:bCs/>
        </w:rPr>
        <w:t xml:space="preserve"> </w:t>
      </w:r>
      <w:r>
        <w:rPr>
          <w:b/>
          <w:bCs/>
        </w:rPr>
        <w:t xml:space="preserve">to him every day; and to his thought the whole vicinage was haunted by her.</w:t>
      </w:r>
      <w:r>
        <w:br/>
      </w:r>
      <w:r>
        <w:t xml:space="preserve">    (a) not trustworthy, or improper, or attracting unwelcome attention</w:t>
      </w:r>
      <w:r>
        <w:br/>
      </w:r>
      <w:r>
        <w:t xml:space="preserve">    (b) the degree to which something is able to change or is different</w:t>
      </w:r>
      <w:r>
        <w:br/>
      </w:r>
      <w:r>
        <w:t xml:space="preserve">    (c) extremely unpleasant, disgusting, dislikable, or worthy of hate</w:t>
      </w:r>
    </w:p>
    <w:p>
      <w:pPr>
        <w:pStyle w:val="Compact"/>
        <w:numPr>
          <w:ilvl w:val="0"/>
          <w:numId w:val="1001"/>
        </w:numPr>
      </w:pPr>
      <w:r>
        <w:rPr>
          <w:b/>
          <w:bCs/>
        </w:rPr>
        <w:t xml:space="preserve">His first intention was to hire a horse there and ride home</w:t>
      </w:r>
      <w:r>
        <w:rPr>
          <w:b/>
          <w:bCs/>
        </w:rPr>
        <w:t xml:space="preserve"> </w:t>
      </w:r>
      <w:r>
        <w:rPr>
          <w:b/>
          <w:bCs/>
          <w:u w:val="single"/>
        </w:rPr>
        <w:t xml:space="preserve">forthwith</w:t>
      </w:r>
      <w:r>
        <w:rPr>
          <w:b/>
          <w:bCs/>
        </w:rPr>
        <w:t xml:space="preserve">, for to walk many miles without a gun in his hand, and along an ordinary road, was as much out of the question to him as to other spirited young men of his kind.</w:t>
      </w:r>
      <w:r>
        <w:br/>
      </w:r>
      <w:r>
        <w:t xml:space="preserve">    (a) well suited</w:t>
      </w:r>
      <w:r>
        <w:br/>
      </w:r>
      <w:r>
        <w:t xml:space="preserve">    (b) a last name</w:t>
      </w:r>
      <w:r>
        <w:br/>
      </w:r>
      <w:r>
        <w:t xml:space="preserve">    (c) immediately</w:t>
      </w:r>
    </w:p>
    <w:p>
      <w:pPr>
        <w:pStyle w:val="Compact"/>
        <w:numPr>
          <w:ilvl w:val="0"/>
          <w:numId w:val="1001"/>
        </w:numPr>
      </w:pPr>
      <w:r>
        <w:rPr>
          <w:b/>
          <w:bCs/>
        </w:rPr>
        <w:t xml:space="preserve">He rushed out in the rain, under the</w:t>
      </w:r>
      <w:r>
        <w:rPr>
          <w:b/>
          <w:bCs/>
        </w:rPr>
        <w:t xml:space="preserve"> </w:t>
      </w:r>
      <w:r>
        <w:rPr>
          <w:b/>
          <w:bCs/>
          <w:u w:val="single"/>
        </w:rPr>
        <w:t xml:space="preserve">stimulus</w:t>
      </w:r>
      <w:r>
        <w:rPr>
          <w:b/>
          <w:bCs/>
        </w:rPr>
        <w:t xml:space="preserve"> </w:t>
      </w:r>
      <w:r>
        <w:rPr>
          <w:b/>
          <w:bCs/>
        </w:rPr>
        <w:t xml:space="preserve">of this hope, forgetting to cover his head, not caring to fasten his door; for he felt as if he had nothing left to lose.</w:t>
      </w:r>
      <w:r>
        <w:br/>
      </w:r>
      <w:r>
        <w:t xml:space="preserve">    (a) something that creates growth or excitement, or something that causes an action</w:t>
      </w:r>
      <w:r>
        <w:br/>
      </w:r>
      <w:r>
        <w:t xml:space="preserve">    (b) something suggested indirectly; or something that can be concluded; or a result</w:t>
      </w:r>
      <w:r>
        <w:br/>
      </w:r>
      <w:r>
        <w:t xml:space="preserve">    (c) surgical interruption of nerve tracts to and from the frontal lobe of the brain</w:t>
      </w:r>
    </w:p>
    <w:p>
      <w:pPr>
        <w:pStyle w:val="Compact"/>
        <w:numPr>
          <w:ilvl w:val="0"/>
          <w:numId w:val="1001"/>
        </w:numPr>
      </w:pPr>
      <w:r>
        <w:rPr>
          <w:b/>
          <w:bCs/>
        </w:rPr>
        <w:t xml:space="preserve">"Well—stay—let me see," said Mr. Snell, like a</w:t>
      </w:r>
      <w:r>
        <w:rPr>
          <w:b/>
          <w:bCs/>
        </w:rPr>
        <w:t xml:space="preserve"> </w:t>
      </w:r>
      <w:r>
        <w:rPr>
          <w:b/>
          <w:bCs/>
          <w:u w:val="single"/>
        </w:rPr>
        <w:t xml:space="preserve">docile</w:t>
      </w:r>
      <w:r>
        <w:rPr>
          <w:b/>
          <w:bCs/>
        </w:rPr>
        <w:t xml:space="preserve"> </w:t>
      </w:r>
      <w:r>
        <w:rPr>
          <w:b/>
          <w:bCs/>
        </w:rPr>
        <w:t xml:space="preserve">clairvoyante, who would really not make a mistake if she could help it.</w:t>
      </w:r>
      <w:r>
        <w:br/>
      </w:r>
      <w:r>
        <w:t xml:space="preserve">    (a) tendency to be direct in a disagreeable, insensitive manner</w:t>
      </w:r>
      <w:r>
        <w:br/>
      </w:r>
      <w:r>
        <w:t xml:space="preserve">    (b) the degree or quality of being exactly vertical or straight</w:t>
      </w:r>
      <w:r>
        <w:br/>
      </w:r>
      <w:r>
        <w:t xml:space="preserve">    (c) easily led or managed -- perhaps submissive or well-behaved</w:t>
      </w:r>
    </w:p>
    <w:p>
      <w:pPr>
        <w:pStyle w:val="Compact"/>
        <w:numPr>
          <w:ilvl w:val="0"/>
          <w:numId w:val="1001"/>
        </w:numPr>
      </w:pPr>
      <w:r>
        <w:rPr>
          <w:b/>
          <w:bCs/>
        </w:rPr>
        <w:t xml:space="preserve">The old Squire was an</w:t>
      </w:r>
      <w:r>
        <w:rPr>
          <w:b/>
          <w:bCs/>
        </w:rPr>
        <w:t xml:space="preserve"> </w:t>
      </w:r>
      <w:r>
        <w:rPr>
          <w:b/>
          <w:bCs/>
          <w:u w:val="single"/>
        </w:rPr>
        <w:t xml:space="preserve">implacable</w:t>
      </w:r>
      <w:r>
        <w:rPr>
          <w:b/>
          <w:bCs/>
        </w:rPr>
        <w:t xml:space="preserve"> </w:t>
      </w:r>
      <w:r>
        <w:rPr>
          <w:b/>
          <w:bCs/>
        </w:rPr>
        <w:t xml:space="preserve">man: he made resolutions in violent anger, and he was not to be moved from them after his anger had subsided—as fiery volcanic matters cool and harden into rock.</w:t>
      </w:r>
      <w:r>
        <w:br/>
      </w:r>
      <w:r>
        <w:t xml:space="preserve">    (a) increasing</w:t>
      </w:r>
      <w:r>
        <w:br/>
      </w:r>
      <w:r>
        <w:t xml:space="preserve">    (b) unyielding</w:t>
      </w:r>
      <w:r>
        <w:br/>
      </w:r>
      <w:r>
        <w:t xml:space="preserve">    (c) diminishing</w:t>
      </w:r>
    </w:p>
    <w:p>
      <w:pPr>
        <w:pStyle w:val="Compact"/>
        <w:numPr>
          <w:ilvl w:val="0"/>
          <w:numId w:val="1001"/>
        </w:numPr>
      </w:pPr>
      <w:r>
        <w:rPr>
          <w:b/>
          <w:bCs/>
        </w:rPr>
        <w:t xml:space="preserve">The lying</w:t>
      </w:r>
      <w:r>
        <w:rPr>
          <w:b/>
          <w:bCs/>
        </w:rPr>
        <w:t xml:space="preserve"> </w:t>
      </w:r>
      <w:r>
        <w:rPr>
          <w:b/>
          <w:bCs/>
          <w:u w:val="single"/>
        </w:rPr>
        <w:t xml:space="preserve">scoundrel</w:t>
      </w:r>
      <w:r>
        <w:rPr>
          <w:b/>
          <w:bCs/>
        </w:rPr>
        <w:t xml:space="preserve"> </w:t>
      </w:r>
      <w:r>
        <w:rPr>
          <w:b/>
          <w:bCs/>
        </w:rPr>
        <w:t xml:space="preserve">told me he'd be sure to pay me a hundred last month.</w:t>
      </w:r>
      <w:r>
        <w:br/>
      </w:r>
      <w:r>
        <w:t xml:space="preserve">    (a) the condition of being different</w:t>
      </w:r>
      <w:r>
        <w:br/>
      </w:r>
      <w:r>
        <w:t xml:space="preserve">    (b) someone without moral principles</w:t>
      </w:r>
      <w:r>
        <w:br/>
      </w:r>
      <w:r>
        <w:t xml:space="preserve">    (c) important, serious, or dangerous</w:t>
      </w:r>
    </w:p>
    <w:p>
      <w:pPr>
        <w:pStyle w:val="Compact"/>
        <w:numPr>
          <w:ilvl w:val="0"/>
          <w:numId w:val="1001"/>
        </w:numPr>
      </w:pPr>
      <w:r>
        <w:rPr>
          <w:b/>
          <w:bCs/>
        </w:rPr>
        <w:t xml:space="preserve">The Squire had laid down his knife and fork, and was staring at his son in amazement, not being sufficiently quick of brain to form a probable guess as to what could have caused so strange an inversion of the paternal and</w:t>
      </w:r>
      <w:r>
        <w:rPr>
          <w:b/>
          <w:bCs/>
        </w:rPr>
        <w:t xml:space="preserve"> </w:t>
      </w:r>
      <w:r>
        <w:rPr>
          <w:b/>
          <w:bCs/>
          <w:u w:val="single"/>
        </w:rPr>
        <w:t xml:space="preserve">filial</w:t>
      </w:r>
      <w:r>
        <w:rPr>
          <w:b/>
          <w:bCs/>
        </w:rPr>
        <w:t xml:space="preserve"> </w:t>
      </w:r>
      <w:r>
        <w:rPr>
          <w:b/>
          <w:bCs/>
        </w:rPr>
        <w:t xml:space="preserve">relations as this proposition of his son to pay him a hundred pounds.</w:t>
      </w:r>
      <w:r>
        <w:br/>
      </w:r>
      <w:r>
        <w:t xml:space="preserve">    (a) the state of not being aware or concerned about something</w:t>
      </w:r>
      <w:r>
        <w:br/>
      </w:r>
      <w:r>
        <w:t xml:space="preserve">    (b) a state similar to sleep where one is unaware of anything</w:t>
      </w:r>
      <w:r>
        <w:br/>
      </w:r>
      <w:r>
        <w:t xml:space="preserve">    (c) relating to the relationship of children to their parents</w:t>
      </w:r>
    </w:p>
    <w:p>
      <w:pPr>
        <w:pStyle w:val="Compact"/>
        <w:numPr>
          <w:ilvl w:val="0"/>
          <w:numId w:val="1001"/>
        </w:numPr>
      </w:pPr>
      <w:r>
        <w:rPr>
          <w:b/>
          <w:bCs/>
        </w:rPr>
        <w:t xml:space="preserve">That was a feeble evasion, but Godfrey was not fond of lying, and, not being sufficiently aware that no sort of</w:t>
      </w:r>
      <w:r>
        <w:rPr>
          <w:b/>
          <w:bCs/>
        </w:rPr>
        <w:t xml:space="preserve"> </w:t>
      </w:r>
      <w:r>
        <w:rPr>
          <w:b/>
          <w:bCs/>
          <w:u w:val="single"/>
        </w:rPr>
        <w:t xml:space="preserve">duplicity</w:t>
      </w:r>
      <w:r>
        <w:rPr>
          <w:b/>
          <w:bCs/>
        </w:rPr>
        <w:t xml:space="preserve"> </w:t>
      </w:r>
      <w:r>
        <w:rPr>
          <w:b/>
          <w:bCs/>
        </w:rPr>
        <w:t xml:space="preserve">can long flourish without the help of vocal falsehoods, he was quite unprepared with invented motives.</w:t>
      </w:r>
      <w:r>
        <w:br/>
      </w:r>
      <w:r>
        <w:t xml:space="preserve">    (a) deception -- such as lying</w:t>
      </w:r>
      <w:r>
        <w:br/>
      </w:r>
      <w:r>
        <w:t xml:space="preserve">    (b) a secret agreement or plot</w:t>
      </w:r>
      <w:r>
        <w:br/>
      </w:r>
      <w:r>
        <w:t xml:space="preserve">    (c) the best or most important</w:t>
      </w:r>
    </w:p>
    <w:p>
      <w:pPr>
        <w:pStyle w:val="Compact"/>
        <w:numPr>
          <w:ilvl w:val="0"/>
          <w:numId w:val="1001"/>
        </w:numPr>
      </w:pPr>
      <w:r>
        <w:rPr>
          <w:b/>
          <w:bCs/>
        </w:rPr>
        <w:t xml:space="preserve">Some women, I grant, would not appear to advantage seated on a pillion, and attired in a drab joseph and a drab beaver-bonnet, with a crown resembling a small stew-pan; for a garment suggesting a coachman's greatcoat, cut out under an exiguity of cloth that would only allow of miniature capes, is not</w:t>
      </w:r>
      <w:r>
        <w:rPr>
          <w:b/>
          <w:bCs/>
        </w:rPr>
        <w:t xml:space="preserve"> </w:t>
      </w:r>
      <w:r>
        <w:rPr>
          <w:b/>
          <w:bCs/>
          <w:u w:val="single"/>
        </w:rPr>
        <w:t xml:space="preserve">well adapted</w:t>
      </w:r>
      <w:r>
        <w:rPr>
          <w:b/>
          <w:bCs/>
        </w:rPr>
        <w:t xml:space="preserve"> </w:t>
      </w:r>
      <w:r>
        <w:rPr>
          <w:b/>
          <w:bCs/>
        </w:rPr>
        <w:t xml:space="preserve">to conceal deficiencies of contour, nor is drab a colour that will throw sallow cheeks into lively contrast.</w:t>
      </w:r>
      <w:r>
        <w:br/>
      </w:r>
      <w:r>
        <w:t xml:space="preserve">    (a) well suited</w:t>
      </w:r>
      <w:r>
        <w:br/>
      </w:r>
      <w:r>
        <w:t xml:space="preserve">    (b) surrendered</w:t>
      </w:r>
      <w:r>
        <w:br/>
      </w:r>
      <w:r>
        <w:t xml:space="preserve">    (c) restraining</w:t>
      </w:r>
    </w:p>
    <w:p>
      <w:pPr>
        <w:pStyle w:val="Compact"/>
        <w:numPr>
          <w:ilvl w:val="0"/>
          <w:numId w:val="1001"/>
        </w:numPr>
      </w:pPr>
      <w:r>
        <w:rPr>
          <w:b/>
          <w:bCs/>
        </w:rPr>
        <w:t xml:space="preserve">But Miss Nancy was not ashamed of that, for even while she was dressing she</w:t>
      </w:r>
      <w:r>
        <w:rPr>
          <w:b/>
          <w:bCs/>
        </w:rPr>
        <w:t xml:space="preserve"> </w:t>
      </w:r>
      <w:r>
        <w:rPr>
          <w:b/>
          <w:bCs/>
          <w:u w:val="single"/>
        </w:rPr>
        <w:t xml:space="preserve">narrated</w:t>
      </w:r>
      <w:r>
        <w:rPr>
          <w:b/>
          <w:bCs/>
        </w:rPr>
        <w:t xml:space="preserve"> </w:t>
      </w:r>
      <w:r>
        <w:rPr>
          <w:b/>
          <w:bCs/>
        </w:rPr>
        <w:t xml:space="preserve">to her aunt how she and Priscilla had packed their boxes yesterday, because this morning was baking morning, and since they were leaving home, it was desirable to make a good supply of meat-pies for the kitchen; and as she concluded this judicious remark, she turned to the Miss Gunns that she might not commit the rudeness of not including them in the conversation.</w:t>
      </w:r>
      <w:r>
        <w:br/>
      </w:r>
      <w:r>
        <w:t xml:space="preserve">    (a) began fighting</w:t>
      </w:r>
      <w:r>
        <w:br/>
      </w:r>
      <w:r>
        <w:t xml:space="preserve">    (b) told (a story)</w:t>
      </w:r>
      <w:r>
        <w:br/>
      </w:r>
      <w:r>
        <w:t xml:space="preserve">    (c) not translated</w:t>
      </w:r>
    </w:p>
    <w:p>
      <w:pPr>
        <w:pStyle w:val="Compact"/>
        <w:numPr>
          <w:ilvl w:val="0"/>
          <w:numId w:val="1001"/>
        </w:numPr>
      </w:pPr>
      <w:r>
        <w:rPr>
          <w:b/>
          <w:bCs/>
        </w:rPr>
        <w:t xml:space="preserve">But Miss Nancy was not ashamed of that, for even while she was dressing she narrated to her aunt how she and Priscilla had packed their boxes yesterday, because this morning was baking morning, and since they were leaving home, it was desirable to make a good supply of meat-pies for the kitchen; and as she concluded this</w:t>
      </w:r>
      <w:r>
        <w:rPr>
          <w:b/>
          <w:bCs/>
        </w:rPr>
        <w:t xml:space="preserve"> </w:t>
      </w:r>
      <w:r>
        <w:rPr>
          <w:b/>
          <w:bCs/>
          <w:u w:val="single"/>
        </w:rPr>
        <w:t xml:space="preserve">judicious</w:t>
      </w:r>
      <w:r>
        <w:rPr>
          <w:b/>
          <w:bCs/>
        </w:rPr>
        <w:t xml:space="preserve"> </w:t>
      </w:r>
      <w:r>
        <w:rPr>
          <w:b/>
          <w:bCs/>
        </w:rPr>
        <w:t xml:space="preserve">remark, she turned to the Miss Gunns that she might not commit the rudeness of not including them in the conversation.</w:t>
      </w:r>
      <w:r>
        <w:br/>
      </w:r>
      <w:r>
        <w:t xml:space="preserve">    (a) sensible</w:t>
      </w:r>
      <w:r>
        <w:br/>
      </w:r>
      <w:r>
        <w:t xml:space="preserve">    (b) able to be translated</w:t>
      </w:r>
      <w:r>
        <w:br/>
      </w:r>
      <w:r>
        <w:t xml:space="preserve">    (c) exactness or accuracy</w:t>
      </w:r>
    </w:p>
    <w:p>
      <w:pPr>
        <w:pStyle w:val="Compact"/>
        <w:numPr>
          <w:ilvl w:val="0"/>
          <w:numId w:val="1001"/>
        </w:numPr>
      </w:pPr>
      <w:r>
        <w:rPr>
          <w:b/>
          <w:bCs/>
        </w:rPr>
        <w:t xml:space="preserve">The belief that he repented his marriage, and suffered from it, only aggravated her</w:t>
      </w:r>
      <w:r>
        <w:rPr>
          <w:b/>
          <w:bCs/>
        </w:rPr>
        <w:t xml:space="preserve"> </w:t>
      </w:r>
      <w:r>
        <w:rPr>
          <w:b/>
          <w:bCs/>
          <w:u w:val="single"/>
        </w:rPr>
        <w:t xml:space="preserve">vindictiveness</w:t>
      </w:r>
      <w:r>
        <w:rPr>
          <w:b/>
          <w:bCs/>
        </w:rPr>
        <w:t xml:space="preserve">.</w:t>
      </w:r>
      <w:r>
        <w:br/>
      </w:r>
      <w:r>
        <w:t xml:space="preserve">    (a) desirous of seeking revenge or wanting to hurt someone</w:t>
      </w:r>
      <w:r>
        <w:br/>
      </w:r>
      <w:r>
        <w:t xml:space="preserve">    (b) not capable of surviving; or not capable of being done</w:t>
      </w:r>
      <w:r>
        <w:br/>
      </w:r>
      <w:r>
        <w:t xml:space="preserve">    (c) not capable of being suffered through (or put up with)</w:t>
      </w:r>
    </w:p>
    <w:p>
      <w:pPr>
        <w:pStyle w:val="Compact"/>
        <w:numPr>
          <w:ilvl w:val="0"/>
          <w:numId w:val="1001"/>
        </w:numPr>
      </w:pPr>
      <w:r>
        <w:rPr>
          <w:b/>
          <w:bCs/>
        </w:rPr>
        <w:t xml:space="preserve">Often the soul is ripened into fuller goodness while age has spread an ugly film, so that mere glances can never</w:t>
      </w:r>
      <w:r>
        <w:rPr>
          <w:b/>
          <w:bCs/>
        </w:rPr>
        <w:t xml:space="preserve"> </w:t>
      </w:r>
      <w:r>
        <w:rPr>
          <w:b/>
          <w:bCs/>
          <w:u w:val="single"/>
        </w:rPr>
        <w:t xml:space="preserve">divine</w:t>
      </w:r>
      <w:r>
        <w:rPr>
          <w:b/>
          <w:bCs/>
        </w:rPr>
        <w:t xml:space="preserve"> </w:t>
      </w:r>
      <w:r>
        <w:rPr>
          <w:b/>
          <w:bCs/>
        </w:rPr>
        <w:t xml:space="preserve">the preciousness of the fruit.</w:t>
      </w:r>
      <w:r>
        <w:br/>
      </w:r>
      <w:r>
        <w:t xml:space="preserve">    (a) add fuel or stir a fire to make it burn hotter; or make feelings stronger</w:t>
      </w:r>
      <w:r>
        <w:br/>
      </w:r>
      <w:r>
        <w:t xml:space="preserve">    (b) a rough calculation or guess of a value, quantity, or extent of something</w:t>
      </w:r>
      <w:r>
        <w:br/>
      </w:r>
      <w:r>
        <w:t xml:space="preserve">    (c) discover</w:t>
      </w:r>
    </w:p>
    <w:p>
      <w:pPr>
        <w:pStyle w:val="Compact"/>
        <w:numPr>
          <w:ilvl w:val="0"/>
          <w:numId w:val="1001"/>
        </w:numPr>
      </w:pPr>
      <w:r>
        <w:rPr>
          <w:b/>
          <w:bCs/>
          <w:i/>
          <w:iCs/>
        </w:rPr>
        <w:t xml:space="preserve">Had</w:t>
      </w:r>
      <w:r>
        <w:rPr>
          <w:b/>
          <w:bCs/>
        </w:rPr>
        <w:t xml:space="preserve"> </w:t>
      </w:r>
      <w:r>
        <w:rPr>
          <w:b/>
          <w:bCs/>
        </w:rPr>
        <w:t xml:space="preserve">she done everything in her power to lighten Godfrey's</w:t>
      </w:r>
      <w:r>
        <w:rPr>
          <w:b/>
          <w:bCs/>
        </w:rPr>
        <w:t xml:space="preserve"> </w:t>
      </w:r>
      <w:r>
        <w:rPr>
          <w:b/>
          <w:bCs/>
          <w:u w:val="single"/>
        </w:rPr>
        <w:t xml:space="preserve">privation</w:t>
      </w:r>
      <w:r>
        <w:rPr>
          <w:b/>
          <w:bCs/>
        </w:rPr>
        <w:t xml:space="preserve">?</w:t>
      </w:r>
      <w:r>
        <w:br/>
      </w:r>
      <w:r>
        <w:t xml:space="preserve">    (a) the state of not being in danger of suffering from something</w:t>
      </w:r>
      <w:r>
        <w:br/>
      </w:r>
      <w:r>
        <w:t xml:space="preserve">    (b) tile designed to affect noise -- typically to decrease noise</w:t>
      </w:r>
      <w:r>
        <w:br/>
      </w:r>
      <w:r>
        <w:t xml:space="preserve">    (c) lack of basic things needed to live in a satisfactory manner</w:t>
      </w:r>
    </w:p>
    <w:p>
      <w:pPr>
        <w:pStyle w:val="Compact"/>
        <w:numPr>
          <w:ilvl w:val="0"/>
          <w:numId w:val="1001"/>
        </w:numPr>
      </w:pPr>
      <w:r>
        <w:rPr>
          <w:b/>
          <w:bCs/>
        </w:rPr>
        <w:t xml:space="preserve">"...perhaps Mr. Snell's bull got out again, as he did before."</w:t>
      </w:r>
      <w:r>
        <w:br/>
      </w:r>
      <w:r>
        <w:rPr>
          <w:b/>
          <w:bCs/>
        </w:rPr>
        <w:t xml:space="preserve">"I wish he mayn't gore anybody then, that's all," said Jane, not altogether despising a</w:t>
      </w:r>
      <w:r>
        <w:rPr>
          <w:b/>
          <w:bCs/>
        </w:rPr>
        <w:t xml:space="preserve"> </w:t>
      </w:r>
      <w:r>
        <w:rPr>
          <w:b/>
          <w:bCs/>
          <w:u w:val="single"/>
        </w:rPr>
        <w:t xml:space="preserve">hypothesis</w:t>
      </w:r>
      <w:r>
        <w:rPr>
          <w:b/>
          <w:bCs/>
        </w:rPr>
        <w:t xml:space="preserve"> </w:t>
      </w:r>
      <w:r>
        <w:rPr>
          <w:b/>
          <w:bCs/>
        </w:rPr>
        <w:t xml:space="preserve">which covered a few imaginary calamities.</w:t>
      </w:r>
      <w:r>
        <w:br/>
      </w:r>
      <w:r>
        <w:t xml:space="preserve">    (a) the quality of appropriateness in size, amount, or degree</w:t>
      </w:r>
      <w:r>
        <w:br/>
      </w:r>
      <w:r>
        <w:t xml:space="preserve">    (b) feels or expresses regret for having done something wrong</w:t>
      </w:r>
      <w:r>
        <w:br/>
      </w:r>
      <w:r>
        <w:t xml:space="preserve">    (c) a seemingly reasonable, but unproven, explanation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2026-07-31T15:57:13Z</dcterms:created>
  <dcterms:modified xsi:type="dcterms:W3CDTF">2026-07-31T15:57:13Z</dcterms:modified>
</cp:coreProperties>
</file>

<file path=docProps/custom.xml><?xml version="1.0" encoding="utf-8"?>
<Properties xmlns="http://schemas.openxmlformats.org/officeDocument/2006/custom-properties" xmlns:vt="http://schemas.openxmlformats.org/officeDocument/2006/docPropsVTypes"/>
</file>