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c98a81ad0ed24f311013e4bb0c6e1372340411"/>
    <w:p>
      <w:pPr>
        <w:pStyle w:val="Heading1"/>
      </w:pPr>
      <w:r>
        <w:rPr>
          <w:b/>
          <w:bCs/>
        </w:rPr>
        <w:t xml:space="preserve">Siddhartha</w:t>
      </w:r>
      <w:r>
        <w:br/>
      </w:r>
      <w:r>
        <w:rPr>
          <w:i/>
          <w:iCs/>
        </w:rPr>
        <w:t xml:space="preserve">Hermann Hesse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Actors and politicians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accustomed to</w:t>
      </w:r>
      <w:r>
        <w:rPr>
          <w:b/>
          <w:bCs/>
        </w:rPr>
        <w:t xml:space="preserve"> </w:t>
      </w:r>
      <w:r>
        <w:rPr>
          <w:b/>
          <w:bCs/>
        </w:rPr>
        <w:t xml:space="preserve">less privacy than the rest of us.</w:t>
      </w:r>
      <w:r>
        <w:br/>
      </w:r>
      <w:r>
        <w:t xml:space="preserve">    (a) used to</w:t>
      </w:r>
      <w:r>
        <w:br/>
      </w:r>
      <w:r>
        <w:t xml:space="preserve">    (b) happy with</w:t>
      </w:r>
      <w:r>
        <w:br/>
      </w:r>
      <w:r>
        <w:t xml:space="preserve">    (c) paid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Black holes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annihilate</w:t>
      </w:r>
      <w:r>
        <w:rPr>
          <w:b/>
          <w:bCs/>
        </w:rPr>
        <w:t xml:space="preserve"> </w:t>
      </w:r>
      <w:r>
        <w:rPr>
          <w:b/>
          <w:bCs/>
        </w:rPr>
        <w:t xml:space="preserve">all traces of what falls into them.</w:t>
      </w:r>
      <w:r>
        <w:br/>
      </w:r>
      <w:r>
        <w:t xml:space="preserve">    (a) completely destroy</w:t>
      </w:r>
      <w:r>
        <w:br/>
      </w:r>
      <w:r>
        <w:t xml:space="preserve">    (b) carefully preserve</w:t>
      </w:r>
      <w:r>
        <w:br/>
      </w:r>
      <w:r>
        <w:t xml:space="preserve">    (c) slowly examine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con artist used clever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deception</w:t>
      </w:r>
      <w:r>
        <w:rPr>
          <w:b/>
          <w:bCs/>
        </w:rPr>
        <w:t xml:space="preserve"> </w:t>
      </w:r>
      <w:r>
        <w:rPr>
          <w:b/>
          <w:bCs/>
        </w:rPr>
        <w:t xml:space="preserve">to trick wealthy investors.</w:t>
      </w:r>
      <w:r>
        <w:br/>
      </w:r>
      <w:r>
        <w:t xml:space="preserve">    (a) trickery</w:t>
      </w:r>
      <w:r>
        <w:br/>
      </w:r>
      <w:r>
        <w:t xml:space="preserve">    (b) praise</w:t>
      </w:r>
      <w:r>
        <w:br/>
      </w:r>
      <w:r>
        <w:t xml:space="preserve">    (c) kindness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medal is given only to a few who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demonstrated</w:t>
      </w:r>
      <w:r>
        <w:rPr>
          <w:b/>
          <w:bCs/>
        </w:rPr>
        <w:t xml:space="preserve"> </w:t>
      </w:r>
      <w:r>
        <w:rPr>
          <w:b/>
          <w:bCs/>
        </w:rPr>
        <w:t xml:space="preserve">extraordinary courage while defending their country.</w:t>
      </w:r>
      <w:r>
        <w:br/>
      </w:r>
      <w:r>
        <w:t xml:space="preserve">    (a) encouraged</w:t>
      </w:r>
      <w:r>
        <w:br/>
      </w:r>
      <w:r>
        <w:t xml:space="preserve">    (b) protested</w:t>
      </w:r>
      <w:r>
        <w:br/>
      </w:r>
      <w:r>
        <w:t xml:space="preserve">    (c) shown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despises</w:t>
      </w:r>
      <w:r>
        <w:rPr>
          <w:b/>
          <w:bCs/>
        </w:rPr>
        <w:t xml:space="preserve"> </w:t>
      </w:r>
      <w:r>
        <w:rPr>
          <w:b/>
          <w:bCs/>
        </w:rPr>
        <w:t xml:space="preserve">his lifestyle.</w:t>
      </w:r>
      <w:r>
        <w:br/>
      </w:r>
      <w:r>
        <w:t xml:space="preserve">    (a) hates</w:t>
      </w:r>
      <w:r>
        <w:br/>
      </w:r>
      <w:r>
        <w:t xml:space="preserve">    (b) wants</w:t>
      </w:r>
      <w:r>
        <w:br/>
      </w:r>
      <w:r>
        <w:t xml:space="preserve">    (c) admires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destitute</w:t>
      </w:r>
      <w:r>
        <w:rPr>
          <w:b/>
          <w:bCs/>
        </w:rPr>
        <w:t xml:space="preserve"> </w:t>
      </w:r>
      <w:r>
        <w:rPr>
          <w:b/>
          <w:bCs/>
        </w:rPr>
        <w:t xml:space="preserve">in Paris at the age of 38.</w:t>
      </w:r>
      <w:r>
        <w:br/>
      </w:r>
      <w:r>
        <w:t xml:space="preserve">    (a) too young</w:t>
      </w:r>
      <w:r>
        <w:br/>
      </w:r>
      <w:r>
        <w:t xml:space="preserve">    (b) extremely poor</w:t>
      </w:r>
      <w:r>
        <w:br/>
      </w:r>
      <w:r>
        <w:t xml:space="preserve">    (c) among family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disdain</w:t>
      </w:r>
      <w:r>
        <w:rPr>
          <w:b/>
          <w:bCs/>
        </w:rPr>
        <w:t xml:space="preserve"> </w:t>
      </w:r>
      <w:r>
        <w:rPr>
          <w:b/>
          <w:bCs/>
        </w:rPr>
        <w:t xml:space="preserve">for the notion that common people can regulate their own lives better than she can.</w:t>
      </w:r>
      <w:r>
        <w:br/>
      </w:r>
      <w:r>
        <w:t xml:space="preserve">    (a) lack of respect</w:t>
      </w:r>
      <w:r>
        <w:br/>
      </w:r>
      <w:r>
        <w:t xml:space="preserve">    (b) humility</w:t>
      </w:r>
      <w:r>
        <w:br/>
      </w:r>
      <w:r>
        <w:t xml:space="preserve">    (c) intense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King claimed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right.</w:t>
      </w:r>
      <w:r>
        <w:br/>
      </w:r>
      <w:r>
        <w:t xml:space="preserve">    (a) from birth</w:t>
      </w:r>
      <w:r>
        <w:br/>
      </w:r>
      <w:r>
        <w:t xml:space="preserve">    (b) coming from God</w:t>
      </w:r>
      <w:r>
        <w:br/>
      </w:r>
      <w:r>
        <w:t xml:space="preserve">    (c) perfect or wonderful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night sky seemed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infinite</w:t>
      </w:r>
      <w:r>
        <w:rPr>
          <w:b/>
          <w:bCs/>
        </w:rPr>
        <w:t xml:space="preserve"> </w:t>
      </w:r>
      <w:r>
        <w:rPr>
          <w:b/>
          <w:bCs/>
        </w:rPr>
        <w:t xml:space="preserve">as we gazed at countless stars.</w:t>
      </w:r>
      <w:r>
        <w:br/>
      </w:r>
      <w:r>
        <w:t xml:space="preserve">    (a) silent</w:t>
      </w:r>
      <w:r>
        <w:br/>
      </w:r>
      <w:r>
        <w:t xml:space="preserve">    (b) endless</w:t>
      </w:r>
      <w:r>
        <w:br/>
      </w:r>
      <w:r>
        <w:t xml:space="preserve">    (c) blurry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American's have a hard time understanding that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mock</w:t>
      </w:r>
      <w:r>
        <w:rPr>
          <w:b/>
          <w:bCs/>
        </w:rPr>
        <w:t xml:space="preserve"> </w:t>
      </w:r>
      <w:r>
        <w:rPr>
          <w:b/>
          <w:bCs/>
        </w:rPr>
        <w:t xml:space="preserve">Islam is to invite violence.</w:t>
      </w:r>
      <w:r>
        <w:br/>
      </w:r>
      <w:r>
        <w:t xml:space="preserve">    (a) not believe in</w:t>
      </w:r>
      <w:r>
        <w:br/>
      </w:r>
      <w:r>
        <w:t xml:space="preserve">    (b) make fun of</w:t>
      </w:r>
      <w:r>
        <w:br/>
      </w:r>
      <w:r>
        <w:t xml:space="preserve">    (c) discriminate against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monk</w:t>
      </w:r>
      <w:r>
        <w:rPr>
          <w:b/>
          <w:bCs/>
        </w:rPr>
        <w:t xml:space="preserve"> </w:t>
      </w:r>
      <w:r>
        <w:rPr>
          <w:b/>
          <w:bCs/>
        </w:rPr>
        <w:t xml:space="preserve">in the order leads a simple life without luxury.</w:t>
      </w:r>
      <w:r>
        <w:br/>
      </w:r>
      <w:r>
        <w:t xml:space="preserve">    (a) a female member of a religious order</w:t>
      </w:r>
      <w:r>
        <w:br/>
      </w:r>
      <w:r>
        <w:t xml:space="preserve">    (b) a male member of a religious order</w:t>
      </w:r>
      <w:r>
        <w:br/>
      </w:r>
      <w:r>
        <w:t xml:space="preserve">    (c) a member of a religious 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also</w:t>
      </w:r>
      <w:r>
        <w:br/>
      </w:r>
      <w:r>
        <w:t xml:space="preserve">    (b) despite that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confused about the rules</w:t>
      </w:r>
      <w:r>
        <w:br/>
      </w:r>
      <w:r>
        <w:t xml:space="preserve">    (b) proud of one's actions</w:t>
      </w:r>
      <w:r>
        <w:br/>
      </w:r>
      <w:r>
        <w:t xml:space="preserve">    (c) feeling regret for wrongdoing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devout Hindus undertake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pilgrimage</w:t>
      </w:r>
      <w:r>
        <w:rPr>
          <w:b/>
          <w:bCs/>
        </w:rPr>
        <w:t xml:space="preserve"> </w:t>
      </w:r>
      <w:r>
        <w:rPr>
          <w:b/>
          <w:bCs/>
        </w:rPr>
        <w:t xml:space="preserve">to the holy city of Varanasi in India, where they perform rituals and prayers along the banks of the sacred Ganges River.</w:t>
      </w:r>
      <w:r>
        <w:br/>
      </w:r>
      <w:r>
        <w:t xml:space="preserve">    (a) cultural festival</w:t>
      </w:r>
      <w:r>
        <w:br/>
      </w:r>
      <w:r>
        <w:t xml:space="preserve">    (b) historical reenactment</w:t>
      </w:r>
      <w:r>
        <w:br/>
      </w:r>
      <w:r>
        <w:t xml:space="preserve">    (c) religious journey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pondered</w:t>
      </w:r>
      <w:r>
        <w:rPr>
          <w:b/>
          <w:bCs/>
        </w:rPr>
        <w:t xml:space="preserve"> </w:t>
      </w:r>
      <w:r>
        <w:rPr>
          <w:b/>
          <w:bCs/>
        </w:rPr>
        <w:t xml:space="preserve">our fate.</w:t>
      </w:r>
      <w:r>
        <w:br/>
      </w:r>
      <w:r>
        <w:t xml:space="preserve">    (a) actively changed</w:t>
      </w:r>
      <w:r>
        <w:br/>
      </w:r>
      <w:r>
        <w:t xml:space="preserve">    (b) feared for</w:t>
      </w:r>
      <w:r>
        <w:br/>
      </w:r>
      <w:r>
        <w:t xml:space="preserve">    (c) thought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refuge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sun under a beautiful oak tree.</w:t>
      </w:r>
      <w:r>
        <w:br/>
      </w:r>
      <w:r>
        <w:t xml:space="preserve">    (a) warmth</w:t>
      </w:r>
      <w:r>
        <w:br/>
      </w:r>
      <w:r>
        <w:t xml:space="preserve">    (b) protection</w:t>
      </w:r>
      <w:r>
        <w:br/>
      </w:r>
      <w:r>
        <w:t xml:space="preserve">    (c) shade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encourages</w:t>
      </w:r>
      <w:r>
        <w:br/>
      </w:r>
      <w:r>
        <w:t xml:space="preserve">    (b) trains</w:t>
      </w:r>
      <w:r>
        <w:br/>
      </w:r>
      <w:r>
        <w:t xml:space="preserve">    (c) disrespects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were surprised that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institution like Bear Stearns could so rapidly go out of business.</w:t>
      </w:r>
      <w:r>
        <w:br/>
      </w:r>
      <w:r>
        <w:t xml:space="preserve">    (a) long respected</w:t>
      </w:r>
      <w:r>
        <w:br/>
      </w:r>
      <w:r>
        <w:t xml:space="preserve">    (b) popular</w:t>
      </w:r>
      <w:r>
        <w:br/>
      </w:r>
      <w:r>
        <w:t xml:space="preserve">    (c) large and successful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venerate</w:t>
      </w:r>
      <w:r>
        <w:rPr>
          <w:b/>
          <w:bCs/>
        </w:rPr>
        <w:t xml:space="preserve"> </w:t>
      </w:r>
      <w:r>
        <w:rPr>
          <w:b/>
          <w:bCs/>
        </w:rPr>
        <w:t xml:space="preserve">leaders who devoted their lives to justice.</w:t>
      </w:r>
      <w:r>
        <w:br/>
      </w:r>
      <w:r>
        <w:t xml:space="preserve">    (a) deeply respect</w:t>
      </w:r>
      <w:r>
        <w:br/>
      </w:r>
      <w:r>
        <w:t xml:space="preserve">    (b) quietly question</w:t>
      </w:r>
      <w:r>
        <w:br/>
      </w:r>
      <w:r>
        <w:t xml:space="preserve">    (c) openly avoid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yearn</w:t>
      </w:r>
      <w:r>
        <w:rPr>
          <w:b/>
          <w:bCs/>
        </w:rPr>
        <w:t xml:space="preserve"> </w:t>
      </w:r>
      <w:r>
        <w:rPr>
          <w:b/>
          <w:bCs/>
        </w:rPr>
        <w:t xml:space="preserve">for more independence.</w:t>
      </w:r>
      <w:r>
        <w:br/>
      </w:r>
      <w:r>
        <w:t xml:space="preserve">    (a) desire</w:t>
      </w:r>
      <w:r>
        <w:br/>
      </w:r>
      <w:r>
        <w:t xml:space="preserve">    (b) fear</w:t>
      </w:r>
      <w:r>
        <w:br/>
      </w:r>
      <w:r>
        <w:t xml:space="preserve">    (c) work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2026-07-31T15:56:57Z</dcterms:created>
  <dcterms:modified xsi:type="dcterms:W3CDTF">2026-07-31T15:56:57Z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