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4e1f93756a6821b1405353a3054eed1818584f"/>
    <w:p>
      <w:pPr>
        <w:pStyle w:val="Heading1"/>
      </w:pPr>
      <w:r>
        <w:rPr>
          <w:b/>
          <w:bCs/>
        </w:rPr>
        <w:t xml:space="preserve">Siddhartha</w:t>
      </w:r>
      <w:r>
        <w:br/>
      </w:r>
      <w:r>
        <w:rPr>
          <w:i/>
          <w:iCs/>
        </w:rPr>
        <w:t xml:space="preserve">Hermann Hesse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religions have or have had traces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asceticism</w:t>
      </w:r>
      <w:r>
        <w:rPr>
          <w:b/>
          <w:bCs/>
        </w:rPr>
        <w:t xml:space="preserve"> </w:t>
      </w:r>
      <w:r>
        <w:rPr>
          <w:b/>
          <w:bCs/>
        </w:rPr>
        <w:t xml:space="preserve">in order to achieve a spiritual goal.</w:t>
      </w:r>
      <w:r>
        <w:br/>
      </w:r>
      <w:r>
        <w:t xml:space="preserve">    (a) self-denial</w:t>
      </w:r>
      <w:r>
        <w:br/>
      </w:r>
      <w:r>
        <w:t xml:space="preserve">    (b) sensual experience</w:t>
      </w:r>
      <w:r>
        <w:br/>
      </w:r>
      <w:r>
        <w:t xml:space="preserve">    (c) spiritual mysticism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audacious</w:t>
      </w:r>
      <w:r>
        <w:rPr>
          <w:b/>
          <w:bCs/>
        </w:rPr>
        <w:t xml:space="preserve"> </w:t>
      </w:r>
      <w:r>
        <w:rPr>
          <w:b/>
          <w:bCs/>
        </w:rPr>
        <w:t xml:space="preserve">plan.</w:t>
      </w:r>
      <w:r>
        <w:br/>
      </w:r>
      <w:r>
        <w:t xml:space="preserve">    (a) bold and daring</w:t>
      </w:r>
      <w:r>
        <w:br/>
      </w:r>
      <w:r>
        <w:t xml:space="preserve">    (b) improperly considered</w:t>
      </w:r>
      <w:r>
        <w:br/>
      </w:r>
      <w:r>
        <w:t xml:space="preserve">    (c) likely to succeed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monk's room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austere</w:t>
      </w:r>
      <w:r>
        <w:rPr>
          <w:b/>
          <w:bCs/>
        </w:rPr>
        <w:t xml:space="preserve">, with only a bed, a small table, and a wooden chair.</w:t>
      </w:r>
      <w:r>
        <w:br/>
      </w:r>
      <w:r>
        <w:t xml:space="preserve">    (a) warm and welcoming</w:t>
      </w:r>
      <w:r>
        <w:br/>
      </w:r>
      <w:r>
        <w:t xml:space="preserve">    (b) plain and without luxury</w:t>
      </w:r>
      <w:r>
        <w:br/>
      </w:r>
      <w:r>
        <w:t xml:space="preserve">    (c) lavishly decorated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Oprah Winfrey is often praised for overcoming diversity to become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benefactor</w:t>
      </w:r>
      <w:r>
        <w:rPr>
          <w:b/>
          <w:bCs/>
        </w:rPr>
        <w:t xml:space="preserve"> </w:t>
      </w:r>
      <w:r>
        <w:rPr>
          <w:b/>
          <w:bCs/>
        </w:rPr>
        <w:t xml:space="preserve">to others.</w:t>
      </w:r>
      <w:r>
        <w:br/>
      </w:r>
      <w:r>
        <w:t xml:space="preserve">    (a) helper or supporter</w:t>
      </w:r>
      <w:r>
        <w:br/>
      </w:r>
      <w:r>
        <w:t xml:space="preserve">    (b) inspiration or example</w:t>
      </w:r>
      <w:r>
        <w:br/>
      </w:r>
      <w:r>
        <w:t xml:space="preserve">    (c) taxpayer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Helicopters dropped food and medicine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besieged</w:t>
      </w:r>
      <w:r>
        <w:rPr>
          <w:b/>
          <w:bCs/>
        </w:rPr>
        <w:t xml:space="preserve"> </w:t>
      </w:r>
      <w:r>
        <w:rPr>
          <w:b/>
          <w:bCs/>
        </w:rPr>
        <w:t xml:space="preserve">city.</w:t>
      </w:r>
      <w:r>
        <w:br/>
      </w:r>
      <w:r>
        <w:t xml:space="preserve">    (a) surrounded</w:t>
      </w:r>
      <w:r>
        <w:br/>
      </w:r>
      <w:r>
        <w:t xml:space="preserve">    (b) hungry</w:t>
      </w:r>
      <w:r>
        <w:br/>
      </w:r>
      <w:r>
        <w:t xml:space="preserve">    (c) flooded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journalists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defamed</w:t>
      </w:r>
      <w:r>
        <w:rPr>
          <w:b/>
          <w:bCs/>
        </w:rPr>
        <w:t xml:space="preserve"> </w:t>
      </w:r>
      <w:r>
        <w:rPr>
          <w:b/>
          <w:bCs/>
        </w:rPr>
        <w:t xml:space="preserve">me!</w:t>
      </w:r>
      <w:r>
        <w:br/>
      </w:r>
      <w:r>
        <w:t xml:space="preserve">    (a) hurt someone's reputation through false statements</w:t>
      </w:r>
      <w:r>
        <w:br/>
      </w:r>
      <w:r>
        <w:t xml:space="preserve">    (b) understood or explained something in a particular way</w:t>
      </w:r>
      <w:r>
        <w:br/>
      </w:r>
      <w:r>
        <w:t xml:space="preserve">    (c) not having accepted beliefs without critical question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devious</w:t>
      </w:r>
      <w:r>
        <w:rPr>
          <w:b/>
          <w:bCs/>
        </w:rPr>
        <w:t xml:space="preserve"> </w:t>
      </w:r>
      <w:r>
        <w:rPr>
          <w:b/>
          <w:bCs/>
        </w:rPr>
        <w:t xml:space="preserve">opponent.</w:t>
      </w:r>
      <w:r>
        <w:br/>
      </w:r>
      <w:r>
        <w:t xml:space="preserve">    (a) deceitful and clever</w:t>
      </w:r>
      <w:r>
        <w:br/>
      </w:r>
      <w:r>
        <w:t xml:space="preserve">    (b) not very challenging</w:t>
      </w:r>
      <w:r>
        <w:br/>
      </w:r>
      <w:r>
        <w:t xml:space="preserve">    (c) widely respected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team values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diversity</w:t>
      </w:r>
      <w:r>
        <w:rPr>
          <w:b/>
          <w:bCs/>
        </w:rPr>
        <w:t xml:space="preserve"> </w:t>
      </w:r>
      <w:r>
        <w:rPr>
          <w:b/>
          <w:bCs/>
        </w:rPr>
        <w:t xml:space="preserve">of thought and welcomes different perspectives.</w:t>
      </w:r>
      <w:r>
        <w:br/>
      </w:r>
      <w:r>
        <w:t xml:space="preserve">    (a) variety of differences</w:t>
      </w:r>
      <w:r>
        <w:br/>
      </w:r>
      <w:r>
        <w:t xml:space="preserve">    (b) agreement on principles</w:t>
      </w:r>
      <w:r>
        <w:br/>
      </w:r>
      <w:r>
        <w:t xml:space="preserve">    (c) loyalty to tradition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her illness was currently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dormant</w:t>
      </w:r>
      <w:r>
        <w:rPr>
          <w:b/>
          <w:bCs/>
        </w:rPr>
        <w:t xml:space="preserve">, the doctors advised regular checkups to watch for any changes.</w:t>
      </w:r>
      <w:r>
        <w:br/>
      </w:r>
      <w:r>
        <w:t xml:space="preserve">    (a) recently discovered</w:t>
      </w:r>
      <w:r>
        <w:br/>
      </w:r>
      <w:r>
        <w:t xml:space="preserve">    (b) mild and unimportant</w:t>
      </w:r>
      <w:r>
        <w:br/>
      </w:r>
      <w:r>
        <w:t xml:space="preserve">    (c) inactive but still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gullible</w:t>
      </w:r>
      <w:r>
        <w:rPr>
          <w:b/>
          <w:bCs/>
        </w:rPr>
        <w:t xml:space="preserve"> </w:t>
      </w:r>
      <w:r>
        <w:rPr>
          <w:b/>
          <w:bCs/>
        </w:rPr>
        <w:t xml:space="preserve">and in love with the wrong man.</w:t>
      </w:r>
      <w:r>
        <w:br/>
      </w:r>
      <w:r>
        <w:t xml:space="preserve">    (a) too focused</w:t>
      </w:r>
      <w:r>
        <w:br/>
      </w:r>
      <w:r>
        <w:t xml:space="preserve">    (b) too trusting</w:t>
      </w:r>
      <w:r>
        <w:br/>
      </w:r>
      <w:r>
        <w:t xml:space="preserve">    (c) too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cautious</w:t>
      </w:r>
      <w:r>
        <w:br/>
      </w:r>
      <w:r>
        <w:t xml:space="preserve">    (c) wealthy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Tolkien referred to his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Lord of the Rings</w:t>
      </w:r>
      <w:r>
        <w:rPr>
          <w:b/>
          <w:bCs/>
        </w:rPr>
        <w:t xml:space="preserve"> </w:t>
      </w:r>
      <w:r>
        <w:rPr>
          <w:b/>
          <w:bCs/>
        </w:rPr>
        <w:t xml:space="preserve">character, Gandalf, as an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angel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u w:val="single"/>
        </w:rPr>
        <w:t xml:space="preserve">incarnate</w:t>
      </w:r>
      <w:r>
        <w:rPr>
          <w:b/>
          <w:bCs/>
        </w:rPr>
        <w:t xml:space="preserve">.</w:t>
      </w:r>
      <w:r>
        <w:br/>
      </w:r>
      <w:r>
        <w:t xml:space="preserve">    (a) in evil surroundings</w:t>
      </w:r>
      <w:r>
        <w:br/>
      </w:r>
      <w:r>
        <w:t xml:space="preserve">    (b) in training</w:t>
      </w:r>
      <w:r>
        <w:br/>
      </w:r>
      <w:r>
        <w:t xml:space="preserve">    (c) in a human 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stars seemed to fill the clear night sky.</w:t>
      </w:r>
      <w:r>
        <w:br/>
      </w:r>
      <w:r>
        <w:t xml:space="preserve">    (a) barely noticeable</w:t>
      </w:r>
      <w:r>
        <w:br/>
      </w:r>
      <w:r>
        <w:t xml:space="preserve">    (b) easy to count</w:t>
      </w:r>
      <w:r>
        <w:br/>
      </w:r>
      <w:r>
        <w:t xml:space="preserve">    (c) too many to 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Fallen branches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obstruct</w:t>
      </w:r>
      <w:r>
        <w:rPr>
          <w:b/>
          <w:bCs/>
        </w:rPr>
        <w:t xml:space="preserve"> </w:t>
      </w:r>
      <w:r>
        <w:rPr>
          <w:b/>
          <w:bCs/>
        </w:rPr>
        <w:t xml:space="preserve">the hiking trail after last night's heavy storm.</w:t>
      </w:r>
      <w:r>
        <w:br/>
      </w:r>
      <w:r>
        <w:t xml:space="preserve">    (a) widen or expand</w:t>
      </w:r>
      <w:r>
        <w:br/>
      </w:r>
      <w:r>
        <w:t xml:space="preserve">    (b) clean and clear</w:t>
      </w:r>
      <w:r>
        <w:br/>
      </w:r>
      <w:r>
        <w:t xml:space="preserve">    (c) block or hinder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Jesus often taught using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parable</w:t>
      </w:r>
      <w:r>
        <w:rPr>
          <w:b/>
          <w:bCs/>
        </w:rPr>
        <w:t xml:space="preserve"> </w:t>
      </w:r>
      <w:r>
        <w:rPr>
          <w:b/>
          <w:bCs/>
        </w:rPr>
        <w:t xml:space="preserve">rather than a direct lecture.</w:t>
      </w:r>
      <w:r>
        <w:br/>
      </w:r>
      <w:r>
        <w:t xml:space="preserve">    (a) long autobiography</w:t>
      </w:r>
      <w:r>
        <w:br/>
      </w:r>
      <w:r>
        <w:t xml:space="preserve">    (b) moral teaching story</w:t>
      </w:r>
      <w:r>
        <w:br/>
      </w:r>
      <w:r>
        <w:t xml:space="preserve">    (c) scientific report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reciprocate</w:t>
      </w:r>
      <w:r>
        <w:rPr>
          <w:b/>
          <w:bCs/>
        </w:rPr>
        <w:t xml:space="preserve"> </w:t>
      </w:r>
      <w:r>
        <w:rPr>
          <w:b/>
          <w:bCs/>
        </w:rPr>
        <w:t xml:space="preserve">his feelings after he professed his love for her.</w:t>
      </w:r>
      <w:r>
        <w:br/>
      </w:r>
      <w:r>
        <w:t xml:space="preserve">    (a) return</w:t>
      </w:r>
      <w:r>
        <w:br/>
      </w:r>
      <w:r>
        <w:t xml:space="preserve">    (b) hear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good night’s sleep was enough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rejuvenate</w:t>
      </w:r>
      <w:r>
        <w:rPr>
          <w:b/>
          <w:bCs/>
        </w:rPr>
        <w:t xml:space="preserve"> </w:t>
      </w:r>
      <w:r>
        <w:rPr>
          <w:b/>
          <w:bCs/>
        </w:rPr>
        <w:t xml:space="preserve">her energy and focus.</w:t>
      </w:r>
      <w:r>
        <w:br/>
      </w:r>
      <w:r>
        <w:t xml:space="preserve">    (a) interrupt</w:t>
      </w:r>
      <w:r>
        <w:br/>
      </w:r>
      <w:r>
        <w:t xml:space="preserve">    (b) refresh</w:t>
      </w:r>
      <w:r>
        <w:br/>
      </w:r>
      <w:r>
        <w:t xml:space="preserve">    (c) weaken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smile</w:t>
      </w:r>
      <w:r>
        <w:br/>
      </w:r>
      <w:r>
        <w:t xml:space="preserve">    (b) greeting</w:t>
      </w:r>
      <w:r>
        <w:br/>
      </w:r>
      <w:r>
        <w:t xml:space="preserve">    (c) introduction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</w:t>
      </w:r>
      <w:r>
        <w:rPr>
          <w:b/>
          <w:bCs/>
        </w:rPr>
        <w:t xml:space="preserve"> </w:t>
      </w:r>
      <w:r>
        <w:rPr>
          <w:b/>
          <w:bCs/>
        </w:rPr>
        <w:t xml:space="preserve">as a gymnast.</w:t>
      </w:r>
      <w:r>
        <w:br/>
      </w:r>
      <w:r>
        <w:t xml:space="preserve">    (a) moves and bends easily</w:t>
      </w:r>
      <w:r>
        <w:br/>
      </w:r>
      <w:r>
        <w:t xml:space="preserve">    (b) energetic</w:t>
      </w:r>
      <w:r>
        <w:br/>
      </w:r>
      <w:r>
        <w:t xml:space="preserve">    (c) hard 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goal of this emergency organization is to keep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transitory</w:t>
      </w:r>
      <w:r>
        <w:rPr>
          <w:b/>
          <w:bCs/>
        </w:rPr>
        <w:t xml:space="preserve"> </w:t>
      </w:r>
      <w:r>
        <w:rPr>
          <w:b/>
          <w:bCs/>
        </w:rPr>
        <w:t xml:space="preserve">problem from turning into one that is permanent.</w:t>
      </w:r>
      <w:r>
        <w:br/>
      </w:r>
      <w:r>
        <w:t xml:space="preserve">    (a) common</w:t>
      </w:r>
      <w:r>
        <w:br/>
      </w:r>
      <w:r>
        <w:t xml:space="preserve">    (b) minor</w:t>
      </w:r>
      <w:r>
        <w:br/>
      </w:r>
      <w:r>
        <w:t xml:space="preserve">    (c) temporary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2026-07-31T15:56:57Z</dcterms:created>
  <dcterms:modified xsi:type="dcterms:W3CDTF">2026-07-31T15:56:57Z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