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9f32315ea802157b0a1b584b99abc4aa95da9da"/>
    <w:p>
      <w:pPr>
        <w:pStyle w:val="Heading1"/>
      </w:pPr>
      <w:r>
        <w:rPr>
          <w:b/>
          <w:bCs/>
        </w:rPr>
        <w:t xml:space="preserve">Siddhartha</w:t>
      </w:r>
      <w:r>
        <w:br/>
      </w:r>
      <w:r>
        <w:rPr>
          <w:i/>
          <w:iCs/>
        </w:rPr>
        <w:t xml:space="preserve">Hermann Hesse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No, not to be looked down upon was the tremendous amount of enlightenment which lay here collected and preserved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innumerable</w:t>
      </w:r>
      <w:r>
        <w:rPr>
          <w:b/>
          <w:bCs/>
        </w:rPr>
        <w:t xml:space="preserve"> </w:t>
      </w:r>
      <w:r>
        <w:rPr>
          <w:b/>
          <w:bCs/>
        </w:rPr>
        <w:t xml:space="preserve">generations of wise Brahmans.</w:t>
      </w:r>
      <w:r>
        <w:br/>
      </w:r>
      <w:r>
        <w:t xml:space="preserve">    (a) too numerous to be counted</w:t>
      </w:r>
      <w:r>
        <w:br/>
      </w:r>
      <w:r>
        <w:t xml:space="preserve">    (b) the quality of disagreeing</w:t>
      </w:r>
      <w:r>
        <w:br/>
      </w:r>
      <w:r>
        <w:t xml:space="preserve">    (c) able to meet and talk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could it be that among so many learned men, among so many Brahmans, among so many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austere</w:t>
      </w:r>
      <w:r>
        <w:rPr>
          <w:b/>
          <w:bCs/>
        </w:rPr>
        <w:t xml:space="preserve"> </w:t>
      </w:r>
      <w:r>
        <w:rPr>
          <w:b/>
          <w:bCs/>
        </w:rPr>
        <w:t xml:space="preserve">and venerable Samanas ... no one will find the path of paths?</w:t>
      </w:r>
      <w:r>
        <w:br/>
      </w:r>
      <w:r>
        <w:t xml:space="preserve">    (a) practitioners of self-denial</w:t>
      </w:r>
      <w:r>
        <w:br/>
      </w:r>
      <w:r>
        <w:t xml:space="preserve">    (b) rude or unfriendly because of using too few words or moving too quickly</w:t>
      </w:r>
      <w:r>
        <w:br/>
      </w:r>
      <w:r>
        <w:t xml:space="preserve">    (c) relating to classical music plays in which most of the dialogue is sung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myth, this rumour, this legend resounded, its fragrants rose up, here and there; in the towns, the Brahmans spoke of it and in the forest, the Samanas; again and again, the name of Gotama, the Buddha reached the ears of the young men, with good and with bad talk, with praise and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defamation</w:t>
      </w:r>
      <w:r>
        <w:rPr>
          <w:b/>
          <w:bCs/>
        </w:rPr>
        <w:t xml:space="preserve">.</w:t>
      </w:r>
      <w:r>
        <w:br/>
      </w:r>
      <w:r>
        <w:t xml:space="preserve">    (a) having the characteristic of mirroring (shining back images)</w:t>
      </w:r>
      <w:r>
        <w:br/>
      </w:r>
      <w:r>
        <w:t xml:space="preserve">    (b) the hurting of someone's reputation through false statements</w:t>
      </w:r>
      <w:r>
        <w:br/>
      </w:r>
      <w:r>
        <w:t xml:space="preserve">    (c) to again think carefully and make a judgment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 young men returned the bows with thanks, returned the wish, went on their way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salutations</w:t>
      </w:r>
      <w:r>
        <w:rPr>
          <w:b/>
          <w:bCs/>
        </w:rPr>
        <w:t xml:space="preserve">.</w:t>
      </w:r>
      <w:r>
        <w:br/>
      </w:r>
      <w:r>
        <w:t xml:space="preserve">    (a) people who suffer from psychosis (any severe mental disorder in which contact with reality is lost or highly distorted)</w:t>
      </w:r>
      <w:r>
        <w:br/>
      </w:r>
      <w:r>
        <w:t xml:space="preserve">    (b) a greeting -- such as</w:t>
      </w:r>
      <w:r>
        <w:t xml:space="preserve"> </w:t>
      </w:r>
      <w:r>
        <w:rPr>
          <w:i/>
          <w:iCs/>
        </w:rPr>
        <w:t xml:space="preserve">"Hi"</w:t>
      </w:r>
      <w:r>
        <w:t xml:space="preserve">, </w:t>
      </w:r>
      <w:r>
        <w:t xml:space="preserve"> </w:t>
      </w:r>
      <w:r>
        <w:rPr>
          <w:i/>
          <w:iCs/>
        </w:rPr>
        <w:t xml:space="preserve">"Dear John:"</w:t>
      </w:r>
      <w:r>
        <w:t xml:space="preserve">, or</w:t>
      </w:r>
      <w:r>
        <w:t xml:space="preserve"> </w:t>
      </w:r>
      <w:r>
        <w:rPr>
          <w:i/>
          <w:iCs/>
        </w:rPr>
        <w:t xml:space="preserve">"Ladies and Gentlemen"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the act of greeting</w:t>
      </w:r>
      <w:r>
        <w:br/>
      </w:r>
      <w:r>
        <w:t xml:space="preserve">    (c) subatomic particles with negative charge that are found in all atoms and that act as the primary carrier of electricity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deeply thinking Brahman, who scorns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diversity</w:t>
      </w:r>
      <w:r>
        <w:rPr>
          <w:b/>
          <w:bCs/>
        </w:rPr>
        <w:t xml:space="preserve">, who seeks unity.</w:t>
      </w:r>
      <w:r>
        <w:br/>
      </w:r>
      <w:r>
        <w:t xml:space="preserve">    (a) the ability and tendency to determine what should be done and to start doing it without instruction; or to start something</w:t>
      </w:r>
      <w:r>
        <w:br/>
      </w:r>
      <w:r>
        <w:t xml:space="preserve">    (b) classical music in which a theme is introduced and then extended and developed through some number of successive imitations</w:t>
      </w:r>
      <w:r>
        <w:br/>
      </w:r>
      <w:r>
        <w:t xml:space="preserve">    (c) the condition of variety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I am no longer the one I was, I am no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ascetic</w:t>
      </w:r>
      <w:r>
        <w:rPr>
          <w:b/>
          <w:bCs/>
        </w:rPr>
        <w:t xml:space="preserve"> </w:t>
      </w:r>
      <w:r>
        <w:rPr>
          <w:b/>
          <w:bCs/>
        </w:rPr>
        <w:t xml:space="preserve">any more, I am not a priest any more, I am no Brahman any more.</w:t>
      </w:r>
      <w:r>
        <w:br/>
      </w:r>
      <w:r>
        <w:t xml:space="preserve">    (a) someone who practices self-denial</w:t>
      </w:r>
      <w:r>
        <w:br/>
      </w:r>
      <w:r>
        <w:t xml:space="preserve">    (b) a drug that calms or puts to sleep; or describing something as calming</w:t>
      </w:r>
      <w:r>
        <w:br/>
      </w:r>
      <w:r>
        <w:t xml:space="preserve">    (c) the reason for doing something; or the level of desire to do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 lake of reeds, he saw the pike hungrily hunting for its dinner; ... young fish jumped in droves out of the water; ... which the pike stirred up,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impetuously</w:t>
      </w:r>
      <w:r>
        <w:rPr>
          <w:b/>
          <w:bCs/>
        </w:rPr>
        <w:t xml:space="preserve"> </w:t>
      </w:r>
      <w:r>
        <w:rPr>
          <w:b/>
          <w:bCs/>
        </w:rPr>
        <w:t xml:space="preserve">hunting.</w:t>
      </w:r>
      <w:r>
        <w:br/>
      </w:r>
      <w:r>
        <w:t xml:space="preserve">    (a) impulsively (acting suddenly without much thought)</w:t>
      </w:r>
      <w:r>
        <w:br/>
      </w:r>
      <w:r>
        <w:t xml:space="preserve">    (b) in the manner of a logical, systematic examination</w:t>
      </w:r>
      <w:r>
        <w:br/>
      </w:r>
      <w:r>
        <w:t xml:space="preserve">    (c) in a manner that shows care or concern for someone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"I than you,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benefactor</w:t>
      </w:r>
      <w:r>
        <w:rPr>
          <w:b/>
          <w:bCs/>
        </w:rPr>
        <w:t xml:space="preserve">," spoke Siddhartha, disembarking on the other side of the river.</w:t>
      </w:r>
      <w:r>
        <w:br/>
      </w:r>
      <w:r>
        <w:t xml:space="preserve">    (a) lack of interest; or the process of stopping interaction or interest</w:t>
      </w:r>
      <w:r>
        <w:br/>
      </w:r>
      <w:r>
        <w:t xml:space="preserve">    (b) someone who helps a person or organization -- especially financially</w:t>
      </w:r>
      <w:r>
        <w:br/>
      </w:r>
      <w:r>
        <w:t xml:space="preserve">    (c) relating to logical examination of something to better understand it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like this, Siddhartha can wait calmly, he knows no impatience, he knows no emergency, for a long time he can allow hunger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besiege</w:t>
      </w:r>
      <w:r>
        <w:rPr>
          <w:b/>
          <w:bCs/>
        </w:rPr>
        <w:t xml:space="preserve"> </w:t>
      </w:r>
      <w:r>
        <w:rPr>
          <w:b/>
          <w:bCs/>
        </w:rPr>
        <w:t xml:space="preserve">him and can laugh about it.</w:t>
      </w:r>
      <w:r>
        <w:br/>
      </w:r>
      <w:r>
        <w:t xml:space="preserve">    (a) return to an undesirable previous condition</w:t>
      </w:r>
      <w:r>
        <w:br/>
      </w:r>
      <w:r>
        <w:t xml:space="preserve">    (b) surround and cut-off supplies; or overwhelm</w:t>
      </w:r>
      <w:r>
        <w:br/>
      </w:r>
      <w:r>
        <w:t xml:space="preserve">    (c) keep busy thinking about or doing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Much he learned from her tender,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supple</w:t>
      </w:r>
      <w:r>
        <w:rPr>
          <w:b/>
          <w:bCs/>
        </w:rPr>
        <w:t xml:space="preserve"> </w:t>
      </w:r>
      <w:r>
        <w:rPr>
          <w:b/>
          <w:bCs/>
        </w:rPr>
        <w:t xml:space="preserve">hand.</w:t>
      </w:r>
      <w:r>
        <w:br/>
      </w:r>
      <w:r>
        <w:t xml:space="preserve">    (a) using passive (sometimes subtle) resistance in interpersonal or occupational situations while avoiding direct confrontation</w:t>
      </w:r>
      <w:r>
        <w:br/>
      </w:r>
      <w:r>
        <w:t xml:space="preserve">    (b) moving and bending easily -- sometimes used figuratively to indicate mental flexibility when adapting to different conditions</w:t>
      </w:r>
      <w:r>
        <w:br/>
      </w:r>
      <w:r>
        <w:t xml:space="preserve">    (c) clear, easily noticed, and/or identifiable as different or separate -- sometimes to indicate a difference that is excellent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 a strange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devious</w:t>
      </w:r>
      <w:r>
        <w:rPr>
          <w:b/>
          <w:bCs/>
        </w:rPr>
        <w:t xml:space="preserve"> </w:t>
      </w:r>
      <w:r>
        <w:rPr>
          <w:b/>
          <w:bCs/>
        </w:rPr>
        <w:t xml:space="preserve">way, Siddhartha had gotten into this final and most base of all dependencies, by means of the game of dice.</w:t>
      </w:r>
      <w:r>
        <w:br/>
      </w:r>
      <w:r>
        <w:t xml:space="preserve">    (a) relating to one-sided information that is purposefully spread to influence opinions</w:t>
      </w:r>
      <w:r>
        <w:br/>
      </w:r>
      <w:r>
        <w:t xml:space="preserve">    (b) able to be persuaded to do something by tempting with pleasure or something desired</w:t>
      </w:r>
      <w:r>
        <w:br/>
      </w:r>
      <w:r>
        <w:t xml:space="preserve">    (c) deceitful (not honest and straightforward) -- often in a complicated, clever manner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a feared gambler, few dared to take him on, so high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audacious</w:t>
      </w:r>
      <w:r>
        <w:rPr>
          <w:b/>
          <w:bCs/>
        </w:rPr>
        <w:t xml:space="preserve"> </w:t>
      </w:r>
      <w:r>
        <w:rPr>
          <w:b/>
          <w:bCs/>
        </w:rPr>
        <w:t xml:space="preserve">were his stakes.</w:t>
      </w:r>
      <w:r>
        <w:br/>
      </w:r>
      <w:r>
        <w:t xml:space="preserve">    (a) material wealth</w:t>
      </w:r>
      <w:r>
        <w:br/>
      </w:r>
      <w:r>
        <w:t xml:space="preserve">    (b) bold and daring</w:t>
      </w:r>
      <w:r>
        <w:br/>
      </w:r>
      <w:r>
        <w:t xml:space="preserve">    (c) strongly biased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in the moment when the sound of "Om" touched Siddhartha's ear,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dormant</w:t>
      </w:r>
      <w:r>
        <w:rPr>
          <w:b/>
          <w:bCs/>
        </w:rPr>
        <w:t xml:space="preserve"> </w:t>
      </w:r>
      <w:r>
        <w:rPr>
          <w:b/>
          <w:bCs/>
        </w:rPr>
        <w:t xml:space="preserve">spirit suddenly woke up and realized the foolishness of his actions.</w:t>
      </w:r>
      <w:r>
        <w:br/>
      </w:r>
      <w:r>
        <w:t xml:space="preserve">    (a) not active or growing, but capable of doing so in the future</w:t>
      </w:r>
      <w:r>
        <w:br/>
      </w:r>
      <w:r>
        <w:t xml:space="preserve">    (b) to again think carefully and make a judgment about something</w:t>
      </w:r>
      <w:r>
        <w:br/>
      </w:r>
      <w:r>
        <w:t xml:space="preserve">    (c) the process or result of a detailed examination of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Never before by sleep, he had been thus refreshed, thus renewed, thus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rejuvenated</w:t>
      </w:r>
      <w:r>
        <w:rPr>
          <w:b/>
          <w:bCs/>
        </w:rPr>
        <w:t xml:space="preserve">!</w:t>
      </w:r>
      <w:r>
        <w:br/>
      </w:r>
      <w:r>
        <w:t xml:space="preserve">    (a) to make someone or something feel or look younger, fresher, or more energetic</w:t>
      </w:r>
      <w:r>
        <w:br/>
      </w:r>
      <w:r>
        <w:br/>
      </w:r>
      <w:r>
        <w:br/>
      </w:r>
      <w:r>
        <w:t xml:space="preserve">    (b) campaigned or worked for a cause that was passionately believed to be important</w:t>
      </w:r>
      <w:r>
        <w:br/>
      </w:r>
      <w:r>
        <w:t xml:space="preserve">    (c) spoke in an ambiguous manner that did not clearly express an opinion or decision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Cheerfully, he looked into the rushing river, never before he had like a water so well as this one, never before he had perceived the voice and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parable</w:t>
      </w:r>
      <w:r>
        <w:rPr>
          <w:b/>
          <w:bCs/>
        </w:rPr>
        <w:t xml:space="preserve"> </w:t>
      </w:r>
      <w:r>
        <w:rPr>
          <w:b/>
          <w:bCs/>
        </w:rPr>
        <w:t xml:space="preserve">of the moving water thus strongly and beautifully.</w:t>
      </w:r>
      <w:r>
        <w:br/>
      </w:r>
      <w:r>
        <w:t xml:space="preserve">    (a) relating to properties of sound or hearing</w:t>
      </w:r>
      <w:r>
        <w:br/>
      </w:r>
      <w:r>
        <w:t xml:space="preserve">    (b) something accepted as true (without proof)</w:t>
      </w:r>
      <w:r>
        <w:br/>
      </w:r>
      <w:r>
        <w:t xml:space="preserve">    (c) a short story told to teach a moral lesson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travelled to seek money and business, and for weddings, and on pilgrimages, and the river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obstructing</w:t>
      </w:r>
      <w:r>
        <w:rPr>
          <w:b/>
          <w:bCs/>
        </w:rPr>
        <w:t xml:space="preserve"> </w:t>
      </w:r>
      <w:r>
        <w:rPr>
          <w:b/>
          <w:bCs/>
        </w:rPr>
        <w:t xml:space="preserve">their path, and the ferryman's job was to get them quickly across that obstacle.</w:t>
      </w:r>
      <w:r>
        <w:br/>
      </w:r>
      <w:r>
        <w:t xml:space="preserve">    (a) attractive or desirable</w:t>
      </w:r>
      <w:r>
        <w:br/>
      </w:r>
      <w:r>
        <w:t xml:space="preserve">    (b) making or manufacturing</w:t>
      </w:r>
      <w:r>
        <w:br/>
      </w:r>
      <w:r>
        <w:t xml:space="preserve">    (c) blocking or interfering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 curious people laughed and were discussing how foolishly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gullibly</w:t>
      </w:r>
      <w:r>
        <w:rPr>
          <w:b/>
          <w:bCs/>
        </w:rPr>
        <w:t xml:space="preserve"> </w:t>
      </w:r>
      <w:r>
        <w:rPr>
          <w:b/>
          <w:bCs/>
        </w:rPr>
        <w:t xml:space="preserve">the common people were spreading such empty rumours.</w:t>
      </w:r>
      <w:r>
        <w:br/>
      </w:r>
      <w:r>
        <w:t xml:space="preserve">    (a) in a manner that is capable of being noticed</w:t>
      </w:r>
      <w:r>
        <w:br/>
      </w:r>
      <w:r>
        <w:t xml:space="preserve">    (b) easily tricked because of being too trusting</w:t>
      </w:r>
      <w:r>
        <w:br/>
      </w:r>
      <w:r>
        <w:t xml:space="preserve">    (c) in a manner that is not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a long time, for long months, Siddhartha waited for his son to understand him, to accept his love, to perhaps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reciprocate</w:t>
      </w:r>
      <w:r>
        <w:rPr>
          <w:b/>
          <w:bCs/>
        </w:rPr>
        <w:t xml:space="preserve"> </w:t>
      </w:r>
      <w:r>
        <w:rPr>
          <w:b/>
          <w:bCs/>
        </w:rPr>
        <w:t xml:space="preserve">it.</w:t>
      </w:r>
      <w:r>
        <w:br/>
      </w:r>
      <w:r>
        <w:t xml:space="preserve">    (a) give in return</w:t>
      </w:r>
      <w:r>
        <w:br/>
      </w:r>
      <w:r>
        <w:t xml:space="preserve">    (b) begin fighting</w:t>
      </w:r>
      <w:r>
        <w:br/>
      </w:r>
      <w:r>
        <w:t xml:space="preserve">    (c) less than zero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 should he not know love, he, who has discovered all elements of human existence in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transitoriness</w:t>
      </w:r>
      <w:r>
        <w:rPr>
          <w:b/>
          <w:bCs/>
        </w:rPr>
        <w:t xml:space="preserve">,</w:t>
      </w:r>
      <w:r>
        <w:br/>
      </w:r>
      <w:r>
        <w:t xml:space="preserve">    (a) important</w:t>
      </w:r>
      <w:r>
        <w:br/>
      </w:r>
      <w:r>
        <w:t xml:space="preserve">    (b) shortness</w:t>
      </w:r>
      <w:r>
        <w:br/>
      </w:r>
      <w:r>
        <w:t xml:space="preserve">    (c) disbelief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unlikely for one of us to see the other again in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incarnation</w:t>
      </w:r>
      <w:r>
        <w:rPr>
          <w:b/>
          <w:bCs/>
        </w:rPr>
        <w:t xml:space="preserve">.</w:t>
      </w:r>
      <w:r>
        <w:br/>
      </w:r>
      <w:r>
        <w:t xml:space="preserve">    (a) embodiment</w:t>
      </w:r>
      <w:r>
        <w:br/>
      </w:r>
      <w:r>
        <w:t xml:space="preserve">    (b) thigh bone</w:t>
      </w:r>
      <w:r>
        <w:br/>
      </w:r>
      <w:r>
        <w:t xml:space="preserve">    (c) difference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2026-07-31T15:56:58Z</dcterms:created>
  <dcterms:modified xsi:type="dcterms:W3CDTF">2026-07-31T15:56:58Z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