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8c7d55c616151f8abb42e7f31d05b82dd74558f"/>
    <w:p>
      <w:pPr>
        <w:pStyle w:val="Heading1"/>
      </w:pPr>
      <w:r>
        <w:rPr>
          <w:b/>
          <w:bCs/>
        </w:rPr>
        <w:t xml:space="preserve">Shower of Gold</w:t>
      </w:r>
      <w:r>
        <w:br/>
      </w:r>
      <w:r>
        <w:rPr>
          <w:i/>
          <w:iCs/>
        </w:rPr>
        <w:t xml:space="preserve">Eudora Welty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often see them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amble</w:t>
      </w:r>
      <w:r>
        <w:rPr>
          <w:b/>
          <w:bCs/>
        </w:rPr>
        <w:t xml:space="preserve"> </w:t>
      </w:r>
      <w:r>
        <w:rPr>
          <w:b/>
          <w:bCs/>
        </w:rPr>
        <w:t xml:space="preserve">along the beach at sunset.</w:t>
      </w:r>
      <w:r>
        <w:br/>
      </w:r>
      <w:r>
        <w:t xml:space="preserve">    (a) power walk</w:t>
      </w:r>
      <w:r>
        <w:br/>
      </w:r>
      <w:r>
        <w:t xml:space="preserve">    (b) jog</w:t>
      </w:r>
      <w:r>
        <w:br/>
      </w:r>
      <w:r>
        <w:t xml:space="preserve">    (c) walk leisurely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balked</w:t>
      </w:r>
      <w:r>
        <w:rPr>
          <w:b/>
          <w:bCs/>
        </w:rPr>
        <w:t xml:space="preserve"> </w:t>
      </w:r>
      <w:r>
        <w:rPr>
          <w:b/>
          <w:bCs/>
        </w:rPr>
        <w:t xml:space="preserve">when she saw the price tag on the jacket—it was way more than she expected.</w:t>
      </w:r>
      <w:r>
        <w:br/>
      </w:r>
      <w:r>
        <w:t xml:space="preserve">    (a) hesitated or refused to do something</w:t>
      </w:r>
      <w:r>
        <w:br/>
      </w:r>
      <w:r>
        <w:t xml:space="preserve">    (b) admired or praised something</w:t>
      </w:r>
      <w:r>
        <w:br/>
      </w:r>
      <w:r>
        <w:t xml:space="preserve">    (c) calculated or compared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will vote as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conscience</w:t>
      </w:r>
      <w:r>
        <w:rPr>
          <w:b/>
          <w:bCs/>
        </w:rPr>
        <w:t xml:space="preserve"> </w:t>
      </w:r>
      <w:r>
        <w:rPr>
          <w:b/>
          <w:bCs/>
        </w:rPr>
        <w:t xml:space="preserve">demands.</w:t>
      </w:r>
      <w:r>
        <w:br/>
      </w:r>
      <w:r>
        <w:t xml:space="preserve">    (a) sense of right and wrong</w:t>
      </w:r>
      <w:r>
        <w:br/>
      </w:r>
      <w:r>
        <w:t xml:space="preserve">    (b) memory of past events</w:t>
      </w:r>
      <w:r>
        <w:br/>
      </w:r>
      <w:r>
        <w:t xml:space="preserve">    (c) fear of public ridicule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recollect</w:t>
      </w:r>
      <w:r>
        <w:rPr>
          <w:b/>
          <w:bCs/>
        </w:rPr>
        <w:t xml:space="preserve"> </w:t>
      </w:r>
      <w:r>
        <w:rPr>
          <w:b/>
          <w:bCs/>
        </w:rPr>
        <w:t xml:space="preserve">her name, but I'd recognize her.</w:t>
      </w:r>
      <w:r>
        <w:br/>
      </w:r>
      <w:r>
        <w:t xml:space="preserve">    (a) pronounce properly</w:t>
      </w:r>
      <w:r>
        <w:br/>
      </w:r>
      <w:r>
        <w:t xml:space="preserve">    (b) spell properly</w:t>
      </w:r>
      <w:r>
        <w:br/>
      </w:r>
      <w:r>
        <w:t xml:space="preserve">    (c) remember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is the most intolerable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scoundrel</w:t>
      </w:r>
      <w:r>
        <w:rPr>
          <w:b/>
          <w:bCs/>
        </w:rPr>
        <w:t xml:space="preserve"> </w:t>
      </w:r>
      <w:r>
        <w:rPr>
          <w:b/>
          <w:bCs/>
        </w:rPr>
        <w:t xml:space="preserve">on the face of the earth.</w:t>
      </w:r>
      <w:r>
        <w:br/>
      </w:r>
      <w:r>
        <w:t xml:space="preserve">    (a) person without moral principles</w:t>
      </w:r>
      <w:r>
        <w:br/>
      </w:r>
      <w:r>
        <w:t xml:space="preserve">    (b) apparently reasonable, but unproven</w:t>
      </w:r>
      <w:r>
        <w:br/>
      </w:r>
      <w:r>
        <w:t xml:space="preserve">    (c) without pattern or planning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2026-07-31T18:22:58Z</dcterms:created>
  <dcterms:modified xsi:type="dcterms:W3CDTF">2026-07-31T18:22:58Z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