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cf6e492b53e361a3deb0cf7cad8a5a4f6a9d38f"/>
    <w:p>
      <w:pPr>
        <w:pStyle w:val="Heading1"/>
      </w:pPr>
      <w:r>
        <w:rPr>
          <w:b/>
          <w:bCs/>
        </w:rPr>
        <w:t xml:space="preserve">Julius Caesar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tried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banish</w:t>
      </w:r>
      <w:r>
        <w:rPr>
          <w:b/>
          <w:bCs/>
        </w:rPr>
        <w:t xml:space="preserve"> </w:t>
      </w:r>
      <w:r>
        <w:rPr>
          <w:b/>
          <w:bCs/>
        </w:rPr>
        <w:t xml:space="preserve">the thought from my mind.</w:t>
      </w:r>
      <w:r>
        <w:br/>
      </w:r>
      <w:r>
        <w:t xml:space="preserve">    (a) understand</w:t>
      </w:r>
      <w:r>
        <w:br/>
      </w:r>
      <w:r>
        <w:t xml:space="preserve">    (b) send away</w:t>
      </w:r>
      <w:r>
        <w:br/>
      </w:r>
      <w:r>
        <w:t xml:space="preserve">    (c) collect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labeled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conspirator</w:t>
      </w:r>
      <w:r>
        <w:rPr>
          <w:b/>
          <w:bCs/>
        </w:rPr>
        <w:t xml:space="preserve"> </w:t>
      </w:r>
      <w:r>
        <w:rPr>
          <w:b/>
          <w:bCs/>
        </w:rPr>
        <w:t xml:space="preserve">after leaked documents revealed her involvement in the plan.</w:t>
      </w:r>
      <w:r>
        <w:br/>
      </w:r>
      <w:r>
        <w:t xml:space="preserve">    (a) member of a secret plot</w:t>
      </w:r>
      <w:r>
        <w:br/>
      </w:r>
      <w:r>
        <w:t xml:space="preserve">    (b) critic of a literary work</w:t>
      </w:r>
      <w:r>
        <w:br/>
      </w:r>
      <w:r>
        <w:t xml:space="preserve">    (c) observer of a public event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Juries can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construe</w:t>
      </w:r>
      <w:r>
        <w:rPr>
          <w:b/>
          <w:bCs/>
        </w:rPr>
        <w:t xml:space="preserve"> </w:t>
      </w:r>
      <w:r>
        <w:rPr>
          <w:b/>
          <w:bCs/>
        </w:rPr>
        <w:t xml:space="preserve">evidence to mean something it does not.</w:t>
      </w:r>
      <w:r>
        <w:br/>
      </w:r>
      <w:r>
        <w:t xml:space="preserve">    (a) record</w:t>
      </w:r>
      <w:r>
        <w:br/>
      </w:r>
      <w:r>
        <w:t xml:space="preserve">    (b) destroy</w:t>
      </w:r>
      <w:r>
        <w:br/>
      </w:r>
      <w:r>
        <w:t xml:space="preserve">    (c) interpret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government's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covert</w:t>
      </w:r>
      <w:r>
        <w:rPr>
          <w:b/>
          <w:bCs/>
        </w:rPr>
        <w:t xml:space="preserve"> </w:t>
      </w:r>
      <w:r>
        <w:rPr>
          <w:b/>
          <w:bCs/>
        </w:rPr>
        <w:t xml:space="preserve">funding of foreign rebel groups has been criticized for destabilizing the region.</w:t>
      </w:r>
      <w:r>
        <w:br/>
      </w:r>
      <w:r>
        <w:t xml:space="preserve">    (a) inadequate</w:t>
      </w:r>
      <w:r>
        <w:br/>
      </w:r>
      <w:r>
        <w:t xml:space="preserve">    (b) secret</w:t>
      </w:r>
      <w:r>
        <w:br/>
      </w:r>
      <w:r>
        <w:t xml:space="preserve">    (c) excessive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have a tight deadline, but the entire company is at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disposal</w:t>
      </w:r>
      <w:r>
        <w:rPr>
          <w:b/>
          <w:bCs/>
        </w:rPr>
        <w:t xml:space="preserve">.</w:t>
      </w:r>
      <w:r>
        <w:br/>
      </w:r>
      <w:r>
        <w:t xml:space="preserve">    (a) command</w:t>
      </w:r>
      <w:r>
        <w:br/>
      </w:r>
      <w:r>
        <w:t xml:space="preserve">    (b) mercy</w:t>
      </w:r>
      <w:r>
        <w:br/>
      </w:r>
      <w:r>
        <w:t xml:space="preserve">    (c) office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that country, you are unlikely to find an official who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disposed</w:t>
      </w:r>
      <w:r>
        <w:rPr>
          <w:b/>
          <w:bCs/>
        </w:rPr>
        <w:t xml:space="preserve"> </w:t>
      </w:r>
      <w:r>
        <w:rPr>
          <w:b/>
          <w:bCs/>
        </w:rPr>
        <w:t xml:space="preserve">to help you unless you offer a bribe.</w:t>
      </w:r>
      <w:r>
        <w:br/>
      </w:r>
      <w:r>
        <w:t xml:space="preserve">    (a) inclined</w:t>
      </w:r>
      <w:r>
        <w:br/>
      </w:r>
      <w:r>
        <w:t xml:space="preserve">    (b) able</w:t>
      </w:r>
      <w:r>
        <w:br/>
      </w:r>
      <w:r>
        <w:t xml:space="preserve">    (c) ordered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students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entreated</w:t>
      </w:r>
      <w:r>
        <w:rPr>
          <w:b/>
          <w:bCs/>
        </w:rPr>
        <w:t xml:space="preserve"> </w:t>
      </w:r>
      <w:r>
        <w:rPr>
          <w:b/>
          <w:bCs/>
        </w:rPr>
        <w:t xml:space="preserve">the Chinese troops not to use force against peaceful demonstrations.</w:t>
      </w:r>
      <w:r>
        <w:br/>
      </w:r>
      <w:r>
        <w:t xml:space="preserve">    (a) asked earnestly</w:t>
      </w:r>
      <w:r>
        <w:br/>
      </w:r>
      <w:r>
        <w:t xml:space="preserve">    (b) bribed (with gifts)</w:t>
      </w:r>
      <w:r>
        <w:br/>
      </w:r>
      <w:r>
        <w:t xml:space="preserve">    (c) threatened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city was conquered,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infirm</w:t>
      </w:r>
      <w:r>
        <w:rPr>
          <w:b/>
          <w:bCs/>
        </w:rPr>
        <w:t xml:space="preserve"> </w:t>
      </w:r>
      <w:r>
        <w:rPr>
          <w:b/>
          <w:bCs/>
        </w:rPr>
        <w:t xml:space="preserve">slaughtered, and the rest enslaved.</w:t>
      </w:r>
      <w:r>
        <w:br/>
      </w:r>
      <w:r>
        <w:t xml:space="preserve">    (a) fighters</w:t>
      </w:r>
      <w:r>
        <w:br/>
      </w:r>
      <w:r>
        <w:t xml:space="preserve">    (b) children</w:t>
      </w:r>
      <w:r>
        <w:br/>
      </w:r>
      <w:r>
        <w:t xml:space="preserve">    (c) weak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ingratitude</w:t>
      </w:r>
      <w:r>
        <w:rPr>
          <w:b/>
          <w:bCs/>
        </w:rPr>
        <w:t xml:space="preserve"> </w:t>
      </w:r>
      <w:r>
        <w:rPr>
          <w:b/>
          <w:bCs/>
        </w:rPr>
        <w:t xml:space="preserve">shown by those who benefited from her kindness was a bitter reminder of the world's indifference.</w:t>
      </w:r>
      <w:r>
        <w:br/>
      </w:r>
      <w:r>
        <w:t xml:space="preserve">    (a) lack of gratefulness</w:t>
      </w:r>
      <w:r>
        <w:br/>
      </w:r>
      <w:r>
        <w:t xml:space="preserve">    (b) lack of ability</w:t>
      </w:r>
      <w:r>
        <w:br/>
      </w:r>
      <w:r>
        <w:t xml:space="preserve">    (c) lack of success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interment</w:t>
      </w:r>
      <w:r>
        <w:rPr>
          <w:b/>
          <w:bCs/>
        </w:rPr>
        <w:t xml:space="preserve"> </w:t>
      </w:r>
      <w:r>
        <w:rPr>
          <w:b/>
          <w:bCs/>
        </w:rPr>
        <w:t xml:space="preserve">took place beneath the old oak tree.</w:t>
      </w:r>
      <w:r>
        <w:br/>
      </w:r>
      <w:r>
        <w:t xml:space="preserve">    (a) singing</w:t>
      </w:r>
      <w:r>
        <w:br/>
      </w:r>
      <w:r>
        <w:t xml:space="preserve">    (b) visiting</w:t>
      </w:r>
      <w:r>
        <w:br/>
      </w:r>
      <w:r>
        <w:t xml:space="preserve">    (c) burial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</w:t>
      </w:r>
      <w:r>
        <w:rPr>
          <w:b/>
          <w:bCs/>
        </w:rPr>
        <w:t xml:space="preserve"> </w:t>
      </w:r>
      <w:r>
        <w:rPr>
          <w:b/>
          <w:bCs/>
        </w:rPr>
        <w:t xml:space="preserve">to admit it, there are serious divides splitting the party.</w:t>
      </w:r>
      <w:r>
        <w:br/>
      </w:r>
      <w:r>
        <w:t xml:space="preserve">    (a) are eager</w:t>
      </w:r>
      <w:r>
        <w:br/>
      </w:r>
      <w:r>
        <w:t xml:space="preserve">    (b) are reluctant</w:t>
      </w:r>
      <w:r>
        <w:br/>
      </w:r>
      <w:r>
        <w:t xml:space="preserve">    (c) are excited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misconstrued</w:t>
      </w:r>
      <w:r>
        <w:rPr>
          <w:b/>
          <w:bCs/>
        </w:rPr>
        <w:t xml:space="preserve"> </w:t>
      </w:r>
      <w:r>
        <w:rPr>
          <w:b/>
          <w:bCs/>
        </w:rPr>
        <w:t xml:space="preserve">my remarks.</w:t>
      </w:r>
      <w:r>
        <w:br/>
      </w:r>
      <w:r>
        <w:t xml:space="preserve">    (a) appreciated</w:t>
      </w:r>
      <w:r>
        <w:br/>
      </w:r>
      <w:r>
        <w:t xml:space="preserve">    (b) misunderstood</w:t>
      </w:r>
      <w:r>
        <w:br/>
      </w:r>
      <w:r>
        <w:t xml:space="preserve">    (c) emphasized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largest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mutiny</w:t>
      </w:r>
      <w:r>
        <w:rPr>
          <w:b/>
          <w:bCs/>
        </w:rPr>
        <w:t xml:space="preserve"> </w:t>
      </w:r>
      <w:r>
        <w:rPr>
          <w:b/>
          <w:bCs/>
        </w:rPr>
        <w:t xml:space="preserve">in modern military history occurred during the first world war when an estimated 40,000 French soldiers, probably wisely, ignored the command to advance on German troops entrenched in hilltop positions.</w:t>
      </w:r>
      <w:r>
        <w:br/>
      </w:r>
      <w:r>
        <w:t xml:space="preserve">    (a) defeat in battle</w:t>
      </w:r>
      <w:r>
        <w:br/>
      </w:r>
      <w:r>
        <w:t xml:space="preserve">    (b) turnaround in a battle</w:t>
      </w:r>
      <w:r>
        <w:br/>
      </w:r>
      <w:r>
        <w:t xml:space="preserve">    (c) open rebellion against authority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omitted</w:t>
      </w:r>
      <w:r>
        <w:rPr>
          <w:b/>
          <w:bCs/>
        </w:rPr>
        <w:t xml:space="preserve"> </w:t>
      </w:r>
      <w:r>
        <w:rPr>
          <w:b/>
          <w:bCs/>
        </w:rPr>
        <w:t xml:space="preserve">a few details to place herself in a more favorable light.</w:t>
      </w:r>
      <w:r>
        <w:br/>
      </w:r>
      <w:r>
        <w:t xml:space="preserve">    (a) made up</w:t>
      </w:r>
      <w:r>
        <w:br/>
      </w:r>
      <w:r>
        <w:t xml:space="preserve">    (b) exaggerated</w:t>
      </w:r>
      <w:r>
        <w:br/>
      </w:r>
      <w:r>
        <w:t xml:space="preserve">    (c) left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dismissed his taste in movies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plebeian</w:t>
      </w:r>
      <w:r>
        <w:rPr>
          <w:b/>
          <w:bCs/>
        </w:rPr>
        <w:t xml:space="preserve">, preferring obscure foreign films.</w:t>
      </w:r>
      <w:r>
        <w:br/>
      </w:r>
      <w:r>
        <w:t xml:space="preserve">    (a) wealthy or powerful</w:t>
      </w:r>
      <w:r>
        <w:br/>
      </w:r>
      <w:r>
        <w:t xml:space="preserve">    (b) secretive or mysterious</w:t>
      </w:r>
      <w:r>
        <w:br/>
      </w:r>
      <w:r>
        <w:t xml:space="preserve">    (c) ordinary or unsophisticated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defending champions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prevailed</w:t>
      </w:r>
      <w:r>
        <w:rPr>
          <w:b/>
          <w:bCs/>
        </w:rPr>
        <w:t xml:space="preserve"> </w:t>
      </w:r>
      <w:r>
        <w:rPr>
          <w:b/>
          <w:bCs/>
        </w:rPr>
        <w:t xml:space="preserve">again.</w:t>
      </w:r>
      <w:r>
        <w:br/>
      </w:r>
      <w:r>
        <w:t xml:space="preserve">    (a) won</w:t>
      </w:r>
      <w:r>
        <w:br/>
      </w:r>
      <w:r>
        <w:t xml:space="preserve">    (b) competed</w:t>
      </w:r>
      <w:r>
        <w:br/>
      </w:r>
      <w:r>
        <w:t xml:space="preserve">    (c) visited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committee expressed a desire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redress</w:t>
      </w:r>
      <w:r>
        <w:rPr>
          <w:b/>
          <w:bCs/>
        </w:rPr>
        <w:t xml:space="preserve"> </w:t>
      </w:r>
      <w:r>
        <w:rPr>
          <w:b/>
          <w:bCs/>
        </w:rPr>
        <w:t xml:space="preserve">the oversight.</w:t>
      </w:r>
      <w:r>
        <w:br/>
      </w:r>
      <w:r>
        <w:t xml:space="preserve">    (a) make up for</w:t>
      </w:r>
      <w:r>
        <w:br/>
      </w:r>
      <w:r>
        <w:t xml:space="preserve">    (b) investigate</w:t>
      </w:r>
      <w:r>
        <w:br/>
      </w:r>
      <w:r>
        <w:t xml:space="preserve">    (c) change clothing after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received an invoice for $100 for services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rendered</w:t>
      </w:r>
      <w:r>
        <w:rPr>
          <w:b/>
          <w:bCs/>
        </w:rPr>
        <w:t xml:space="preserve">.</w:t>
      </w:r>
      <w:r>
        <w:br/>
      </w:r>
      <w:r>
        <w:t xml:space="preserve">    (a) to be performed</w:t>
      </w:r>
      <w:r>
        <w:br/>
      </w:r>
      <w:r>
        <w:t xml:space="preserve">    (b) provided or supplied</w:t>
      </w:r>
      <w:r>
        <w:br/>
      </w:r>
      <w:r>
        <w:t xml:space="preserve">    (c) described in writing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disorder will eventually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</w:t>
      </w:r>
      <w:r>
        <w:rPr>
          <w:b/>
          <w:bCs/>
        </w:rPr>
        <w:t xml:space="preserve"> </w:t>
      </w:r>
      <w:r>
        <w:rPr>
          <w:b/>
          <w:bCs/>
        </w:rPr>
        <w:t xml:space="preserve">her paralyzed.</w:t>
      </w:r>
      <w:r>
        <w:br/>
      </w:r>
      <w:r>
        <w:t xml:space="preserve">    (a) unmake</w:t>
      </w:r>
      <w:r>
        <w:br/>
      </w:r>
      <w:r>
        <w:t xml:space="preserve">    (b) make</w:t>
      </w:r>
      <w:r>
        <w:br/>
      </w:r>
      <w:r>
        <w:t xml:space="preserve">    (c) compare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Seducing</w:t>
      </w:r>
      <w:r>
        <w:rPr>
          <w:b/>
          <w:bCs/>
        </w:rPr>
        <w:t xml:space="preserve"> </w:t>
      </w:r>
      <w:r>
        <w:rPr>
          <w:b/>
          <w:bCs/>
        </w:rPr>
        <w:t xml:space="preserve">her was easy.</w:t>
      </w:r>
      <w:r>
        <w:br/>
      </w:r>
      <w:r>
        <w:t xml:space="preserve">    (a) stealing money from</w:t>
      </w:r>
      <w:r>
        <w:br/>
      </w:r>
      <w:r>
        <w:t xml:space="preserve">    (b) persuading to have sex</w:t>
      </w:r>
      <w:r>
        <w:br/>
      </w:r>
      <w:r>
        <w:t xml:space="preserve">    (c) increasing confidence of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2026-07-27T14:27:50Z</dcterms:created>
  <dcterms:modified xsi:type="dcterms:W3CDTF">2026-07-27T14:27:50Z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