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5f15c7e02ca8dd74a2292480c3cf4e02c45610"/>
    <w:p>
      <w:pPr>
        <w:pStyle w:val="Heading1"/>
      </w:pPr>
      <w:r>
        <w:rPr>
          <w:b/>
          <w:bCs/>
        </w:rPr>
        <w:t xml:space="preserve">Julius Caesar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soothsayer</w:t>
      </w:r>
      <w:r>
        <w:rPr>
          <w:b/>
          <w:bCs/>
        </w:rPr>
        <w:t xml:space="preserve"> </w:t>
      </w:r>
      <w:r>
        <w:rPr>
          <w:b/>
          <w:bCs/>
        </w:rPr>
        <w:t xml:space="preserve">bids you beware the Ides of March.</w:t>
      </w:r>
      <w:r>
        <w:br/>
      </w:r>
      <w:r>
        <w:t xml:space="preserve">    (a) an astronomer who studies the movement of celestial bodies</w:t>
      </w:r>
      <w:r>
        <w:br/>
      </w:r>
      <w:r>
        <w:t xml:space="preserve">    (b) Someone claiming magical ability to foresee the future</w:t>
      </w:r>
      <w:r>
        <w:br/>
      </w:r>
      <w:r>
        <w:t xml:space="preserve">    (c) a historian who identifies repeating historical patterns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groaning underneath this age's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yoke</w:t>
      </w:r>
      <w:r>
        <w:rPr>
          <w:b/>
          <w:bCs/>
        </w:rPr>
        <w:t xml:space="preserve">,</w:t>
      </w:r>
      <w:r>
        <w:br/>
      </w:r>
      <w:r>
        <w:t xml:space="preserve">    (a) warm climate</w:t>
      </w:r>
      <w:r>
        <w:br/>
      </w:r>
      <w:r>
        <w:t xml:space="preserve">    (b) oppressive burden</w:t>
      </w:r>
      <w:r>
        <w:br/>
      </w:r>
      <w:r>
        <w:t xml:space="preserve">    (c) false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Cassius, you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yoked</w:t>
      </w:r>
      <w:r>
        <w:rPr>
          <w:b/>
          <w:bCs/>
        </w:rPr>
        <w:t xml:space="preserve"> </w:t>
      </w:r>
      <w:r>
        <w:rPr>
          <w:b/>
          <w:bCs/>
        </w:rPr>
        <w:t xml:space="preserve">with a lamb</w:t>
      </w:r>
      <w:r>
        <w:br/>
      </w:r>
      <w:r>
        <w:rPr>
          <w:b/>
          <w:bCs/>
        </w:rPr>
        <w:t xml:space="preserve">That carries anger as the flint bears fire;</w:t>
      </w:r>
      <w:r>
        <w:br/>
      </w:r>
      <w:r>
        <w:rPr>
          <w:b/>
          <w:bCs/>
        </w:rPr>
        <w:t xml:space="preserve">Who, much enforced, shows a hasty spark,</w:t>
      </w:r>
      <w:r>
        <w:br/>
      </w:r>
      <w:r>
        <w:rPr>
          <w:b/>
          <w:bCs/>
        </w:rPr>
        <w:t xml:space="preserve">And straight is cold again.</w:t>
      </w:r>
      <w:r>
        <w:br/>
      </w:r>
      <w:r>
        <w:t xml:space="preserve">    (a) comparable</w:t>
      </w:r>
      <w:r>
        <w:br/>
      </w:r>
      <w:r>
        <w:t xml:space="preserve">    (b) joined</w:t>
      </w:r>
      <w:r>
        <w:br/>
      </w:r>
      <w:r>
        <w:t xml:space="preserve">    (c) distracted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seen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tempests</w:t>
      </w:r>
      <w:r>
        <w:rPr>
          <w:b/>
          <w:bCs/>
        </w:rPr>
        <w:t xml:space="preserve">, when the scolding winds</w:t>
      </w:r>
      <w:r>
        <w:br/>
      </w:r>
      <w:r>
        <w:rPr>
          <w:b/>
          <w:bCs/>
        </w:rPr>
        <w:t xml:space="preserve">Have rived the knotty oaks;</w:t>
      </w:r>
      <w:r>
        <w:br/>
      </w:r>
      <w:r>
        <w:t xml:space="preserve">    (a) fearful times</w:t>
      </w:r>
      <w:r>
        <w:br/>
      </w:r>
      <w:r>
        <w:t xml:space="preserve">    (b) violent storms</w:t>
      </w:r>
      <w:r>
        <w:br/>
      </w:r>
      <w:r>
        <w:t xml:space="preserve">    (c) dark nights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not men say</w:t>
      </w:r>
      <w:r>
        <w:br/>
      </w:r>
      <w:r>
        <w:rPr>
          <w:b/>
          <w:bCs/>
        </w:rPr>
        <w:t xml:space="preserve">"These are their reasons; they are natural";</w:t>
      </w:r>
      <w:r>
        <w:br/>
      </w:r>
      <w:r>
        <w:rPr>
          <w:b/>
          <w:bCs/>
        </w:rPr>
        <w:t xml:space="preserve">For I believe they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portentous</w:t>
      </w:r>
      <w:r>
        <w:rPr>
          <w:b/>
          <w:bCs/>
        </w:rPr>
        <w:t xml:space="preserve"> </w:t>
      </w:r>
      <w:r>
        <w:rPr>
          <w:b/>
          <w:bCs/>
        </w:rPr>
        <w:t xml:space="preserve">things</w:t>
      </w:r>
      <w:r>
        <w:br/>
      </w:r>
      <w:r>
        <w:t xml:space="preserve">    (a) hopeful signs (of things to come)</w:t>
      </w:r>
      <w:r>
        <w:br/>
      </w:r>
      <w:r>
        <w:t xml:space="preserve">    (b) obvious signs (of things to come)</w:t>
      </w:r>
      <w:r>
        <w:br/>
      </w:r>
      <w:r>
        <w:t xml:space="preserve">    (c) important signs (of things to come)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...three parts of him</w:t>
      </w:r>
      <w:r>
        <w:br/>
      </w:r>
      <w:r>
        <w:rPr>
          <w:b/>
          <w:bCs/>
        </w:rPr>
        <w:t xml:space="preserve">Is ours already; and the man entire,</w:t>
      </w:r>
      <w:r>
        <w:br/>
      </w:r>
      <w:r>
        <w:rPr>
          <w:b/>
          <w:bCs/>
        </w:rPr>
        <w:t xml:space="preserve">Upon the next encounter,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yields</w:t>
      </w:r>
      <w:r>
        <w:rPr>
          <w:b/>
          <w:bCs/>
        </w:rPr>
        <w:t xml:space="preserve"> </w:t>
      </w:r>
      <w:r>
        <w:rPr>
          <w:b/>
          <w:bCs/>
        </w:rPr>
        <w:t xml:space="preserve">him ours.</w:t>
      </w:r>
      <w:r>
        <w:br/>
      </w:r>
      <w:r>
        <w:t xml:space="preserve">    (a) suggests</w:t>
      </w:r>
      <w:r>
        <w:br/>
      </w:r>
      <w:r>
        <w:t xml:space="preserve">    (b) makes</w:t>
      </w:r>
      <w:r>
        <w:br/>
      </w:r>
      <w:r>
        <w:t xml:space="preserve">    (c) loses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foolish do your fears seem now, Calpurnia!</w:t>
      </w:r>
      <w:r>
        <w:br/>
      </w:r>
      <w:r>
        <w:rPr>
          <w:b/>
          <w:bCs/>
        </w:rPr>
        <w:t xml:space="preserve">I am ashamed I did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to them.</w:t>
      </w:r>
      <w:r>
        <w:br/>
      </w:r>
      <w:r>
        <w:t xml:space="preserve">    (a) give in</w:t>
      </w:r>
      <w:r>
        <w:br/>
      </w:r>
      <w:r>
        <w:t xml:space="preserve">    (b) pay no attention</w:t>
      </w:r>
      <w:r>
        <w:br/>
      </w:r>
      <w:r>
        <w:t xml:space="preserve">    (c) add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not stain</w:t>
      </w:r>
      <w:r>
        <w:br/>
      </w:r>
      <w:r>
        <w:rPr>
          <w:b/>
          <w:bCs/>
        </w:rPr>
        <w:t xml:space="preserve">The even virtue of our enterprise,</w:t>
      </w:r>
      <w:r>
        <w:br/>
      </w:r>
      <w:r>
        <w:rPr>
          <w:b/>
          <w:bCs/>
        </w:rPr>
        <w:t xml:space="preserve">Nor th’ insuppressive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mettle</w:t>
      </w:r>
      <w:r>
        <w:rPr>
          <w:b/>
          <w:bCs/>
        </w:rPr>
        <w:t xml:space="preserve"> </w:t>
      </w:r>
      <w:r>
        <w:rPr>
          <w:b/>
          <w:bCs/>
        </w:rPr>
        <w:t xml:space="preserve">of our spirits,</w:t>
      </w:r>
      <w:r>
        <w:br/>
      </w:r>
      <w:r>
        <w:rPr>
          <w:b/>
          <w:bCs/>
        </w:rPr>
        <w:t xml:space="preserve">To think that our cause or our performance</w:t>
      </w:r>
      <w:r>
        <w:br/>
      </w:r>
      <w:r>
        <w:rPr>
          <w:b/>
          <w:bCs/>
        </w:rPr>
        <w:t xml:space="preserve">Did need an oath.</w:t>
      </w:r>
      <w:r>
        <w:br/>
      </w:r>
      <w:r>
        <w:t xml:space="preserve">    (a) hidden anger</w:t>
      </w:r>
      <w:r>
        <w:br/>
      </w:r>
      <w:r>
        <w:t xml:space="preserve">    (b) careful judgment</w:t>
      </w:r>
      <w:r>
        <w:br/>
      </w:r>
      <w:r>
        <w:t xml:space="preserve">    (c) courageous spirit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Never fear that: if he be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I can o'ersway him,</w:t>
      </w:r>
      <w:r>
        <w:br/>
      </w:r>
      <w:r>
        <w:t xml:space="preserve">    (a) busy</w:t>
      </w:r>
      <w:r>
        <w:br/>
      </w:r>
      <w:r>
        <w:t xml:space="preserve">    (b) decided</w:t>
      </w:r>
      <w:r>
        <w:br/>
      </w:r>
      <w:r>
        <w:t xml:space="preserve">    (c) unsure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he received you, let me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.</w:t>
      </w:r>
      <w:r>
        <w:br/>
      </w:r>
      <w:r>
        <w:t xml:space="preserve">    (a) settled</w:t>
      </w:r>
      <w:r>
        <w:br/>
      </w:r>
      <w:r>
        <w:t xml:space="preserve">    (b) heard</w:t>
      </w:r>
      <w:r>
        <w:br/>
      </w:r>
      <w:r>
        <w:t xml:space="preserve">    (c) investigated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fresh of spirit,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meet all perils very constantly.</w:t>
      </w:r>
      <w:r>
        <w:br/>
      </w:r>
      <w:r>
        <w:t xml:space="preserve">    (a) reluctant</w:t>
      </w:r>
      <w:r>
        <w:br/>
      </w:r>
      <w:r>
        <w:t xml:space="preserve">    (b) almost transparent; allowing light to pass through diffusely</w:t>
      </w:r>
      <w:r>
        <w:br/>
      </w:r>
      <w:r>
        <w:t xml:space="preserve">    (c) afraid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these does she apply for warnings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portents</w:t>
      </w:r>
      <w:r>
        <w:br/>
      </w:r>
      <w:r>
        <w:rPr>
          <w:b/>
          <w:bCs/>
        </w:rPr>
        <w:t xml:space="preserve">And evils imminent; and on her knee</w:t>
      </w:r>
      <w:r>
        <w:br/>
      </w:r>
      <w:r>
        <w:rPr>
          <w:b/>
          <w:bCs/>
        </w:rPr>
        <w:t xml:space="preserve">Hath begg'd that I will stay at home to-day.</w:t>
      </w:r>
      <w:r>
        <w:br/>
      </w:r>
      <w:r>
        <w:t xml:space="preserve">    (a) things remembered from the past</w:t>
      </w:r>
      <w:r>
        <w:br/>
      </w:r>
      <w:r>
        <w:t xml:space="preserve">    (b) signs of things to come</w:t>
      </w:r>
      <w:r>
        <w:br/>
      </w:r>
      <w:r>
        <w:t xml:space="preserve">    (c) poisonous substances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Antony, that revels long o'nights,</w:t>
      </w:r>
      <w:r>
        <w:br/>
      </w:r>
      <w:r>
        <w:rPr>
          <w:b/>
          <w:bCs/>
        </w:rPr>
        <w:t xml:space="preserve">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up.</w:t>
      </w:r>
      <w:r>
        <w:br/>
      </w:r>
      <w:r>
        <w:t xml:space="preserve">    (a) in addition to that</w:t>
      </w:r>
      <w:r>
        <w:br/>
      </w:r>
      <w:r>
        <w:t xml:space="preserve">    (b) in spite of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thou be'st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, look about you: security gives way to conspiracy.</w:t>
      </w:r>
      <w:r>
        <w:br/>
      </w:r>
      <w:r>
        <w:t xml:space="preserve">    (a) immune to death</w:t>
      </w:r>
      <w:r>
        <w:br/>
      </w:r>
      <w:r>
        <w:t xml:space="preserve">    (b) dying</w:t>
      </w:r>
      <w:r>
        <w:br/>
      </w:r>
      <w:r>
        <w:t xml:space="preserve">    (c) subject to death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shall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</w:t>
      </w:r>
      <w:r>
        <w:rPr>
          <w:b/>
          <w:bCs/>
        </w:rPr>
        <w:t xml:space="preserve"> </w:t>
      </w:r>
      <w:r>
        <w:rPr>
          <w:b/>
          <w:bCs/>
        </w:rPr>
        <w:t xml:space="preserve">him to befriend himself.</w:t>
      </w:r>
      <w:r>
        <w:br/>
      </w:r>
      <w:r>
        <w:t xml:space="preserve">    (a) take</w:t>
      </w:r>
      <w:r>
        <w:br/>
      </w:r>
      <w:r>
        <w:t xml:space="preserve">    (b) ask</w:t>
      </w:r>
      <w:r>
        <w:br/>
      </w:r>
      <w:r>
        <w:t xml:space="preserve">    (c) demand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are we Caesar's friends, that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abridged</w:t>
      </w:r>
      <w:r>
        <w:br/>
      </w:r>
      <w:r>
        <w:rPr>
          <w:b/>
          <w:bCs/>
        </w:rPr>
        <w:t xml:space="preserve">His time of fearing death.</w:t>
      </w:r>
      <w:r>
        <w:br/>
      </w:r>
      <w:r>
        <w:t xml:space="preserve">    (a) shortened</w:t>
      </w:r>
      <w:r>
        <w:br/>
      </w:r>
      <w:r>
        <w:t xml:space="preserve">    (b) disturbed</w:t>
      </w:r>
      <w:r>
        <w:br/>
      </w:r>
      <w:r>
        <w:t xml:space="preserve">    (c) lengthened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noble Brutus Hath told you Caesar was ambitious:</w:t>
      </w:r>
      <w:r>
        <w:br/>
      </w:r>
      <w:r>
        <w:rPr>
          <w:b/>
          <w:bCs/>
        </w:rPr>
        <w:t xml:space="preserve">If it were so, 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grievous</w:t>
      </w:r>
      <w:r>
        <w:rPr>
          <w:b/>
          <w:bCs/>
        </w:rPr>
        <w:t xml:space="preserve"> </w:t>
      </w:r>
      <w:r>
        <w:rPr>
          <w:b/>
          <w:bCs/>
        </w:rPr>
        <w:t xml:space="preserve">fault;</w:t>
      </w:r>
      <w:r>
        <w:br/>
      </w:r>
      <w:r>
        <w:t xml:space="preserve">    (a) very small</w:t>
      </w:r>
      <w:r>
        <w:br/>
      </w:r>
      <w:r>
        <w:t xml:space="preserve">    (b) very serious</w:t>
      </w:r>
      <w:r>
        <w:br/>
      </w:r>
      <w:r>
        <w:t xml:space="preserve">    (c) very foolish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'tis his will:</w:t>
      </w:r>
      <w:r>
        <w:br/>
      </w:r>
      <w:r>
        <w:rPr>
          <w:b/>
          <w:bCs/>
        </w:rPr>
        <w:t xml:space="preserve">Let but the commons hear this testament,--</w:t>
      </w:r>
      <w:r>
        <w:br/>
      </w:r>
      <w:r>
        <w:rPr>
          <w:b/>
          <w:bCs/>
        </w:rPr>
        <w:t xml:space="preserve">Which, pardon me, I do not mean to read,--</w:t>
      </w:r>
      <w:r>
        <w:br/>
      </w:r>
      <w:r>
        <w:rPr>
          <w:b/>
          <w:bCs/>
        </w:rPr>
        <w:t xml:space="preserve">And they would go and kiss dead Caesar's wounds,</w:t>
      </w:r>
      <w:r>
        <w:br/>
      </w:r>
      <w:r>
        <w:rPr>
          <w:b/>
          <w:bCs/>
        </w:rPr>
        <w:t xml:space="preserve">And dip their napkins in his sacred blood;</w:t>
      </w:r>
      <w:r>
        <w:br/>
      </w:r>
      <w:r>
        <w:rPr>
          <w:b/>
          <w:bCs/>
        </w:rPr>
        <w:t xml:space="preserve">Yea, beg a hair of him for memory,</w:t>
      </w:r>
      <w:r>
        <w:br/>
      </w:r>
      <w:r>
        <w:rPr>
          <w:b/>
          <w:bCs/>
        </w:rPr>
        <w:t xml:space="preserve">And, dying, mention it within their wills,</w:t>
      </w:r>
      <w:r>
        <w:br/>
      </w:r>
      <w:r>
        <w:rPr>
          <w:b/>
          <w:bCs/>
          <w:u w:val="single"/>
        </w:rPr>
        <w:t xml:space="preserve">Bequeathing</w:t>
      </w:r>
      <w:r>
        <w:rPr>
          <w:b/>
          <w:bCs/>
        </w:rPr>
        <w:t xml:space="preserve"> </w:t>
      </w:r>
      <w:r>
        <w:rPr>
          <w:b/>
          <w:bCs/>
        </w:rPr>
        <w:t xml:space="preserve">it as a rich legacy</w:t>
      </w:r>
      <w:r>
        <w:br/>
      </w:r>
      <w:r>
        <w:rPr>
          <w:b/>
          <w:bCs/>
        </w:rPr>
        <w:t xml:space="preserve">Unto their issue.</w:t>
      </w:r>
      <w:r>
        <w:br/>
      </w:r>
      <w:r>
        <w:t xml:space="preserve">    (a) taking upon death</w:t>
      </w:r>
      <w:r>
        <w:br/>
      </w:r>
      <w:r>
        <w:t xml:space="preserve">    (b) giving upon death</w:t>
      </w:r>
      <w:r>
        <w:br/>
      </w:r>
      <w:r>
        <w:t xml:space="preserve">    (c) showing upon death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'tis his will:</w:t>
      </w:r>
      <w:r>
        <w:br/>
      </w:r>
      <w:r>
        <w:rPr>
          <w:b/>
          <w:bCs/>
        </w:rPr>
        <w:t xml:space="preserve">Let but the commons hear this testament,--</w:t>
      </w:r>
      <w:r>
        <w:br/>
      </w:r>
      <w:r>
        <w:rPr>
          <w:b/>
          <w:bCs/>
        </w:rPr>
        <w:t xml:space="preserve">Which, pardon me, I do not mean to read,--</w:t>
      </w:r>
      <w:r>
        <w:br/>
      </w:r>
      <w:r>
        <w:rPr>
          <w:b/>
          <w:bCs/>
        </w:rPr>
        <w:t xml:space="preserve">And they would go and kiss dead Caesar's wounds,</w:t>
      </w:r>
      <w:r>
        <w:br/>
      </w:r>
      <w:r>
        <w:rPr>
          <w:b/>
          <w:bCs/>
        </w:rPr>
        <w:t xml:space="preserve">And dip their napkins in his sacred blood;</w:t>
      </w:r>
      <w:r>
        <w:br/>
      </w:r>
      <w:r>
        <w:rPr>
          <w:b/>
          <w:bCs/>
        </w:rPr>
        <w:t xml:space="preserve">Yea, beg a hair of him for memory,</w:t>
      </w:r>
      <w:r>
        <w:br/>
      </w:r>
      <w:r>
        <w:rPr>
          <w:b/>
          <w:bCs/>
        </w:rPr>
        <w:t xml:space="preserve">And, dying, mention it within their wills,</w:t>
      </w:r>
      <w:r>
        <w:br/>
      </w:r>
      <w:r>
        <w:rPr>
          <w:b/>
          <w:bCs/>
        </w:rPr>
        <w:t xml:space="preserve">Bequeathing it as a rich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legacy</w:t>
      </w:r>
      <w:r>
        <w:br/>
      </w:r>
      <w:r>
        <w:rPr>
          <w:b/>
          <w:bCs/>
        </w:rPr>
        <w:t xml:space="preserve">Unto their issue.</w:t>
      </w:r>
      <w:r>
        <w:br/>
      </w:r>
      <w:r>
        <w:t xml:space="preserve">    (a) gift given through a will</w:t>
      </w:r>
      <w:r>
        <w:br/>
      </w:r>
      <w:r>
        <w:t xml:space="preserve">    (b) false story often retold</w:t>
      </w:r>
      <w:r>
        <w:br/>
      </w:r>
      <w:r>
        <w:t xml:space="preserve">    (c) something buried with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 do you cross me in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exigent</w:t>
      </w:r>
      <w:r>
        <w:rPr>
          <w:b/>
          <w:bCs/>
        </w:rPr>
        <w:t xml:space="preserve">?</w:t>
      </w:r>
      <w:r>
        <w:br/>
      </w:r>
      <w:r>
        <w:t xml:space="preserve">    (a) demanding situation</w:t>
      </w:r>
      <w:r>
        <w:br/>
      </w:r>
      <w:r>
        <w:t xml:space="preserve">    (b) battle for supremacy</w:t>
      </w:r>
      <w:r>
        <w:br/>
      </w:r>
      <w:r>
        <w:t xml:space="preserve">    (c) ongoing debate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2026-07-27T14:27:51Z</dcterms:created>
  <dcterms:modified xsi:type="dcterms:W3CDTF">2026-07-27T14:27:51Z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