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2ef74fe507bd2bb72c102477045d12abf34d5"/>
    <w:p>
      <w:pPr>
        <w:pStyle w:val="Heading1"/>
      </w:pPr>
      <w:r>
        <w:rPr>
          <w:b/>
          <w:bCs/>
        </w:rPr>
        <w:t xml:space="preserve">Henry VIII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reduce</w:t>
      </w:r>
      <w:r>
        <w:br/>
      </w:r>
      <w:r>
        <w:t xml:space="preserve">    (b) increase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instructing</w:t>
      </w:r>
      <w:r>
        <w:br/>
      </w:r>
      <w:r>
        <w:t xml:space="preserve">    (c)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shows</w:t>
      </w:r>
      <w:r>
        <w:br/>
      </w:r>
      <w:r>
        <w:t xml:space="preserve">    (b) gives</w:t>
      </w:r>
      <w:r>
        <w:br/>
      </w:r>
      <w:r>
        <w:t xml:space="preserve">    (c) recommends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her dedication.</w:t>
      </w:r>
      <w:r>
        <w:br/>
      </w:r>
      <w:r>
        <w:t xml:space="preserve">    (a) envy</w:t>
      </w:r>
      <w:r>
        <w:br/>
      </w:r>
      <w:r>
        <w:t xml:space="preserve">    (b) miss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vote as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demands.</w:t>
      </w:r>
      <w:r>
        <w:br/>
      </w:r>
      <w:r>
        <w:t xml:space="preserve">    (a) fear of public ridicule</w:t>
      </w:r>
      <w:r>
        <w:br/>
      </w:r>
      <w:r>
        <w:t xml:space="preserve">    (b) sense of right and wrong</w:t>
      </w:r>
      <w:r>
        <w:br/>
      </w:r>
      <w:r>
        <w:t xml:space="preserve">    (c) memory of past events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intense anger</w:t>
      </w:r>
      <w:r>
        <w:br/>
      </w:r>
      <w:r>
        <w:t xml:space="preserve">    (b) lack of respect</w:t>
      </w:r>
      <w:r>
        <w:br/>
      </w:r>
      <w:r>
        <w:t xml:space="preserve">    (c) humility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barely noticed</w:t>
      </w:r>
      <w:r>
        <w:br/>
      </w:r>
      <w:r>
        <w:t xml:space="preserve">    (b) respected and well-known</w:t>
      </w:r>
      <w:r>
        <w:br/>
      </w:r>
      <w:r>
        <w:t xml:space="preserve">    (c) newly acquired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threatened</w:t>
      </w:r>
      <w:r>
        <w:br/>
      </w:r>
      <w:r>
        <w:t xml:space="preserve">    (b) bribed (with gifts)</w:t>
      </w:r>
      <w:r>
        <w:br/>
      </w:r>
      <w:r>
        <w:t xml:space="preserve">    (c) asked earnestly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tell others of</w:t>
      </w:r>
      <w:r>
        <w:br/>
      </w:r>
      <w:r>
        <w:t xml:space="preserve">    (b) pass through</w:t>
      </w:r>
      <w:r>
        <w:br/>
      </w:r>
      <w:r>
        <w:t xml:space="preserve">    (c) pay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integrity</w:t>
      </w:r>
      <w:r>
        <w:rPr>
          <w:b/>
          <w:bCs/>
        </w:rPr>
        <w:t xml:space="preserve"> </w:t>
      </w:r>
      <w:r>
        <w:rPr>
          <w:b/>
          <w:bCs/>
        </w:rPr>
        <w:t xml:space="preserve">is doing the right thing when nobody's going to know whether you did it or not.</w:t>
      </w:r>
      <w:r>
        <w:br/>
      </w:r>
      <w:r>
        <w:t xml:space="preserve">    (a) morality</w:t>
      </w:r>
      <w:r>
        <w:br/>
      </w:r>
      <w:r>
        <w:t xml:space="preserve">    (b) sacrifice</w:t>
      </w:r>
      <w:r>
        <w:br/>
      </w:r>
      <w:r>
        <w:t xml:space="preserve">    (c) foolishness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carelessly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in the order leads a simple life without luxury.</w:t>
      </w:r>
      <w:r>
        <w:br/>
      </w:r>
      <w:r>
        <w:t xml:space="preserve">    (a) a member of a religious order</w:t>
      </w:r>
      <w:r>
        <w:br/>
      </w:r>
      <w:r>
        <w:t xml:space="preserve">    (b) a male member of a religious order</w:t>
      </w:r>
      <w:r>
        <w:br/>
      </w:r>
      <w:r>
        <w:t xml:space="preserve">    (c) a female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die</w:t>
      </w:r>
      <w:r>
        <w:br/>
      </w:r>
      <w:r>
        <w:t xml:space="preserve">    (c) fail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correct</w:t>
      </w:r>
      <w:r>
        <w:br/>
      </w:r>
      <w:r>
        <w:t xml:space="preserve">    (b) calculate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deeply respects</w:t>
      </w:r>
      <w:r>
        <w:br/>
      </w:r>
      <w:r>
        <w:t xml:space="preserve">    (b) thoroughly enjoys</w:t>
      </w:r>
      <w:r>
        <w:br/>
      </w:r>
      <w:r>
        <w:t xml:space="preserve">    (c) dislikes and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Benedict Arnold was not captured after he committed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</w:t>
      </w:r>
      <w:r>
        <w:br/>
      </w:r>
      <w:r>
        <w:t xml:space="preserve">    (a) betrayal of one's own country</w:t>
      </w:r>
      <w:r>
        <w:br/>
      </w:r>
      <w:r>
        <w:t xml:space="preserve">    (b) war crimes against civilians</w:t>
      </w:r>
      <w:r>
        <w:br/>
      </w:r>
      <w:r>
        <w:t xml:space="preserve">    (c) committing acts of sabotage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loss (through death)</w:t>
      </w:r>
      <w:r>
        <w:br/>
      </w:r>
      <w:r>
        <w:t xml:space="preserve">    (c) unreturned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irresponsible</w:t>
      </w:r>
      <w:r>
        <w:br/>
      </w:r>
      <w:r>
        <w:t xml:space="preserve">    (b) foolish or thoughtless</w:t>
      </w:r>
      <w:r>
        <w:br/>
      </w:r>
      <w:r>
        <w:t xml:space="preserve">    (c) in terrible condition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2026-07-31T14:29:48Z</dcterms:created>
  <dcterms:modified xsi:type="dcterms:W3CDTF">2026-07-31T14:29:48Z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