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5c154cdb9ae766db6d8361a6db67e8d409b5f1"/>
    <w:p>
      <w:pPr>
        <w:pStyle w:val="Heading1"/>
      </w:pPr>
      <w:r>
        <w:rPr>
          <w:b/>
          <w:bCs/>
        </w:rPr>
        <w:t xml:space="preserve">Henry VIII</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do know Kinsmen of mine, three at the least, that have By this so sicken'd their estates, that never They shall</w:t>
      </w:r>
      <w:r>
        <w:rPr>
          <w:b/>
          <w:bCs/>
        </w:rPr>
        <w:t xml:space="preserve"> </w:t>
      </w:r>
      <w:r>
        <w:rPr>
          <w:b/>
          <w:bCs/>
          <w:u w:val="single"/>
        </w:rPr>
        <w:t xml:space="preserve">abound</w:t>
      </w:r>
      <w:r>
        <w:rPr>
          <w:b/>
          <w:bCs/>
        </w:rPr>
        <w:t xml:space="preserve"> </w:t>
      </w:r>
      <w:r>
        <w:rPr>
          <w:b/>
          <w:bCs/>
        </w:rPr>
        <w:t xml:space="preserve">as formerly.</w:t>
      </w:r>
      <w:r>
        <w:br/>
      </w:r>
      <w:r>
        <w:t xml:space="preserve">    (a) abundant or plentiful</w:t>
      </w:r>
      <w:r>
        <w:br/>
      </w:r>
      <w:r>
        <w:t xml:space="preserve">    (b) are extremely rare</w:t>
      </w:r>
      <w:r>
        <w:br/>
      </w:r>
      <w:r>
        <w:t xml:space="preserve">    (c) gradually disappear</w:t>
      </w:r>
    </w:p>
    <w:p>
      <w:pPr>
        <w:pStyle w:val="Compact"/>
        <w:numPr>
          <w:ilvl w:val="0"/>
          <w:numId w:val="1001"/>
        </w:numPr>
      </w:pPr>
      <w:r>
        <w:rPr>
          <w:b/>
          <w:bCs/>
        </w:rPr>
        <w:t xml:space="preserve">A proper title of a peace, and purchas'd At a</w:t>
      </w:r>
      <w:r>
        <w:rPr>
          <w:b/>
          <w:bCs/>
        </w:rPr>
        <w:t xml:space="preserve"> </w:t>
      </w:r>
      <w:r>
        <w:rPr>
          <w:b/>
          <w:bCs/>
          <w:u w:val="single"/>
        </w:rPr>
        <w:t xml:space="preserve">superfluous</w:t>
      </w:r>
      <w:r>
        <w:rPr>
          <w:b/>
          <w:bCs/>
        </w:rPr>
        <w:t xml:space="preserve"> </w:t>
      </w:r>
      <w:r>
        <w:rPr>
          <w:b/>
          <w:bCs/>
        </w:rPr>
        <w:t xml:space="preserve">rate!</w:t>
      </w:r>
      <w:r>
        <w:br/>
      </w:r>
      <w:r>
        <w:t xml:space="preserve">    (a) the quality of being sensible and careful</w:t>
      </w:r>
      <w:r>
        <w:br/>
      </w:r>
      <w:r>
        <w:t xml:space="preserve">    (b) without purpose, job, or natural activity</w:t>
      </w:r>
      <w:r>
        <w:br/>
      </w:r>
      <w:r>
        <w:t xml:space="preserve">    (c) more than is needed, desired, or required</w:t>
      </w:r>
    </w:p>
    <w:p>
      <w:pPr>
        <w:pStyle w:val="Compact"/>
        <w:numPr>
          <w:ilvl w:val="0"/>
          <w:numId w:val="1001"/>
        </w:numPr>
      </w:pPr>
      <w:r>
        <w:rPr>
          <w:b/>
          <w:bCs/>
        </w:rPr>
        <w:t xml:space="preserve">I read in 's looks Matter against me, and his eye revil'd Me as his</w:t>
      </w:r>
      <w:r>
        <w:rPr>
          <w:b/>
          <w:bCs/>
        </w:rPr>
        <w:t xml:space="preserve"> </w:t>
      </w:r>
      <w:r>
        <w:rPr>
          <w:b/>
          <w:bCs/>
          <w:u w:val="single"/>
        </w:rPr>
        <w:t xml:space="preserve">abject</w:t>
      </w:r>
      <w:r>
        <w:rPr>
          <w:b/>
          <w:bCs/>
        </w:rPr>
        <w:t xml:space="preserve"> </w:t>
      </w:r>
      <w:r>
        <w:rPr>
          <w:b/>
          <w:bCs/>
        </w:rPr>
        <w:t xml:space="preserve">object.</w:t>
      </w:r>
      <w:r>
        <w:br/>
      </w:r>
      <w:r>
        <w:t xml:space="preserve">    (a) outside</w:t>
      </w:r>
      <w:r>
        <w:br/>
      </w:r>
      <w:r>
        <w:t xml:space="preserve">    (b) certain</w:t>
      </w:r>
      <w:r>
        <w:br/>
      </w:r>
      <w:r>
        <w:t xml:space="preserve">    (c) extreme</w:t>
      </w:r>
    </w:p>
    <w:p>
      <w:pPr>
        <w:pStyle w:val="Compact"/>
        <w:numPr>
          <w:ilvl w:val="0"/>
          <w:numId w:val="1001"/>
        </w:numPr>
      </w:pPr>
      <w:r>
        <w:rPr>
          <w:b/>
          <w:bCs/>
        </w:rPr>
        <w:t xml:space="preserve">This cunning Cardinal The articles o' the combination drew As himself pleas'd; and they were</w:t>
      </w:r>
      <w:r>
        <w:rPr>
          <w:b/>
          <w:bCs/>
        </w:rPr>
        <w:t xml:space="preserve"> </w:t>
      </w:r>
      <w:r>
        <w:rPr>
          <w:b/>
          <w:bCs/>
          <w:u w:val="single"/>
        </w:rPr>
        <w:t xml:space="preserve">ratified</w:t>
      </w:r>
      <w:r>
        <w:rPr>
          <w:b/>
          <w:bCs/>
        </w:rPr>
        <w:t xml:space="preserve"> </w:t>
      </w:r>
      <w:r>
        <w:rPr>
          <w:b/>
          <w:bCs/>
        </w:rPr>
        <w:t xml:space="preserve">As he cried "Thus let be," to as much end As give a crutch to the dead.</w:t>
      </w:r>
      <w:r>
        <w:br/>
      </w:r>
      <w:r>
        <w:t xml:space="preserve">    (a) not said</w:t>
      </w:r>
      <w:r>
        <w:br/>
      </w:r>
      <w:r>
        <w:t xml:space="preserve">    (b) restored</w:t>
      </w:r>
      <w:r>
        <w:br/>
      </w:r>
      <w:r>
        <w:t xml:space="preserve">    (c) approved</w:t>
      </w:r>
    </w:p>
    <w:p>
      <w:pPr>
        <w:pStyle w:val="Compact"/>
        <w:numPr>
          <w:ilvl w:val="0"/>
          <w:numId w:val="1001"/>
        </w:numPr>
      </w:pPr>
      <w:r>
        <w:rPr>
          <w:b/>
          <w:bCs/>
        </w:rPr>
        <w:t xml:space="preserve">His fears were, that the interview betwixt England and France might, through their</w:t>
      </w:r>
      <w:r>
        <w:rPr>
          <w:b/>
          <w:bCs/>
        </w:rPr>
        <w:t xml:space="preserve"> </w:t>
      </w:r>
      <w:r>
        <w:rPr>
          <w:b/>
          <w:bCs/>
          <w:u w:val="single"/>
        </w:rPr>
        <w:t xml:space="preserve">amity</w:t>
      </w:r>
      <w:r>
        <w:rPr>
          <w:b/>
          <w:bCs/>
        </w:rPr>
        <w:t xml:space="preserve">, Breed him some prejudice; for from this league Peep'd harms that menac'd him.</w:t>
      </w:r>
      <w:r>
        <w:br/>
      </w:r>
      <w:r>
        <w:t xml:space="preserve">    (a) something taken on or adopted</w:t>
      </w:r>
      <w:r>
        <w:br/>
      </w:r>
      <w:r>
        <w:t xml:space="preserve">    (b) a state of friendly relations</w:t>
      </w:r>
      <w:r>
        <w:br/>
      </w:r>
      <w:r>
        <w:t xml:space="preserve">    (c) aka analysist -- psychiatrist</w:t>
      </w:r>
    </w:p>
    <w:p>
      <w:pPr>
        <w:pStyle w:val="Compact"/>
        <w:numPr>
          <w:ilvl w:val="0"/>
          <w:numId w:val="1001"/>
        </w:numPr>
      </w:pPr>
      <w:r>
        <w:rPr>
          <w:b/>
          <w:bCs/>
        </w:rPr>
        <w:t xml:space="preserve">And for me, I have no further gone in this than by A single voice; and that not pass'd me but By learned</w:t>
      </w:r>
      <w:r>
        <w:rPr>
          <w:b/>
          <w:bCs/>
        </w:rPr>
        <w:t xml:space="preserve"> </w:t>
      </w:r>
      <w:r>
        <w:rPr>
          <w:b/>
          <w:bCs/>
          <w:u w:val="single"/>
        </w:rPr>
        <w:t xml:space="preserve">approbation</w:t>
      </w:r>
      <w:r>
        <w:rPr>
          <w:b/>
          <w:bCs/>
        </w:rPr>
        <w:t xml:space="preserve"> </w:t>
      </w:r>
      <w:r>
        <w:rPr>
          <w:b/>
          <w:bCs/>
        </w:rPr>
        <w:t xml:space="preserve">of the judges.</w:t>
      </w:r>
      <w:r>
        <w:br/>
      </w:r>
      <w:r>
        <w:t xml:space="preserve">    (a) not real</w:t>
      </w:r>
      <w:r>
        <w:br/>
      </w:r>
      <w:r>
        <w:t xml:space="preserve">    (b) allowing</w:t>
      </w:r>
      <w:r>
        <w:br/>
      </w:r>
      <w:r>
        <w:t xml:space="preserve">    (c) approval</w:t>
      </w:r>
    </w:p>
    <w:p>
      <w:pPr>
        <w:pStyle w:val="Compact"/>
        <w:numPr>
          <w:ilvl w:val="0"/>
          <w:numId w:val="1001"/>
        </w:numPr>
      </w:pPr>
      <w:r>
        <w:rPr>
          <w:b/>
          <w:bCs/>
        </w:rPr>
        <w:t xml:space="preserve">After "the Duke his father," with "the knife," He stretch'd him, and, with one hand on his dagger, Another spread on 's breast, mounting his eyes, He did discharge a horrible oath; whose tenour Was, were he evil us'd, he would outgo His father by as much as a performance Does an</w:t>
      </w:r>
      <w:r>
        <w:rPr>
          <w:b/>
          <w:bCs/>
        </w:rPr>
        <w:t xml:space="preserve"> </w:t>
      </w:r>
      <w:r>
        <w:rPr>
          <w:b/>
          <w:bCs/>
          <w:u w:val="single"/>
        </w:rPr>
        <w:t xml:space="preserve">irresolute</w:t>
      </w:r>
      <w:r>
        <w:rPr>
          <w:b/>
          <w:bCs/>
        </w:rPr>
        <w:t xml:space="preserve"> </w:t>
      </w:r>
      <w:r>
        <w:rPr>
          <w:b/>
          <w:bCs/>
        </w:rPr>
        <w:t xml:space="preserve">purpose.</w:t>
      </w:r>
      <w:r>
        <w:br/>
      </w:r>
      <w:r>
        <w:t xml:space="preserve">    (a) poor ability to make a decision</w:t>
      </w:r>
      <w:r>
        <w:br/>
      </w:r>
      <w:r>
        <w:t xml:space="preserve">    (b) uncertain how to act or proceed</w:t>
      </w:r>
      <w:r>
        <w:br/>
      </w:r>
      <w:r>
        <w:t xml:space="preserve">    (c) non-traditional or non-standard</w:t>
      </w:r>
    </w:p>
    <w:p>
      <w:pPr>
        <w:pStyle w:val="Compact"/>
        <w:numPr>
          <w:ilvl w:val="0"/>
          <w:numId w:val="1001"/>
        </w:numPr>
      </w:pPr>
      <w:r>
        <w:rPr>
          <w:b/>
          <w:bCs/>
        </w:rPr>
        <w:t xml:space="preserve">When he was brought again to the bar, to hear His</w:t>
      </w:r>
      <w:r>
        <w:rPr>
          <w:b/>
          <w:bCs/>
        </w:rPr>
        <w:t xml:space="preserve"> </w:t>
      </w:r>
      <w:r>
        <w:rPr>
          <w:b/>
          <w:bCs/>
          <w:u w:val="single"/>
        </w:rPr>
        <w:t xml:space="preserve">knell</w:t>
      </w:r>
      <w:r>
        <w:rPr>
          <w:b/>
          <w:bCs/>
        </w:rPr>
        <w:t xml:space="preserve"> </w:t>
      </w:r>
      <w:r>
        <w:rPr>
          <w:b/>
          <w:bCs/>
        </w:rPr>
        <w:t xml:space="preserve">rung out, his judgment, he was stirr'd With such an agony, he sweat extremely, And something spoke in choler, ill, and hasty.</w:t>
      </w:r>
      <w:r>
        <w:br/>
      </w:r>
      <w:r>
        <w:t xml:space="preserve">    (a) a regular payment to a person that is intended to allow them to have an income without working</w:t>
      </w:r>
      <w:r>
        <w:br/>
      </w:r>
      <w:r>
        <w:t xml:space="preserve">    (b) (noun) a strip of hair made lighter in color  OR  (verb) making strips of hair lighter in color</w:t>
      </w:r>
      <w:r>
        <w:br/>
      </w:r>
      <w:r>
        <w:t xml:space="preserve">    (c) a slow, solemn bell sound -- especially announcing death</w:t>
      </w:r>
      <w:r>
        <w:br/>
      </w:r>
      <w:r>
        <w:br/>
      </w:r>
      <w:r>
        <w:t xml:space="preserve">or:</w:t>
      </w:r>
      <w:r>
        <w:br/>
      </w:r>
      <w:r>
        <w:br/>
      </w:r>
      <w:r>
        <w:t xml:space="preserve">a sign that something is ending</w:t>
      </w:r>
    </w:p>
    <w:p>
      <w:pPr>
        <w:pStyle w:val="Compact"/>
        <w:numPr>
          <w:ilvl w:val="0"/>
          <w:numId w:val="1001"/>
        </w:numPr>
      </w:pPr>
      <w:r>
        <w:rPr>
          <w:b/>
          <w:bCs/>
        </w:rPr>
        <w:t xml:space="preserve">All the commons Hate him</w:t>
      </w:r>
      <w:r>
        <w:rPr>
          <w:b/>
          <w:bCs/>
        </w:rPr>
        <w:t xml:space="preserve"> </w:t>
      </w:r>
      <w:r>
        <w:rPr>
          <w:b/>
          <w:bCs/>
          <w:u w:val="single"/>
        </w:rPr>
        <w:t xml:space="preserve">perniciously</w:t>
      </w:r>
      <w:r>
        <w:rPr>
          <w:b/>
          <w:bCs/>
        </w:rPr>
        <w:t xml:space="preserve">, and, o' my conscience, Wish him ten fathom deep.</w:t>
      </w:r>
      <w:r>
        <w:br/>
      </w:r>
      <w:r>
        <w:t xml:space="preserve">    (a) the state of being worthy of entry -- especially evidence allowable in court</w:t>
      </w:r>
      <w:r>
        <w:br/>
      </w:r>
      <w:r>
        <w:t xml:space="preserve">    (b) harmful or something spreading harm -- especially in a gradual or subtle way</w:t>
      </w:r>
      <w:r>
        <w:br/>
      </w:r>
      <w:r>
        <w:t xml:space="preserve">    (c) with acceptance of something undesired as unavoidable or the lesser of evils</w:t>
      </w:r>
    </w:p>
    <w:p>
      <w:pPr>
        <w:pStyle w:val="Compact"/>
        <w:numPr>
          <w:ilvl w:val="0"/>
          <w:numId w:val="1001"/>
        </w:numPr>
      </w:pPr>
      <w:r>
        <w:rPr>
          <w:b/>
          <w:bCs/>
        </w:rPr>
        <w:t xml:space="preserve">But that</w:t>
      </w:r>
      <w:r>
        <w:rPr>
          <w:b/>
          <w:bCs/>
        </w:rPr>
        <w:t xml:space="preserve"> </w:t>
      </w:r>
      <w:r>
        <w:rPr>
          <w:b/>
          <w:bCs/>
          <w:u w:val="single"/>
        </w:rPr>
        <w:t xml:space="preserve">slander</w:t>
      </w:r>
      <w:r>
        <w:rPr>
          <w:b/>
          <w:bCs/>
        </w:rPr>
        <w:t xml:space="preserve">, sir, Is found a truth now; for it grows again Fresher than e'er it was; and held for certain The King will venture at it.</w:t>
      </w:r>
      <w:r>
        <w:br/>
      </w:r>
      <w:r>
        <w:t xml:space="preserve">    (a) a rough calculation or guess of a value, quantity, or extent of something</w:t>
      </w:r>
      <w:r>
        <w:br/>
      </w:r>
      <w:r>
        <w:t xml:space="preserve">    (b) lie in such a way as to damage the reputation of another; or the lies told</w:t>
      </w:r>
      <w:r>
        <w:br/>
      </w:r>
      <w:r>
        <w:t xml:space="preserve">    (c) surgically interrupt nerve tracts to and from the frontal lobe of the brain</w:t>
      </w:r>
    </w:p>
    <w:p>
      <w:pPr>
        <w:pStyle w:val="Compact"/>
        <w:numPr>
          <w:ilvl w:val="0"/>
          <w:numId w:val="1001"/>
        </w:numPr>
      </w:pPr>
      <w:r>
        <w:rPr>
          <w:b/>
          <w:bCs/>
        </w:rPr>
        <w:t xml:space="preserve">The Queen shall be acquainted</w:t>
      </w:r>
      <w:r>
        <w:rPr>
          <w:b/>
          <w:bCs/>
        </w:rPr>
        <w:t xml:space="preserve"> </w:t>
      </w:r>
      <w:r>
        <w:rPr>
          <w:b/>
          <w:bCs/>
          <w:u w:val="single"/>
        </w:rPr>
        <w:t xml:space="preserve">Forthwith</w:t>
      </w:r>
      <w:r>
        <w:rPr>
          <w:b/>
          <w:bCs/>
        </w:rPr>
        <w:t xml:space="preserve"> </w:t>
      </w:r>
      <w:r>
        <w:rPr>
          <w:b/>
          <w:bCs/>
        </w:rPr>
        <w:t xml:space="preserve">for what you come.</w:t>
      </w:r>
      <w:r>
        <w:br/>
      </w:r>
      <w:r>
        <w:t xml:space="preserve">    (a) a last name</w:t>
      </w:r>
      <w:r>
        <w:br/>
      </w:r>
      <w:r>
        <w:t xml:space="preserve">    (b) immediately</w:t>
      </w:r>
      <w:r>
        <w:br/>
      </w:r>
      <w:r>
        <w:t xml:space="preserve">    (c) well suited</w:t>
      </w:r>
    </w:p>
    <w:p>
      <w:pPr>
        <w:pStyle w:val="Compact"/>
        <w:numPr>
          <w:ilvl w:val="0"/>
          <w:numId w:val="1001"/>
        </w:numPr>
      </w:pPr>
      <w:r>
        <w:rPr>
          <w:b/>
          <w:bCs/>
        </w:rPr>
        <w:t xml:space="preserve">Prove but our marriage lawful, by my life And kingly dignity, we are contented To wear our mortal state to come with her, Katherine our queen, before the primest creature That's</w:t>
      </w:r>
      <w:r>
        <w:rPr>
          <w:b/>
          <w:bCs/>
        </w:rPr>
        <w:t xml:space="preserve"> </w:t>
      </w:r>
      <w:r>
        <w:rPr>
          <w:b/>
          <w:bCs/>
          <w:u w:val="single"/>
        </w:rPr>
        <w:t xml:space="preserve">paragon</w:t>
      </w:r>
      <w:r>
        <w:rPr>
          <w:b/>
          <w:bCs/>
        </w:rPr>
        <w:t xml:space="preserve">'d o' the world.</w:t>
      </w:r>
      <w:r>
        <w:br/>
      </w:r>
      <w:r>
        <w:t xml:space="preserve">    (a) an ideal instance; or model of excellence</w:t>
      </w:r>
      <w:r>
        <w:br/>
      </w:r>
      <w:r>
        <w:t xml:space="preserve">    (b) treating thoughtlessly or without respect</w:t>
      </w:r>
      <w:r>
        <w:br/>
      </w:r>
      <w:r>
        <w:t xml:space="preserve">    (c) stop interacting; or stop having interest</w:t>
      </w:r>
    </w:p>
    <w:p>
      <w:pPr>
        <w:pStyle w:val="Compact"/>
        <w:numPr>
          <w:ilvl w:val="0"/>
          <w:numId w:val="1001"/>
        </w:numPr>
      </w:pPr>
      <w:r>
        <w:rPr>
          <w:b/>
          <w:bCs/>
        </w:rPr>
        <w:t xml:space="preserve">These Cardinals trifle with me; I abhor</w:t>
      </w:r>
      <w:r>
        <w:br/>
      </w:r>
      <w:r>
        <w:rPr>
          <w:b/>
          <w:bCs/>
        </w:rPr>
        <w:t xml:space="preserve">This</w:t>
      </w:r>
      <w:r>
        <w:rPr>
          <w:b/>
          <w:bCs/>
        </w:rPr>
        <w:t xml:space="preserve"> </w:t>
      </w:r>
      <w:r>
        <w:rPr>
          <w:b/>
          <w:bCs/>
          <w:u w:val="single"/>
        </w:rPr>
        <w:t xml:space="preserve">dilatory</w:t>
      </w:r>
      <w:r>
        <w:rPr>
          <w:b/>
          <w:bCs/>
        </w:rPr>
        <w:t xml:space="preserve"> </w:t>
      </w:r>
      <w:r>
        <w:rPr>
          <w:b/>
          <w:bCs/>
        </w:rPr>
        <w:t xml:space="preserve">sloth and tricks of Rome.</w:t>
      </w:r>
      <w:r>
        <w:br/>
      </w:r>
      <w:r>
        <w:t xml:space="preserve">    (a) consistent or the same</w:t>
      </w:r>
      <w:r>
        <w:br/>
      </w:r>
      <w:r>
        <w:t xml:space="preserve">    (b) not aware of something</w:t>
      </w:r>
      <w:r>
        <w:br/>
      </w:r>
      <w:r>
        <w:t xml:space="preserve">    (c) slow</w:t>
      </w:r>
    </w:p>
    <w:p>
      <w:pPr>
        <w:pStyle w:val="Compact"/>
        <w:numPr>
          <w:ilvl w:val="0"/>
          <w:numId w:val="1001"/>
        </w:numPr>
      </w:pPr>
      <w:r>
        <w:rPr>
          <w:b/>
          <w:bCs/>
        </w:rPr>
        <w:t xml:space="preserve">Many more there are; Which, since they are of you, and</w:t>
      </w:r>
      <w:r>
        <w:rPr>
          <w:b/>
          <w:bCs/>
        </w:rPr>
        <w:t xml:space="preserve"> </w:t>
      </w:r>
      <w:r>
        <w:rPr>
          <w:b/>
          <w:bCs/>
          <w:u w:val="single"/>
        </w:rPr>
        <w:t xml:space="preserve">odious</w:t>
      </w:r>
      <w:r>
        <w:rPr>
          <w:b/>
          <w:bCs/>
        </w:rPr>
        <w:t xml:space="preserve">, I will not taint my mouth with.</w:t>
      </w:r>
      <w:r>
        <w:br/>
      </w:r>
      <w:r>
        <w:t xml:space="preserve">    (a) extremely unpleasant, disgusting, dislikable, or worthy of hate</w:t>
      </w:r>
      <w:r>
        <w:br/>
      </w:r>
      <w:r>
        <w:t xml:space="preserve">    (b) the degree to which something is able to change or is different</w:t>
      </w:r>
      <w:r>
        <w:br/>
      </w:r>
      <w:r>
        <w:t xml:space="preserve">    (c) not trustworthy, or improper, or attracting unwelcome attention</w:t>
      </w:r>
    </w:p>
    <w:p>
      <w:pPr>
        <w:pStyle w:val="Compact"/>
        <w:numPr>
          <w:ilvl w:val="0"/>
          <w:numId w:val="1001"/>
        </w:numPr>
      </w:pPr>
      <w:r>
        <w:rPr>
          <w:b/>
          <w:bCs/>
        </w:rPr>
        <w:t xml:space="preserve">I am able now, methinks, Out of a</w:t>
      </w:r>
      <w:r>
        <w:rPr>
          <w:b/>
          <w:bCs/>
        </w:rPr>
        <w:t xml:space="preserve"> </w:t>
      </w:r>
      <w:r>
        <w:rPr>
          <w:b/>
          <w:bCs/>
          <w:u w:val="single"/>
        </w:rPr>
        <w:t xml:space="preserve">fortitude</w:t>
      </w:r>
      <w:r>
        <w:rPr>
          <w:b/>
          <w:bCs/>
        </w:rPr>
        <w:t xml:space="preserve"> </w:t>
      </w:r>
      <w:r>
        <w:rPr>
          <w:b/>
          <w:bCs/>
        </w:rPr>
        <w:t xml:space="preserve">of soul I feel, To endure more miseries and greater far Than my weak-hearted enemies dare offer.</w:t>
      </w:r>
      <w:r>
        <w:br/>
      </w:r>
      <w:r>
        <w:t xml:space="preserve">    (a) unconstrained in some way -- such as untied or no longer obligated</w:t>
      </w:r>
      <w:r>
        <w:br/>
      </w:r>
      <w:r>
        <w:t xml:space="preserve">    (b) the highest degree awarded in universities in many fields of study</w:t>
      </w:r>
      <w:r>
        <w:br/>
      </w:r>
      <w:r>
        <w:t xml:space="preserve">    (c) strength of mind that enables one to endure adversity with courage</w:t>
      </w:r>
    </w:p>
    <w:p>
      <w:pPr>
        <w:pStyle w:val="Compact"/>
        <w:numPr>
          <w:ilvl w:val="0"/>
          <w:numId w:val="1001"/>
        </w:numPr>
      </w:pPr>
      <w:r>
        <w:rPr>
          <w:b/>
          <w:bCs/>
        </w:rPr>
        <w:t xml:space="preserve">Of his own body he was ill, and gave The</w:t>
      </w:r>
      <w:r>
        <w:rPr>
          <w:b/>
          <w:bCs/>
        </w:rPr>
        <w:t xml:space="preserve"> </w:t>
      </w:r>
      <w:r>
        <w:rPr>
          <w:b/>
          <w:bCs/>
          <w:u w:val="single"/>
        </w:rPr>
        <w:t xml:space="preserve">clergy</w:t>
      </w:r>
      <w:r>
        <w:rPr>
          <w:b/>
          <w:bCs/>
        </w:rPr>
        <w:t xml:space="preserve"> </w:t>
      </w:r>
      <w:r>
        <w:rPr>
          <w:b/>
          <w:bCs/>
        </w:rPr>
        <w:t xml:space="preserve">ill example.</w:t>
      </w:r>
      <w:r>
        <w:br/>
      </w:r>
      <w:r>
        <w:t xml:space="preserve">    (a) the position of being in charge of a group of monks</w:t>
      </w:r>
      <w:r>
        <w:br/>
      </w:r>
      <w:r>
        <w:t xml:space="preserve">    (b) formal religious leaders (typically in Christianity)</w:t>
      </w:r>
      <w:r>
        <w:br/>
      </w:r>
      <w:r>
        <w:t xml:space="preserve">    (c) with disapproval or distrust; or directed to one side</w:t>
      </w:r>
    </w:p>
    <w:p>
      <w:pPr>
        <w:pStyle w:val="Compact"/>
        <w:numPr>
          <w:ilvl w:val="0"/>
          <w:numId w:val="1001"/>
        </w:numPr>
      </w:pPr>
      <w:r>
        <w:rPr>
          <w:b/>
          <w:bCs/>
        </w:rPr>
        <w:t xml:space="preserve">In which I have commended to his goodness The model of our</w:t>
      </w:r>
      <w:r>
        <w:rPr>
          <w:b/>
          <w:bCs/>
        </w:rPr>
        <w:t xml:space="preserve"> </w:t>
      </w:r>
      <w:r>
        <w:rPr>
          <w:b/>
          <w:bCs/>
          <w:u w:val="single"/>
        </w:rPr>
        <w:t xml:space="preserve">chaste</w:t>
      </w:r>
      <w:r>
        <w:rPr>
          <w:b/>
          <w:bCs/>
        </w:rPr>
        <w:t xml:space="preserve"> </w:t>
      </w:r>
      <w:r>
        <w:rPr>
          <w:b/>
          <w:bCs/>
        </w:rPr>
        <w:t xml:space="preserve">loves, his young daughter; The dews of heaven fall thick in blessings on her!</w:t>
      </w:r>
      <w:r>
        <w:br/>
      </w:r>
      <w:r>
        <w:t xml:space="preserve">    (a) a citizen of Rome between the founding of the city (753 BC) and the fall of the Western Roman Empire (476 AD)</w:t>
      </w:r>
      <w:r>
        <w:br/>
      </w:r>
      <w:r>
        <w:t xml:space="preserve">    (b) able to be portrayed or created in a particular way  OR  able to be interpreted, translated, or extracted from</w:t>
      </w:r>
      <w:r>
        <w:br/>
      </w:r>
      <w:r>
        <w:t xml:space="preserve">    (c) not having sexual intercourse (ever, outside of marriage, or for a long time); or not involving sexual desire</w:t>
      </w:r>
    </w:p>
    <w:p>
      <w:pPr>
        <w:pStyle w:val="Compact"/>
        <w:numPr>
          <w:ilvl w:val="0"/>
          <w:numId w:val="1001"/>
        </w:numPr>
      </w:pPr>
      <w:r>
        <w:rPr>
          <w:b/>
          <w:bCs/>
        </w:rPr>
        <w:t xml:space="preserve">From your affairs I</w:t>
      </w:r>
      <w:r>
        <w:rPr>
          <w:b/>
          <w:bCs/>
        </w:rPr>
        <w:t xml:space="preserve"> </w:t>
      </w:r>
      <w:r>
        <w:rPr>
          <w:b/>
          <w:bCs/>
          <w:u w:val="single"/>
        </w:rPr>
        <w:t xml:space="preserve">hinder</w:t>
      </w:r>
      <w:r>
        <w:rPr>
          <w:b/>
          <w:bCs/>
        </w:rPr>
        <w:t xml:space="preserve"> </w:t>
      </w:r>
      <w:r>
        <w:rPr>
          <w:b/>
          <w:bCs/>
        </w:rPr>
        <w:t xml:space="preserve">you too long.</w:t>
      </w:r>
      <w:r>
        <w:br/>
      </w:r>
      <w:r>
        <w:t xml:space="preserve">    (a) slowed down or caused problems for</w:t>
      </w:r>
      <w:r>
        <w:br/>
      </w:r>
      <w:r>
        <w:t xml:space="preserve">    (b) make different; or show difference</w:t>
      </w:r>
      <w:r>
        <w:br/>
      </w:r>
      <w:r>
        <w:t xml:space="preserve">    (c) to cause something to move forward</w:t>
      </w:r>
    </w:p>
    <w:p>
      <w:pPr>
        <w:pStyle w:val="Compact"/>
        <w:numPr>
          <w:ilvl w:val="0"/>
          <w:numId w:val="1001"/>
        </w:numPr>
      </w:pPr>
      <w:r>
        <w:rPr>
          <w:b/>
          <w:bCs/>
        </w:rPr>
        <w:t xml:space="preserve">I humbly thank your Highness; And am right glad to catch this good occasion Most throughly to be winnowed, where my chaff And corn shall fly asunder; for, I know, There's none stands under more</w:t>
      </w:r>
      <w:r>
        <w:rPr>
          <w:b/>
          <w:bCs/>
        </w:rPr>
        <w:t xml:space="preserve"> </w:t>
      </w:r>
      <w:r>
        <w:rPr>
          <w:b/>
          <w:bCs/>
          <w:u w:val="single"/>
        </w:rPr>
        <w:t xml:space="preserve">calumnious</w:t>
      </w:r>
      <w:r>
        <w:rPr>
          <w:b/>
          <w:bCs/>
        </w:rPr>
        <w:t xml:space="preserve"> </w:t>
      </w:r>
      <w:r>
        <w:rPr>
          <w:b/>
          <w:bCs/>
        </w:rPr>
        <w:t xml:space="preserve">tongues Than I myself, poor man.</w:t>
      </w:r>
      <w:r>
        <w:br/>
      </w:r>
      <w:r>
        <w:t xml:space="preserve">    (a) able to be stopped from happening</w:t>
      </w:r>
      <w:r>
        <w:br/>
      </w:r>
      <w:r>
        <w:t xml:space="preserve">    (b) false accusation against a person</w:t>
      </w:r>
      <w:r>
        <w:br/>
      </w:r>
      <w:r>
        <w:t xml:space="preserve">    (c) improper, awkward, or unfavorable</w:t>
      </w:r>
    </w:p>
    <w:p>
      <w:pPr>
        <w:pStyle w:val="Compact"/>
        <w:numPr>
          <w:ilvl w:val="0"/>
          <w:numId w:val="1001"/>
        </w:numPr>
      </w:pPr>
      <w:r>
        <w:rPr>
          <w:b/>
          <w:bCs/>
          <w:u w:val="single"/>
        </w:rPr>
        <w:t xml:space="preserve">Forbear</w:t>
      </w:r>
      <w:r>
        <w:rPr>
          <w:b/>
          <w:bCs/>
        </w:rPr>
        <w:t xml:space="preserve">, for shame, my lords.</w:t>
      </w:r>
      <w:r>
        <w:br/>
      </w:r>
      <w:r>
        <w:t xml:space="preserve">    (a) where attention is concentrated</w:t>
      </w:r>
      <w:r>
        <w:br/>
      </w:r>
      <w:r>
        <w:t xml:space="preserve">    (b) the ability to take on or adopt</w:t>
      </w:r>
      <w:r>
        <w:br/>
      </w:r>
      <w:r>
        <w:t xml:space="preserve">    (c) refrain (hold back) from acting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2026-07-31T14:29:49Z</dcterms:created>
  <dcterms:modified xsi:type="dcterms:W3CDTF">2026-07-31T14:29:49Z</dcterms:modified>
</cp:coreProperties>
</file>

<file path=docProps/custom.xml><?xml version="1.0" encoding="utf-8"?>
<Properties xmlns="http://schemas.openxmlformats.org/officeDocument/2006/custom-properties" xmlns:vt="http://schemas.openxmlformats.org/officeDocument/2006/docPropsVTypes"/>
</file>