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c8ee2f8dfe81cf9c67323081f8c1eb70ca2e09"/>
    <w:p>
      <w:pPr>
        <w:pStyle w:val="Heading1"/>
      </w:pPr>
      <w:r>
        <w:rPr>
          <w:b/>
          <w:bCs/>
        </w:rPr>
        <w:t xml:space="preserve">Seventeenth Summer</w:t>
      </w:r>
      <w:r>
        <w:br/>
      </w:r>
      <w:r>
        <w:rPr>
          <w:i/>
          <w:iCs/>
        </w:rPr>
        <w:t xml:space="preserve">Maureen Daly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music seemed to fill the whole room at Pete's with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tilt,</w:t>
      </w:r>
      <w:r>
        <w:br/>
      </w:r>
      <w:r>
        <w:t xml:space="preserve">    (a) sharp or intense</w:t>
      </w:r>
      <w:r>
        <w:br/>
      </w:r>
      <w:r>
        <w:t xml:space="preserve">    (b) likely to change</w:t>
      </w:r>
      <w:r>
        <w:br/>
      </w:r>
      <w:r>
        <w:t xml:space="preserve">    (c) able to be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broke off a bit of the tall spruce that grows beside our steps and smelled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pungent</w:t>
      </w:r>
      <w:r>
        <w:rPr>
          <w:b/>
          <w:bCs/>
        </w:rPr>
        <w:t xml:space="preserve"> </w:t>
      </w:r>
      <w:r>
        <w:rPr>
          <w:b/>
          <w:bCs/>
        </w:rPr>
        <w:t xml:space="preserve">piny odor rising in the air.</w:t>
      </w:r>
      <w:r>
        <w:br/>
      </w:r>
      <w:r>
        <w:t xml:space="preserve">    (a) related to the branch of medicine that deals with the diseases of women -- especially those of the reproductive organs</w:t>
      </w:r>
      <w:r>
        <w:br/>
      </w:r>
      <w:r>
        <w:t xml:space="preserve">    (b) strong smelling or tasting</w:t>
      </w:r>
      <w:r>
        <w:br/>
      </w:r>
      <w:r>
        <w:br/>
      </w:r>
      <w:r>
        <w:t xml:space="preserve">or much more rarely: anything sharp, painful, or penetrating -- physically or emotionally</w:t>
      </w:r>
      <w:r>
        <w:br/>
      </w:r>
      <w:r>
        <w:t xml:space="preserve">    (c) a member of the 1960's counterculture associated with long hair, illegal drugs, casual sex, and opposition to violence.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Dollie sat down backwards suddenly with her legs sprawled in front of her and cried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petulantly</w:t>
      </w:r>
      <w:r>
        <w:rPr>
          <w:b/>
          <w:bCs/>
        </w:rPr>
        <w:t xml:space="preserve"> </w:t>
      </w:r>
      <w:r>
        <w:rPr>
          <w:b/>
          <w:bCs/>
        </w:rPr>
        <w:t xml:space="preserve">accusing voice, "Johnnie, you pushed me on purpose!" and everyone laughed.</w:t>
      </w:r>
      <w:r>
        <w:br/>
      </w:r>
      <w:r>
        <w:t xml:space="preserve">    (a) in a manner that does not change</w:t>
      </w:r>
      <w:r>
        <w:br/>
      </w:r>
      <w:r>
        <w:t xml:space="preserve">    (b) unreasonably annoyed or upset</w:t>
      </w:r>
      <w:r>
        <w:br/>
      </w:r>
      <w:r>
        <w:t xml:space="preserve">    (c) in a manner that deserves praise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mused</w:t>
      </w:r>
      <w:r>
        <w:rPr>
          <w:b/>
          <w:bCs/>
        </w:rPr>
        <w:t xml:space="preserve"> </w:t>
      </w:r>
      <w:r>
        <w:rPr>
          <w:b/>
          <w:bCs/>
        </w:rPr>
        <w:t xml:space="preserve">over the thought for a while and soon the quiet stretched into long minutes</w:t>
      </w:r>
      <w:r>
        <w:br/>
      </w:r>
      <w:r>
        <w:t xml:space="preserve">    (a) reflected (thought) deeply on a subject</w:t>
      </w:r>
      <w:r>
        <w:br/>
      </w:r>
      <w:r>
        <w:t xml:space="preserve">    (b) expelled or gotten rid of</w:t>
      </w:r>
      <w:r>
        <w:br/>
      </w:r>
      <w:r>
        <w:t xml:space="preserve">    (c) was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my turn to sound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exasperated</w:t>
      </w:r>
      <w:r>
        <w:rPr>
          <w:b/>
          <w:bCs/>
        </w:rPr>
        <w:t xml:space="preserve">, but inside my head words were bumping together so fast that I didn't know what to say.</w:t>
      </w:r>
      <w:r>
        <w:br/>
      </w:r>
      <w:r>
        <w:t xml:space="preserve">    (a) said indirectly</w:t>
      </w:r>
      <w:r>
        <w:br/>
      </w:r>
      <w:r>
        <w:t xml:space="preserve">    (b) came or arrived</w:t>
      </w:r>
      <w:r>
        <w:br/>
      </w:r>
      <w:r>
        <w:t xml:space="preserve">    (c) greatly annoyed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"Well," answered my mother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benevolently</w:t>
      </w:r>
      <w:r>
        <w:rPr>
          <w:b/>
          <w:bCs/>
        </w:rPr>
        <w:t xml:space="preserve">, "I don't see as that makes much difference. Having no folks of his own in town to spend the holiday with, he might as well come along with us."</w:t>
      </w:r>
      <w:r>
        <w:br/>
      </w:r>
      <w:r>
        <w:t xml:space="preserve">    (a) in a morally correct manner</w:t>
      </w:r>
      <w:r>
        <w:br/>
      </w:r>
      <w:r>
        <w:t xml:space="preserve">    (b) in a strongly biased manner</w:t>
      </w:r>
      <w:r>
        <w:br/>
      </w:r>
      <w:r>
        <w:t xml:space="preserve">    (c) with kindness or generosity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Jack was sprawled on the grass, talking very fast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earnestly</w:t>
      </w:r>
      <w:r>
        <w:rPr>
          <w:b/>
          <w:bCs/>
        </w:rPr>
        <w:t xml:space="preserve">, his eyebrows knit together.</w:t>
      </w:r>
      <w:r>
        <w:br/>
      </w:r>
      <w:r>
        <w:t xml:space="preserve">    (a) finally; or in the end</w:t>
      </w:r>
      <w:r>
        <w:br/>
      </w:r>
      <w:r>
        <w:t xml:space="preserve">    (b) sincerely or seriously</w:t>
      </w:r>
      <w:r>
        <w:br/>
      </w:r>
      <w:r>
        <w:t xml:space="preserve">    (c) in a self-aware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hushed night seemed so real, so lovely that I felt almost ashamed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gaudy</w:t>
      </w:r>
      <w:r>
        <w:rPr>
          <w:b/>
          <w:bCs/>
        </w:rPr>
        <w:t xml:space="preserve"> </w:t>
      </w:r>
      <w:r>
        <w:rPr>
          <w:b/>
          <w:bCs/>
        </w:rPr>
        <w:t xml:space="preserve">efforts of the faded rockets.</w:t>
      </w:r>
      <w:r>
        <w:br/>
      </w:r>
      <w:r>
        <w:t xml:space="preserve">    (a) able to challenge</w:t>
      </w:r>
      <w:r>
        <w:br/>
      </w:r>
      <w:r>
        <w:t xml:space="preserve">    (b) tastelessly showy</w:t>
      </w:r>
      <w:r>
        <w:br/>
      </w:r>
      <w:r>
        <w:t xml:space="preserve">    (c) not demonstrating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seemed as if I were drinking in the almost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tangible</w:t>
      </w:r>
      <w:r>
        <w:rPr>
          <w:b/>
          <w:bCs/>
        </w:rPr>
        <w:t xml:space="preserve"> </w:t>
      </w:r>
      <w:r>
        <w:rPr>
          <w:b/>
          <w:bCs/>
        </w:rPr>
        <w:t xml:space="preserve">pleasure of the morning like a rich, heavy malted milk that comes slow and thick through the straws.</w:t>
      </w:r>
      <w:r>
        <w:br/>
      </w:r>
      <w:r>
        <w:t xml:space="preserve">    (a) capable of being touched</w:t>
      </w:r>
      <w:r>
        <w:br/>
      </w:r>
      <w:r>
        <w:t xml:space="preserve">    (b) a large, elongated gland located behind the stomach that secretes digestive enzymes and insulin</w:t>
      </w:r>
      <w:r>
        <w:br/>
      </w:r>
      <w:r>
        <w:t xml:space="preserve">    (c) of the philosophical &amp; religious system based on the teachings of Laozi (also spelled Taoist)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"Of course," Lorraine went on with pointed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condescension</w:t>
      </w:r>
      <w:r>
        <w:rPr>
          <w:b/>
          <w:bCs/>
        </w:rPr>
        <w:t xml:space="preserve">, "that depends on whether you're a genius or not."</w:t>
      </w:r>
      <w:r>
        <w:br/>
      </w:r>
      <w:r>
        <w:t xml:space="preserve">    (a) removal and examination of tissues or liquids from the living body to determine the existence or cause of a disease</w:t>
      </w:r>
      <w:r>
        <w:br/>
      </w:r>
      <w:r>
        <w:t xml:space="preserve">    (b) someone who believes in Hinduism (the third most common religion--which has many gods and is associated with India)</w:t>
      </w:r>
      <w:r>
        <w:br/>
      </w:r>
      <w:r>
        <w:t xml:space="preserve">    (c) treating others as inferiors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mother was in the basement canning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bushel</w:t>
      </w:r>
      <w:r>
        <w:rPr>
          <w:b/>
          <w:bCs/>
        </w:rPr>
        <w:t xml:space="preserve"> </w:t>
      </w:r>
      <w:r>
        <w:rPr>
          <w:b/>
          <w:bCs/>
        </w:rPr>
        <w:t xml:space="preserve">of early peaches and I went down casually to tell her it was Jack who had just called.</w:t>
      </w:r>
      <w:r>
        <w:br/>
      </w:r>
      <w:r>
        <w:t xml:space="preserve">    (a) one who believes that knowledge is acquired primarily by reason rather than by experience</w:t>
      </w:r>
      <w:r>
        <w:br/>
      </w:r>
      <w:r>
        <w:t xml:space="preserve">    (b) a hollow muscular organ in the pelvic cavity of females which can hold a developing fetus</w:t>
      </w:r>
      <w:r>
        <w:br/>
      </w:r>
      <w:r>
        <w:t xml:space="preserve">    (c) a large amount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 unit of measure used for dry goods (filling an 8 gallon container)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grass on the side lawn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parched</w:t>
      </w:r>
      <w:r>
        <w:rPr>
          <w:b/>
          <w:bCs/>
        </w:rPr>
        <w:t xml:space="preserve"> </w:t>
      </w:r>
      <w:r>
        <w:rPr>
          <w:b/>
          <w:bCs/>
        </w:rPr>
        <w:t xml:space="preserve">brown with irregular scallops of green where the shade of the trees shadowed the ground.</w:t>
      </w:r>
      <w:r>
        <w:br/>
      </w:r>
      <w:r>
        <w:t xml:space="preserve">    (a) dried out by heat or excessive exposure to sunlight</w:t>
      </w:r>
      <w:r>
        <w:br/>
      </w:r>
      <w:r>
        <w:t xml:space="preserve">    (b) not with energy redirected from a negative impulse to a positive one</w:t>
      </w:r>
      <w:r>
        <w:br/>
      </w:r>
      <w:r>
        <w:t xml:space="preserve">    (c) convinced (someone) that an idea previously believed was not correct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when I was talking to Jack I could see it out of the corner of my eye, the slow, blurred turnings of the lights, quietly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insistent</w:t>
      </w:r>
      <w:r>
        <w:rPr>
          <w:b/>
          <w:bCs/>
        </w:rPr>
        <w:t xml:space="preserve">.</w:t>
      </w:r>
      <w:r>
        <w:br/>
      </w:r>
      <w:r>
        <w:t xml:space="preserve">    (a) indicating approval or agreement</w:t>
      </w:r>
      <w:r>
        <w:br/>
      </w:r>
      <w:r>
        <w:t xml:space="preserve">    (b) persistent or continuing or firm</w:t>
      </w:r>
      <w:r>
        <w:br/>
      </w:r>
      <w:r>
        <w:t xml:space="preserve">    (c) able to be taken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"You're right there," Jack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assented</w:t>
      </w:r>
      <w:r>
        <w:rPr>
          <w:b/>
          <w:bCs/>
        </w:rPr>
        <w:t xml:space="preserve">.</w:t>
      </w:r>
      <w:r>
        <w:br/>
      </w:r>
      <w:r>
        <w:t xml:space="preserve">    (a) campaigned or worked for a cause that was passionately believed to be important</w:t>
      </w:r>
      <w:r>
        <w:br/>
      </w:r>
      <w:r>
        <w:t xml:space="preserve">    (b) became less intense, less severe, or less active -- perhaps went away entirely</w:t>
      </w:r>
      <w:r>
        <w:br/>
      </w:r>
      <w:r>
        <w:t xml:space="preserve">    (c) to express agreement -- especially with a statement or proposal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know, Martie," she answered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coyly</w:t>
      </w:r>
      <w:r>
        <w:rPr>
          <w:b/>
          <w:bCs/>
        </w:rPr>
        <w:t xml:space="preserve">, her lips pouted, "I know we just got here, but I want to go."</w:t>
      </w:r>
      <w:r>
        <w:br/>
      </w:r>
      <w:r>
        <w:t xml:space="preserve">    (a) play-acting softness to influence someone</w:t>
      </w:r>
      <w:r>
        <w:br/>
      </w:r>
      <w:r>
        <w:t xml:space="preserve">    (b) in a manner that expresses personal artistic ideas or feelings while performing (or performing to) someone else's work</w:t>
      </w:r>
      <w:r>
        <w:br/>
      </w:r>
      <w:r>
        <w:t xml:space="preserve">    (c) in a manner that changes the direction of a light wave (or other wave) by passing an opaque edge or narrow opening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nodded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solemnly</w:t>
      </w:r>
      <w:r>
        <w:rPr>
          <w:b/>
          <w:bCs/>
        </w:rPr>
        <w:t xml:space="preserve"> </w:t>
      </w:r>
      <w:r>
        <w:rPr>
          <w:b/>
          <w:bCs/>
        </w:rPr>
        <w:t xml:space="preserve">and padded back to her room on feather-soft feet, turning back to me with a cautious finger on her lips.</w:t>
      </w:r>
      <w:r>
        <w:br/>
      </w:r>
      <w:r>
        <w:t xml:space="preserve">    (a) with seriousness and dignity</w:t>
      </w:r>
      <w:r>
        <w:br/>
      </w:r>
      <w:r>
        <w:t xml:space="preserve">    (b) in a manner that finds fault</w:t>
      </w:r>
      <w:r>
        <w:br/>
      </w:r>
      <w:r>
        <w:t xml:space="preserve">    (c) in a manner that is not good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such a quick, urgent feeling and yet all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bewildering</w:t>
      </w:r>
      <w:r>
        <w:rPr>
          <w:b/>
          <w:bCs/>
        </w:rPr>
        <w:t xml:space="preserve">.</w:t>
      </w:r>
      <w:r>
        <w:br/>
      </w:r>
      <w:r>
        <w:t xml:space="preserve">    (a) restoring</w:t>
      </w:r>
      <w:r>
        <w:br/>
      </w:r>
      <w:r>
        <w:t xml:space="preserve">    (b) confusing</w:t>
      </w:r>
      <w:r>
        <w:br/>
      </w:r>
      <w:r>
        <w:t xml:space="preserve">    (c) differing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Those last days seemed to slip through my fingers like egg white and I almost wished the end would come, for the waiting was so hopeless and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tantalizing</w:t>
      </w:r>
      <w:r>
        <w:rPr>
          <w:b/>
          <w:bCs/>
        </w:rPr>
        <w:t xml:space="preserve">.</w:t>
      </w:r>
      <w:r>
        <w:br/>
      </w:r>
      <w:r>
        <w:t xml:space="preserve">    (a) returning to an undesirable previous condition</w:t>
      </w:r>
      <w:r>
        <w:br/>
      </w:r>
      <w:r>
        <w:t xml:space="preserve">    (b) thinking carefully and making a judgment about</w:t>
      </w:r>
      <w:r>
        <w:br/>
      </w:r>
      <w:r>
        <w:t xml:space="preserve">    (c) making someone excited about getting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thoughts must have dragged as slowly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listlessly</w:t>
      </w:r>
      <w:r>
        <w:rPr>
          <w:b/>
          <w:bCs/>
        </w:rPr>
        <w:t xml:space="preserve"> </w:t>
      </w:r>
      <w:r>
        <w:rPr>
          <w:b/>
          <w:bCs/>
        </w:rPr>
        <w:t xml:space="preserve">as mine with the same painful dullness.</w:t>
      </w:r>
      <w:r>
        <w:br/>
      </w:r>
      <w:r>
        <w:t xml:space="preserve">    (a) with a lack of energy and normal enthusiasm</w:t>
      </w:r>
      <w:r>
        <w:br/>
      </w:r>
      <w:r>
        <w:t xml:space="preserve">    (b) in a manner that stops or hinders something</w:t>
      </w:r>
      <w:r>
        <w:br/>
      </w:r>
      <w:r>
        <w:t xml:space="preserve">    (c) in a manner involving only one part or 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thoughts went back over the summer and suddenly it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inevitable</w:t>
      </w:r>
      <w:r>
        <w:rPr>
          <w:b/>
          <w:bCs/>
        </w:rPr>
        <w:t xml:space="preserve"> </w:t>
      </w:r>
      <w:r>
        <w:rPr>
          <w:b/>
          <w:bCs/>
        </w:rPr>
        <w:t xml:space="preserve">that we should be here at the lake, Jack and I, where we had started.</w:t>
      </w:r>
      <w:r>
        <w:br/>
      </w:r>
      <w:r>
        <w:t xml:space="preserve">    (a) size or dimension</w:t>
      </w:r>
      <w:r>
        <w:br/>
      </w:r>
      <w:r>
        <w:t xml:space="preserve">    (b) certain to happen</w:t>
      </w:r>
      <w:r>
        <w:br/>
      </w:r>
      <w:r>
        <w:t xml:space="preserve">    (c) circular movement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2026-07-31T18:10:55Z</dcterms:created>
  <dcterms:modified xsi:type="dcterms:W3CDTF">2026-07-31T18:10:55Z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