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f9db872afccc8ccb23695de16c1169322af4d"/>
    <w:p>
      <w:pPr>
        <w:pStyle w:val="Heading1"/>
      </w:pPr>
      <w:r>
        <w:rPr>
          <w:b/>
          <w:bCs/>
        </w:rPr>
        <w:t xml:space="preserve">Seventeenth Summer</w:t>
      </w:r>
      <w:r>
        <w:br/>
      </w:r>
      <w:r>
        <w:rPr>
          <w:i/>
          <w:iCs/>
        </w:rPr>
        <w:t xml:space="preserve">Maureen Daly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wasn't puppy love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infatuation</w:t>
      </w:r>
      <w:r>
        <w:rPr>
          <w:b/>
          <w:bCs/>
        </w:rPr>
        <w:t xml:space="preserve"> </w:t>
      </w:r>
      <w:r>
        <w:rPr>
          <w:b/>
          <w:bCs/>
        </w:rPr>
        <w:t xml:space="preserve">or love at first sight or anything that people always talk about and laugh.</w:t>
      </w:r>
      <w:r>
        <w:br/>
      </w:r>
      <w:r>
        <w:t xml:space="preserve">    (a) a stone shaped like a disk that spins and is used to grind, sharpen or polish</w:t>
      </w:r>
      <w:r>
        <w:br/>
      </w:r>
      <w:r>
        <w:t xml:space="preserve">    (b) deeply but often foolishly in love with or obsessed with someone or something</w:t>
      </w:r>
      <w:r>
        <w:br/>
      </w:r>
      <w:r>
        <w:t xml:space="preserve">    (c) a psychologist concerned with the treatment of abnormal thinking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almost like making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debut</w:t>
      </w:r>
      <w:r>
        <w:rPr>
          <w:b/>
          <w:bCs/>
        </w:rPr>
        <w:t xml:space="preserve"> </w:t>
      </w:r>
      <w:r>
        <w:rPr>
          <w:b/>
          <w:bCs/>
        </w:rPr>
        <w:t xml:space="preserve">or something.</w:t>
      </w:r>
      <w:r>
        <w:br/>
      </w:r>
      <w:r>
        <w:t xml:space="preserve">    (a) the introduction of a young woman to society at a social event held in her honor</w:t>
      </w:r>
      <w:r>
        <w:br/>
      </w:r>
      <w:r>
        <w:t xml:space="preserve">    (b) mirror back (an image)</w:t>
      </w:r>
      <w:r>
        <w:br/>
      </w:r>
      <w:r>
        <w:t xml:space="preserve">    (c) create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 the garden path was a rose vine clinging to a 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lattice</w:t>
      </w:r>
      <w:r>
        <w:rPr>
          <w:b/>
          <w:bCs/>
        </w:rPr>
        <w:t xml:space="preserve"> </w:t>
      </w:r>
      <w:r>
        <w:rPr>
          <w:b/>
          <w:bCs/>
        </w:rPr>
        <w:t xml:space="preserve">support, the tender trailers tied with bits of string.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regular crisscross grid that repeats in a pattern of squares or diamonds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 of the evening passed quickly, like a movie film being run off in a rapid blur, rushing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climax</w:t>
      </w:r>
      <w:r>
        <w:rPr>
          <w:b/>
          <w:bCs/>
        </w:rPr>
        <w:t xml:space="preserve">.</w:t>
      </w:r>
      <w:r>
        <w:br/>
      </w:r>
      <w:r>
        <w:t xml:space="preserve">    (a) the most exciting or important part of a story, musical piece, or other thing that has a series of events</w:t>
      </w:r>
      <w:r>
        <w:br/>
      </w:r>
      <w:r>
        <w:t xml:space="preserve">    (b) treat something in an educated, intellectual way -- often excluding emotional or practical considerations</w:t>
      </w:r>
      <w:r>
        <w:br/>
      </w:r>
      <w:r>
        <w:t xml:space="preserve">    (c) "spiritually renew" (a person) in a Christian ceremony  OR  initiate or purify by a challenging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sitting around the table in a contented, Sunday-afternoon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,</w:t>
      </w:r>
      <w:r>
        <w:br/>
      </w:r>
      <w:r>
        <w:t xml:space="preserve">    (a) poor ability to make a decision</w:t>
      </w:r>
      <w:r>
        <w:br/>
      </w:r>
      <w:r>
        <w:t xml:space="preserve">    (b) lack of enthusiasm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felt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sacrilegious</w:t>
      </w:r>
      <w:r>
        <w:rPr>
          <w:b/>
          <w:bCs/>
        </w:rPr>
        <w:t xml:space="preserve"> </w:t>
      </w:r>
      <w:r>
        <w:rPr>
          <w:b/>
          <w:bCs/>
        </w:rPr>
        <w:t xml:space="preserve">riding along it on my bicycle in broad daylight.</w:t>
      </w:r>
      <w:r>
        <w:br/>
      </w:r>
      <w:r>
        <w:t xml:space="preserve">    (a) relating to one-sided information that is purposefully spread to influence opinions</w:t>
      </w:r>
      <w:r>
        <w:br/>
      </w:r>
      <w:r>
        <w:t xml:space="preserve">    (b) disrespectful of something others consider important -- especially something sacred</w:t>
      </w:r>
      <w:r>
        <w:br/>
      </w:r>
      <w:r>
        <w:t xml:space="preserve">    (c) able to be persuaded to do something by tempting with pleasure or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wasn't a tavern or a roadhouse or anything like that—in fact, it was the sort of place that every town has for the younger people to go—but I couldn't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reconcile</w:t>
      </w:r>
      <w:r>
        <w:rPr>
          <w:b/>
          <w:bCs/>
        </w:rPr>
        <w:t xml:space="preserve"> </w:t>
      </w:r>
      <w:r>
        <w:rPr>
          <w:b/>
          <w:bCs/>
        </w:rPr>
        <w:t xml:space="preserve">myself to being with people who drank beer and to going to "bar places."</w:t>
      </w:r>
      <w:r>
        <w:br/>
      </w:r>
      <w:r>
        <w:t xml:space="preserve">    (a) gradually increase</w:t>
      </w:r>
      <w:r>
        <w:br/>
      </w:r>
      <w:r>
        <w:t xml:space="preserve">    (b) come to terms with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hair was sticking in fuzzy curls on my neck, and from the radio in the living room I could hear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drone of the baseball game.</w:t>
      </w:r>
      <w:r>
        <w:br/>
      </w:r>
      <w:r>
        <w:t xml:space="preserve">    (a) the degree or quality of being exactly vertical or straight</w:t>
      </w:r>
      <w:r>
        <w:br/>
      </w:r>
      <w:r>
        <w:t xml:space="preserve">    (b) with words that could not be understood</w:t>
      </w:r>
      <w:r>
        <w:br/>
      </w:r>
      <w:r>
        <w:t xml:space="preserve">    (c) tendency to be direct in a disagreeable, insensitive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morning the ponies were part of the parade, walking in a prim straight line, their hoofbeats neat and dainty on the hot pavement,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jaunty</w:t>
      </w:r>
      <w:r>
        <w:rPr>
          <w:b/>
          <w:bCs/>
        </w:rPr>
        <w:t xml:space="preserve"> </w:t>
      </w:r>
      <w:r>
        <w:rPr>
          <w:b/>
          <w:bCs/>
        </w:rPr>
        <w:t xml:space="preserve">red and blue pompons stuck behind their ears.</w:t>
      </w:r>
      <w:r>
        <w:br/>
      </w:r>
      <w:r>
        <w:t xml:space="preserve">    (a) appearing cheerful, lively, and self-confident</w:t>
      </w:r>
      <w:r>
        <w:br/>
      </w:r>
      <w:r>
        <w:t xml:space="preserve">    (b) the state or degree of being greater than zero</w:t>
      </w:r>
      <w:r>
        <w:br/>
      </w:r>
      <w:r>
        <w:t xml:space="preserve">    (c) with the involvement of other people or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want to ride the black one with the little face," and her voice went soft and her lips were all pouted up with love just looking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demure</w:t>
      </w:r>
      <w:r>
        <w:rPr>
          <w:b/>
          <w:bCs/>
        </w:rPr>
        <w:t xml:space="preserve"> </w:t>
      </w:r>
      <w:r>
        <w:rPr>
          <w:b/>
          <w:bCs/>
        </w:rPr>
        <w:t xml:space="preserve">ladylike pony.</w:t>
      </w:r>
      <w:r>
        <w:br/>
      </w:r>
      <w:r>
        <w:t xml:space="preserve">    (a) modest, quiet, and shy; or pretending such in a playful way</w:t>
      </w:r>
      <w:r>
        <w:br/>
      </w:r>
      <w:r>
        <w:t xml:space="preserve">    (b) the quality of believing oneself morally superior to others</w:t>
      </w:r>
      <w:r>
        <w:br/>
      </w:r>
      <w:r>
        <w:t xml:space="preserve">    (c) tendency to be direct in a disagreeable, insensitive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more we slowed up at a group of trees a little way from a farmhouse, but a long, lean dog ran toward us, yapping,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irate</w:t>
      </w:r>
      <w:r>
        <w:rPr>
          <w:b/>
          <w:bCs/>
        </w:rPr>
        <w:t xml:space="preserve"> </w:t>
      </w:r>
      <w:r>
        <w:rPr>
          <w:b/>
          <w:bCs/>
        </w:rPr>
        <w:t xml:space="preserve">farmer in a damp blue shirt looked curiously from around the barn, so my father, without a word, accelerated the motor and turned toward town.</w:t>
      </w:r>
      <w:r>
        <w:br/>
      </w:r>
      <w:r>
        <w:t xml:space="preserve">    (a) material wealth</w:t>
      </w:r>
      <w:r>
        <w:br/>
      </w:r>
      <w:r>
        <w:t xml:space="preserve">    (b) extremely angry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finale</w:t>
      </w:r>
      <w:r>
        <w:rPr>
          <w:b/>
          <w:bCs/>
        </w:rPr>
        <w:t xml:space="preserve"> </w:t>
      </w:r>
      <w:r>
        <w:rPr>
          <w:b/>
          <w:bCs/>
        </w:rPr>
        <w:t xml:space="preserve">a series of rockets was set off in rapid succession till everything was a dazzle of quick-tailed shooting stars, fiery comets, and huge chrysanthemums of colored light.</w:t>
      </w:r>
      <w:r>
        <w:br/>
      </w:r>
      <w:r>
        <w:t xml:space="preserve">    (a) the final part of a series of events -- often of a performance and especially a musical performance</w:t>
      </w:r>
      <w:r>
        <w:br/>
      </w:r>
      <w:r>
        <w:t xml:space="preserve">    (b) the degree to which a solution is simpler (and often more comprehensive) than most would anticipate</w:t>
      </w:r>
      <w:r>
        <w:br/>
      </w:r>
      <w:r>
        <w:t xml:space="preserve">    (c) an architectural feature at the top of a roof, usually dome-shaped and opened by windows or columns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Sunday morning in the summer is almost too good,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sensuously</w:t>
      </w:r>
      <w:r>
        <w:rPr>
          <w:b/>
          <w:bCs/>
        </w:rPr>
        <w:t xml:space="preserve"> </w:t>
      </w:r>
      <w:r>
        <w:rPr>
          <w:b/>
          <w:bCs/>
        </w:rPr>
        <w:t xml:space="preserve">pleasant.</w:t>
      </w:r>
      <w:r>
        <w:br/>
      </w:r>
      <w:r>
        <w:t xml:space="preserve">    (a) in a way that relates to physical pleasure</w:t>
      </w:r>
      <w:r>
        <w:br/>
      </w:r>
      <w:r>
        <w:t xml:space="preserve">    (b) in a manner that is loving, but not sexual</w:t>
      </w:r>
      <w:r>
        <w:br/>
      </w:r>
      <w:r>
        <w:t xml:space="preserve">    (c) in a manner that is not aware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and disgust of Sunday afternoon melted when we were alone together.</w:t>
      </w:r>
      <w:r>
        <w:br/>
      </w:r>
      <w:r>
        <w:t xml:space="preserve">    (a) kindness</w:t>
      </w:r>
      <w:r>
        <w:br/>
      </w:r>
      <w:r>
        <w:t xml:space="preserve">    (b) hostility or opposition</w:t>
      </w:r>
      <w:r>
        <w:br/>
      </w:r>
      <w:r>
        <w:t xml:space="preserve">    (c) positive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had a feeling that Jack knew something about Martin that he didn't want to mention.</w:t>
      </w:r>
      <w:r>
        <w:br/>
      </w:r>
      <w:r>
        <w:rPr>
          <w:b/>
          <w:bCs/>
        </w:rPr>
        <w:t xml:space="preserve">  “Yeah, he's a good guy,” he answered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laconically</w:t>
      </w:r>
      <w:r>
        <w:rPr>
          <w:b/>
          <w:bCs/>
        </w:rPr>
        <w:t xml:space="preserve"> </w:t>
      </w:r>
      <w:r>
        <w:rPr>
          <w:b/>
          <w:bCs/>
        </w:rPr>
        <w:t xml:space="preserve">and rolled over on his back, covering his eyes against the sun.</w:t>
      </w:r>
      <w:r>
        <w:br/>
      </w:r>
      <w:r>
        <w:t xml:space="preserve">    (a) in a manner that uses few words</w:t>
      </w:r>
      <w:r>
        <w:br/>
      </w:r>
      <w:r>
        <w:t xml:space="preserve">    (b) in a manner that is not sincere</w:t>
      </w:r>
      <w:r>
        <w:br/>
      </w:r>
      <w:r>
        <w:t xml:space="preserve">    (c) in comparison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other were some papers of Lorraine's from school--an incomplete chemistry notebook, a sheaf of English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themes</w:t>
      </w:r>
      <w:r>
        <w:rPr>
          <w:b/>
          <w:bCs/>
        </w:rPr>
        <w:t xml:space="preserve">, and a dance program with a browned gardenia stuck between the covers.</w:t>
      </w:r>
      <w:r>
        <w:br/>
      </w:r>
      <w:r>
        <w:t xml:space="preserve">    (a) reasons for doing something</w:t>
      </w:r>
      <w:r>
        <w:br/>
      </w:r>
      <w:r>
        <w:t xml:space="preserve">    (b) social events or ceremonies</w:t>
      </w:r>
      <w:r>
        <w:br/>
      </w:r>
      <w:r>
        <w:t xml:space="preserve">    (c) essays written by a student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"Eight bottles with five balls will entitle you to a genuine gold-headed cane," the barker answered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pompously</w:t>
      </w:r>
      <w:r>
        <w:rPr>
          <w:b/>
          <w:bCs/>
        </w:rPr>
        <w:t xml:space="preserve">, taking a little wooden cane off the shelf and handing it to Margie.</w:t>
      </w:r>
      <w:r>
        <w:br/>
      </w:r>
      <w:r>
        <w:t xml:space="preserve">    (a) with excessive self-importance</w:t>
      </w:r>
      <w:r>
        <w:br/>
      </w:r>
      <w:r>
        <w:t xml:space="preserve">    (b) in a good or beneficial manner</w:t>
      </w:r>
      <w:r>
        <w:br/>
      </w:r>
      <w:r>
        <w:t xml:space="preserve">    (c) in a manner that is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fingers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on the ball and he weighed it casually in the palm of his hand before he threw.</w:t>
      </w:r>
      <w:r>
        <w:br/>
      </w:r>
      <w:r>
        <w:t xml:space="preserve">    (a) moving and bending easily -- sometimes used figuratively to indicate mental flexibility when adapting to different conditions</w:t>
      </w:r>
      <w:r>
        <w:br/>
      </w:r>
      <w:r>
        <w:t xml:space="preserve">    (b) using passive (sometimes subtle) resistance in interpersonal or occupational situations while avoiding direct confrontation</w:t>
      </w:r>
      <w:r>
        <w:br/>
      </w:r>
      <w:r>
        <w:t xml:space="preserve">    (c) clear, easily noticed, and/or identifiable as different or separate -- sometimes to indicate a difference that is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besides," she added hastily, "I've got a lot of important reading to get finished before I take my English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exam this year and I would like to get a head start—before the regular homework gets too heavy.</w:t>
      </w:r>
      <w:r>
        <w:br/>
      </w:r>
      <w:r>
        <w:t xml:space="preserve">    (a) large in scope; or including everything or everything important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capable of being better understood through detailed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floating like dust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motes</w:t>
      </w:r>
      <w:r>
        <w:rPr>
          <w:b/>
          <w:bCs/>
        </w:rPr>
        <w:t xml:space="preserve"> </w:t>
      </w:r>
      <w:r>
        <w:rPr>
          <w:b/>
          <w:bCs/>
        </w:rPr>
        <w:t xml:space="preserve">everywhere I looked.</w:t>
      </w:r>
      <w:r>
        <w:br/>
      </w:r>
      <w:r>
        <w:t xml:space="preserve">    (a) rejections or criticisms</w:t>
      </w:r>
      <w:r>
        <w:br/>
      </w:r>
      <w:r>
        <w:t xml:space="preserve">    (b) a tiny piece of anything</w:t>
      </w:r>
      <w:r>
        <w:br/>
      </w:r>
      <w:r>
        <w:t xml:space="preserve">    (c) things that don't change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2026-07-31T18:10:56Z</dcterms:created>
  <dcterms:modified xsi:type="dcterms:W3CDTF">2026-07-31T18:10:56Z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