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67037230dfa60949a6bab72ae6113f54a5fcb8"/>
    <w:p>
      <w:pPr>
        <w:pStyle w:val="Heading1"/>
      </w:pPr>
      <w:r>
        <w:rPr>
          <w:b/>
          <w:bCs/>
        </w:rPr>
        <w:t xml:space="preserve">Sense and Sensibility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distrust</w:t>
      </w:r>
      <w:r>
        <w:br/>
      </w:r>
      <w:r>
        <w:t xml:space="preserve">    (b) sympathy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important</w:t>
      </w:r>
      <w:r>
        <w:br/>
      </w:r>
      <w:r>
        <w:t xml:space="preserve">    (b) harmful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clumsy manner</w:t>
      </w:r>
      <w:r>
        <w:br/>
      </w:r>
      <w:r>
        <w:t xml:space="preserve">    (b) in a hurried manner</w:t>
      </w:r>
      <w:r>
        <w:br/>
      </w:r>
      <w:r>
        <w:t xml:space="preserve">    (c) in a friendly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create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minimizing</w:t>
      </w:r>
      <w:r>
        <w:br/>
      </w:r>
      <w:r>
        <w:t xml:space="preserve">    (c) exaggerating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by staying calm and determined during the long recovery.</w:t>
      </w:r>
      <w:r>
        <w:br/>
      </w:r>
      <w:r>
        <w:t xml:space="preserve">    (a) physical speed</w:t>
      </w:r>
      <w:r>
        <w:br/>
      </w:r>
      <w:r>
        <w:t xml:space="preserve">    (b) mental courage</w:t>
      </w:r>
      <w:r>
        <w:br/>
      </w:r>
      <w:r>
        <w:t xml:space="preserve">    (c) sudden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investigation</w:t>
      </w:r>
      <w:r>
        <w:br/>
      </w:r>
      <w:r>
        <w:t xml:space="preserve">    (c) statement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carefully measure</w:t>
      </w:r>
      <w:r>
        <w:br/>
      </w:r>
      <w:r>
        <w:t xml:space="preserve">    (b) actively prevent</w:t>
      </w:r>
      <w:r>
        <w:br/>
      </w:r>
      <w:r>
        <w:t xml:space="preserve">    (c) view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physically touch</w:t>
      </w:r>
      <w:r>
        <w:br/>
      </w:r>
      <w:r>
        <w:t xml:space="preserve">    (b) become aware of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purpose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spell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criticize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you making any New Year's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this year?</w:t>
      </w:r>
      <w:r>
        <w:br/>
      </w:r>
      <w:r>
        <w:t xml:space="preserve">    (a) event plans</w:t>
      </w:r>
      <w:r>
        <w:br/>
      </w:r>
      <w:r>
        <w:t xml:space="preserve">    (b) decorations</w:t>
      </w:r>
      <w:r>
        <w:br/>
      </w:r>
      <w:r>
        <w:t xml:space="preserve">    (c)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many years and hardships,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to serve the poor never wavered.</w:t>
      </w:r>
      <w:r>
        <w:br/>
      </w:r>
      <w:r>
        <w:t xml:space="preserve">    (a) way (solution)</w:t>
      </w:r>
      <w:r>
        <w:br/>
      </w:r>
      <w:r>
        <w:t xml:space="preserve">    (b) determination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forced</w:t>
      </w:r>
      <w:r>
        <w:br/>
      </w:r>
      <w:r>
        <w:t xml:space="preserve">    (b) was encouraged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optimism</w:t>
      </w:r>
      <w:r>
        <w:br/>
      </w:r>
      <w:r>
        <w:t xml:space="preserve">    (b) ability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2026-07-31T14:27:49Z</dcterms:created>
  <dcterms:modified xsi:type="dcterms:W3CDTF">2026-07-31T14:27:49Z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