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a809a6eb9d728af8a4bcaee28dfe3eb4e8d48a"/>
    <w:p>
      <w:pPr>
        <w:pStyle w:val="Heading1"/>
      </w:pPr>
      <w:r>
        <w:rPr>
          <w:b/>
          <w:bCs/>
        </w:rPr>
        <w:t xml:space="preserve">Sense and Sensibility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primary focus is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money and the things it can buy.</w:t>
      </w:r>
      <w:r>
        <w:br/>
      </w:r>
      <w:r>
        <w:t xml:space="preserve">    (a) getting</w:t>
      </w:r>
      <w:r>
        <w:br/>
      </w:r>
      <w:r>
        <w:t xml:space="preserve">    (b) spending</w:t>
      </w:r>
      <w:r>
        <w:br/>
      </w:r>
      <w:r>
        <w:t xml:space="preserve">    (c) fearing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honest trait</w:t>
      </w:r>
      <w:r>
        <w:br/>
      </w:r>
      <w:r>
        <w:t xml:space="preserve">    (b) old hobby</w:t>
      </w:r>
      <w:r>
        <w:br/>
      </w:r>
      <w:r>
        <w:t xml:space="preserve">    (c) fake mannerism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unassertive</w:t>
      </w:r>
      <w:r>
        <w:br/>
      </w:r>
      <w:r>
        <w:t xml:space="preserve">    (c) young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quirky and funny</w:t>
      </w:r>
      <w:r>
        <w:br/>
      </w:r>
      <w:r>
        <w:t xml:space="preserve">    (b) harsh and bitter</w:t>
      </w:r>
      <w:r>
        <w:br/>
      </w:r>
      <w:r>
        <w:t xml:space="preserve">    (c) dull and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careless and disorganized</w:t>
      </w:r>
      <w:r>
        <w:br/>
      </w:r>
      <w:r>
        <w:t xml:space="preserve">    (b) loud and outgoing</w:t>
      </w:r>
      <w:r>
        <w:br/>
      </w:r>
      <w:r>
        <w:t xml:space="preserve">    (c) extremely attentive to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hackneyed</w:t>
      </w:r>
      <w:r>
        <w:rPr>
          <w:b/>
          <w:bCs/>
        </w:rPr>
        <w:t xml:space="preserve"> </w:t>
      </w:r>
      <w:r>
        <w:rPr>
          <w:b/>
          <w:bCs/>
        </w:rPr>
        <w:t xml:space="preserve">phrase in Silicon Valley these days is "We're the next Google."</w:t>
      </w:r>
      <w:r>
        <w:br/>
      </w:r>
      <w:r>
        <w:t xml:space="preserve">    (a) lacking impact because it has been heard so many times before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forgiving</w:t>
      </w:r>
      <w:r>
        <w:br/>
      </w:r>
      <w:r>
        <w:t xml:space="preserve">    (b) smart</w:t>
      </w:r>
      <w:r>
        <w:br/>
      </w:r>
      <w:r>
        <w:t xml:space="preserve">    (c) unbiased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investigation paints a portrait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impropriety</w:t>
      </w:r>
      <w:r>
        <w:rPr>
          <w:b/>
          <w:bCs/>
        </w:rPr>
        <w:t xml:space="preserve">.</w:t>
      </w:r>
      <w:r>
        <w:br/>
      </w:r>
      <w:r>
        <w:t xml:space="preserve">    (a) inappropriate behavior</w:t>
      </w:r>
      <w:r>
        <w:br/>
      </w:r>
      <w:r>
        <w:t xml:space="preserve">    (b) foolishness</w:t>
      </w:r>
      <w:r>
        <w:br/>
      </w:r>
      <w:r>
        <w:t xml:space="preserve">    (c) false rumors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disrespectfully bold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including even small considerations</w:t>
      </w:r>
      <w:r>
        <w:br/>
      </w:r>
      <w:r>
        <w:t xml:space="preserve">    (c) available from prior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avoided eye contact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story of how she ended up in prison.</w:t>
      </w:r>
      <w:r>
        <w:br/>
      </w:r>
      <w:r>
        <w:t xml:space="preserve">    (a) urged strongly</w:t>
      </w:r>
      <w:r>
        <w:br/>
      </w:r>
      <w:r>
        <w:t xml:space="preserve">    (b) discouraged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confused about the rules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avoidance</w:t>
      </w:r>
      <w:r>
        <w:br/>
      </w:r>
      <w:r>
        <w:t xml:space="preserve">    (b) tendency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wise</w:t>
      </w:r>
      <w:r>
        <w:br/>
      </w:r>
      <w:r>
        <w:t xml:space="preserve">    (b) impatient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in the world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subsist</w:t>
      </w:r>
      <w:r>
        <w:rPr>
          <w:b/>
          <w:bCs/>
        </w:rPr>
        <w:t xml:space="preserve"> </w:t>
      </w:r>
      <w:r>
        <w:rPr>
          <w:b/>
          <w:bCs/>
        </w:rPr>
        <w:t xml:space="preserve">on $1 a day.</w:t>
      </w:r>
      <w:r>
        <w:br/>
      </w:r>
      <w:r>
        <w:t xml:space="preserve">    (a) survive</w:t>
      </w:r>
      <w:r>
        <w:br/>
      </w:r>
      <w:r>
        <w:t xml:space="preserve">    (b) thrive</w:t>
      </w:r>
      <w:r>
        <w:br/>
      </w:r>
      <w:r>
        <w:t xml:space="preserve">    (c) grow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while shouting loudly</w:t>
      </w:r>
      <w:r>
        <w:br/>
      </w:r>
      <w:r>
        <w:t xml:space="preserve">    (b) while crying softly</w:t>
      </w:r>
      <w:r>
        <w:br/>
      </w:r>
      <w:r>
        <w:t xml:space="preserve">    (c) without drawing attention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2026-07-31T14:27:50Z</dcterms:created>
  <dcterms:modified xsi:type="dcterms:W3CDTF">2026-07-31T14:27:50Z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