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ca9d8b9c2dcf546759da2000237be84cf660da"/>
    <w:p>
      <w:pPr>
        <w:pStyle w:val="Heading1"/>
      </w:pPr>
      <w:r>
        <w:rPr>
          <w:b/>
          <w:bCs/>
        </w:rPr>
        <w:t xml:space="preserve">Selected Tales</w:t>
      </w:r>
      <w:r>
        <w:br/>
      </w:r>
      <w:r>
        <w:rPr>
          <w:i/>
          <w:iCs/>
        </w:rPr>
        <w:t xml:space="preserve">Edgar Allan Poe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God is but a great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pervading</w:t>
      </w:r>
      <w:r>
        <w:rPr>
          <w:b/>
          <w:bCs/>
        </w:rPr>
        <w:t xml:space="preserve"> </w:t>
      </w:r>
      <w:r>
        <w:rPr>
          <w:b/>
          <w:bCs/>
        </w:rPr>
        <w:t xml:space="preserve">all things by nature of its intentness.</w:t>
      </w:r>
      <w:r>
        <w:br/>
      </w:r>
      <w:r>
        <w:t xml:space="preserve">    (a) working or operating</w:t>
      </w:r>
      <w:r>
        <w:br/>
      </w:r>
      <w:r>
        <w:t xml:space="preserve">    (b) spreading or filling</w:t>
      </w:r>
      <w:r>
        <w:br/>
      </w:r>
      <w:r>
        <w:t xml:space="preserve">    (c) happening repeatedly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might have been, too, that in these eyes of my beloved lay the secret to which Lord Verulam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alludes</w:t>
      </w:r>
      <w:r>
        <w:rPr>
          <w:b/>
          <w:bCs/>
        </w:rPr>
        <w:t xml:space="preserve">.</w:t>
      </w:r>
      <w:r>
        <w:br/>
      </w:r>
      <w:r>
        <w:t xml:space="preserve">    (a) makes an indirect reference</w:t>
      </w:r>
      <w:r>
        <w:br/>
      </w:r>
      <w:r>
        <w:t xml:space="preserve">    (b) covers up (to hide a wrong)</w:t>
      </w:r>
      <w:r>
        <w:br/>
      </w:r>
      <w:r>
        <w:t xml:space="preserve">    (c) draws pictures to accompany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thus how frequently, in my intense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scrutiny</w:t>
      </w:r>
      <w:r>
        <w:rPr>
          <w:b/>
          <w:bCs/>
        </w:rPr>
        <w:t xml:space="preserve"> </w:t>
      </w:r>
      <w:r>
        <w:rPr>
          <w:b/>
          <w:bCs/>
        </w:rPr>
        <w:t xml:space="preserve">of Ligeia's eyes, have I felt approaching the full knowledge of their expression—felt it approaching—yet not quite be mine—and so at length entirely depart!</w:t>
      </w:r>
      <w:r>
        <w:br/>
      </w:r>
      <w:r>
        <w:t xml:space="preserve">    (a) a secret agreement or plot</w:t>
      </w:r>
      <w:r>
        <w:br/>
      </w:r>
      <w:r>
        <w:t xml:space="preserve">    (b) the best or most important</w:t>
      </w:r>
      <w:r>
        <w:br/>
      </w:r>
      <w:r>
        <w:t xml:space="preserve">    (c) careful look or inspection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Length of years,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subsequent</w:t>
      </w:r>
      <w:r>
        <w:rPr>
          <w:b/>
          <w:bCs/>
        </w:rPr>
        <w:t xml:space="preserve"> </w:t>
      </w:r>
      <w:r>
        <w:rPr>
          <w:b/>
          <w:bCs/>
        </w:rPr>
        <w:t xml:space="preserve">reflection, have enabled me to trace, indeed, some remote connection between this passage in the English moralist and a portion of the character of Ligeia.</w:t>
      </w:r>
      <w:r>
        <w:br/>
      </w:r>
      <w:r>
        <w:t xml:space="preserve">    (a) following something else</w:t>
      </w:r>
      <w:r>
        <w:br/>
      </w:r>
      <w:r>
        <w:t xml:space="preserve">    (b) the state of being awake</w:t>
      </w:r>
      <w:r>
        <w:br/>
      </w:r>
      <w:r>
        <w:t xml:space="preserve">    (c) able to take on or adopt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classical tongues was she deeply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proficient</w:t>
      </w:r>
      <w:r>
        <w:rPr>
          <w:b/>
          <w:bCs/>
        </w:rPr>
        <w:t xml:space="preserve">, and as far as my own acquaintance extended in regard to the modern dialects of Europe, I have never known her at fault.</w:t>
      </w:r>
      <w:r>
        <w:br/>
      </w:r>
      <w:r>
        <w:t xml:space="preserve">    (a) pleasing</w:t>
      </w:r>
      <w:r>
        <w:br/>
      </w:r>
      <w:r>
        <w:t xml:space="preserve">    (b) skillful</w:t>
      </w:r>
      <w:r>
        <w:br/>
      </w:r>
      <w:r>
        <w:t xml:space="preserve">    (c) absolute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wild eyes blazed with a too—too glorious effulgence; the pale fingers became of the transparent waxen hue of the grave, and the blue veins upon the lofty forehead swelled and sank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impetuously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tides of the gentle emotion.</w:t>
      </w:r>
      <w:r>
        <w:br/>
      </w:r>
      <w:r>
        <w:t xml:space="preserve">    (a) in a manner that shows care or concern for someone</w:t>
      </w:r>
      <w:r>
        <w:br/>
      </w:r>
      <w:r>
        <w:t xml:space="preserve">    (b) in the manner of a logical, systematic examination</w:t>
      </w:r>
      <w:r>
        <w:br/>
      </w:r>
      <w:r>
        <w:t xml:space="preserve">    (c) impulsively (acting suddenly without much thought)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strained my vision to detect any motion in the corpse—but there was not the slightest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perceptible</w:t>
      </w:r>
      <w:r>
        <w:rPr>
          <w:b/>
          <w:bCs/>
        </w:rPr>
        <w:t xml:space="preserve">.</w:t>
      </w:r>
      <w:r>
        <w:br/>
      </w:r>
      <w:r>
        <w:t xml:space="preserve">    (a) the state of being awake</w:t>
      </w:r>
      <w:r>
        <w:br/>
      </w:r>
      <w:r>
        <w:t xml:space="preserve">    (b) capable of being noticed</w:t>
      </w:r>
      <w:r>
        <w:br/>
      </w:r>
      <w:r>
        <w:t xml:space="preserve">    (c) able to take on or adopt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Through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species</w:t>
      </w:r>
      <w:r>
        <w:rPr>
          <w:b/>
          <w:bCs/>
        </w:rPr>
        <w:t xml:space="preserve"> </w:t>
      </w:r>
      <w:r>
        <w:rPr>
          <w:b/>
          <w:bCs/>
        </w:rPr>
        <w:t xml:space="preserve">of unutterable horror and awe, for which the language of mortality has no sufficiently energetic expression, I felt my heart cease to beat, my limbs grow rigid where I sat.</w:t>
      </w:r>
      <w:r>
        <w:br/>
      </w:r>
      <w:r>
        <w:t xml:space="preserve">    (a) the quality of exactness or accuracy</w:t>
      </w:r>
      <w:r>
        <w:br/>
      </w:r>
      <w:r>
        <w:t xml:space="preserve">    (b) the gain of advantage from something</w:t>
      </w:r>
      <w:r>
        <w:br/>
      </w:r>
      <w:r>
        <w:t xml:space="preserve">    (c) a similar group of animals or plants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therefore struggled alone in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endeavors</w:t>
      </w:r>
      <w:r>
        <w:rPr>
          <w:b/>
          <w:bCs/>
        </w:rPr>
        <w:t xml:space="preserve"> </w:t>
      </w:r>
      <w:r>
        <w:rPr>
          <w:b/>
          <w:bCs/>
        </w:rPr>
        <w:t xml:space="preserve">to call back the spirit ill hovering.</w:t>
      </w:r>
      <w:r>
        <w:br/>
      </w:r>
      <w:r>
        <w:t xml:space="preserve">    (a) learns, discovers, or decides</w:t>
      </w:r>
      <w:r>
        <w:br/>
      </w:r>
      <w:r>
        <w:t xml:space="preserve">    (b) tells someone about something</w:t>
      </w:r>
      <w:r>
        <w:br/>
      </w:r>
      <w:r>
        <w:t xml:space="preserve">    (c) attempts; or things attempted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peculiarity of character grew with my growth, and in my manhood,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derived</w:t>
      </w:r>
      <w:r>
        <w:rPr>
          <w:b/>
          <w:bCs/>
        </w:rPr>
        <w:t xml:space="preserve"> </w:t>
      </w:r>
      <w:r>
        <w:rPr>
          <w:b/>
          <w:bCs/>
        </w:rPr>
        <w:t xml:space="preserve">from it one of my principal sources of pleasure.</w:t>
      </w:r>
      <w:r>
        <w:br/>
      </w:r>
      <w:r>
        <w:t xml:space="preserve">    (a) cut</w:t>
      </w:r>
      <w:r>
        <w:br/>
      </w:r>
      <w:r>
        <w:t xml:space="preserve">    (b) hid</w:t>
      </w:r>
      <w:r>
        <w:br/>
      </w:r>
      <w:r>
        <w:t xml:space="preserve">    (c) got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hideous</w:t>
      </w:r>
      <w:r>
        <w:rPr>
          <w:b/>
          <w:bCs/>
        </w:rPr>
        <w:t xml:space="preserve"> </w:t>
      </w:r>
      <w:r>
        <w:rPr>
          <w:b/>
          <w:bCs/>
        </w:rPr>
        <w:t xml:space="preserve">murder accomplished, I set myself forthwith, and with entire deliberation, to the task of concealing the body.</w:t>
      </w:r>
      <w:r>
        <w:br/>
      </w:r>
      <w:r>
        <w:t xml:space="preserve">    (a) extremely ugly, offensive, and/or frightening</w:t>
      </w:r>
      <w:r>
        <w:br/>
      </w:r>
      <w:r>
        <w:t xml:space="preserve">    (b) the characteristic of demonstrating something</w:t>
      </w:r>
      <w:r>
        <w:br/>
      </w:r>
      <w:r>
        <w:t xml:space="preserve">    (c) the quality of not being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in one of the walls was a projection, caused by a false chimney, or fireplace, that had been filled up, and made to resemble the red of the cellar.</w:t>
      </w:r>
      <w:r>
        <w:br/>
      </w:r>
      <w:r>
        <w:t xml:space="preserve">    (a) even though -- used to connect contrasting ideas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in addition to what has just been said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few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inquiries</w:t>
      </w:r>
      <w:r>
        <w:rPr>
          <w:b/>
          <w:bCs/>
        </w:rPr>
        <w:t xml:space="preserve"> </w:t>
      </w:r>
      <w:r>
        <w:rPr>
          <w:b/>
          <w:bCs/>
        </w:rPr>
        <w:t xml:space="preserve">had been made, but these had been readily answered.</w:t>
      </w:r>
      <w:r>
        <w:br/>
      </w:r>
      <w:r>
        <w:t xml:space="preserve">    (a) questions or investigations</w:t>
      </w:r>
      <w:r>
        <w:br/>
      </w:r>
      <w:r>
        <w:t xml:space="preserve">    (b) social events or ceremonies</w:t>
      </w:r>
      <w:r>
        <w:br/>
      </w:r>
      <w:r>
        <w:t xml:space="preserve">    (c) reasons for doing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fungi overspread the whole exterior, hanging in a fine tangled web-work from the eaves.</w:t>
      </w:r>
      <w:r>
        <w:br/>
      </w:r>
      <w:r>
        <w:t xml:space="preserve">    (a) small</w:t>
      </w:r>
      <w:r>
        <w:br/>
      </w:r>
      <w:r>
        <w:t xml:space="preserve">    (b) exact</w:t>
      </w:r>
      <w:r>
        <w:br/>
      </w:r>
      <w:r>
        <w:t xml:space="preserve">    (c) awake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Getting upon the sacking of the bedstead, I looked over the head-board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minutely</w:t>
      </w:r>
      <w:r>
        <w:rPr>
          <w:b/>
          <w:bCs/>
        </w:rPr>
        <w:t xml:space="preserve"> </w:t>
      </w:r>
      <w:r>
        <w:rPr>
          <w:b/>
          <w:bCs/>
        </w:rPr>
        <w:t xml:space="preserve">at the second casement.</w:t>
      </w:r>
      <w:r>
        <w:br/>
      </w:r>
      <w:r>
        <w:t xml:space="preserve">    (a) carefully</w:t>
      </w:r>
      <w:r>
        <w:br/>
      </w:r>
      <w:r>
        <w:t xml:space="preserve">    (b) in a manner that deserves praise</w:t>
      </w:r>
      <w:r>
        <w:br/>
      </w:r>
      <w:r>
        <w:t xml:space="preserve">    (c) in a manner that does not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learned, moreover, at intervals, and through broken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equivocal</w:t>
      </w:r>
      <w:r>
        <w:rPr>
          <w:b/>
          <w:bCs/>
        </w:rPr>
        <w:t xml:space="preserve"> </w:t>
      </w:r>
      <w:r>
        <w:rPr>
          <w:b/>
          <w:bCs/>
        </w:rPr>
        <w:t xml:space="preserve">hints, another singular feature of his mental condition.</w:t>
      </w:r>
      <w:r>
        <w:br/>
      </w:r>
      <w:r>
        <w:t xml:space="preserve">    (a) able to get nearer</w:t>
      </w:r>
      <w:r>
        <w:br/>
      </w:r>
      <w:r>
        <w:t xml:space="preserve">    (b) impossible to find</w:t>
      </w:r>
      <w:r>
        <w:br/>
      </w:r>
      <w:r>
        <w:t xml:space="preserve">    (c) unclear in meaning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mental features discoursed of 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analytical</w:t>
      </w:r>
      <w:r>
        <w:rPr>
          <w:b/>
          <w:bCs/>
        </w:rPr>
        <w:t xml:space="preserve">, are, in themselves, but little susceptible of analysis.</w:t>
      </w:r>
      <w:r>
        <w:br/>
      </w:r>
      <w:r>
        <w:t xml:space="preserve">    (a) relating to logical examination to improve understanding</w:t>
      </w:r>
      <w:r>
        <w:br/>
      </w:r>
      <w:r>
        <w:t xml:space="preserve">    (b) related to the natural world (life, air, water, land...)</w:t>
      </w:r>
      <w:r>
        <w:br/>
      </w:r>
      <w:r>
        <w:t xml:space="preserve">    (c) the state or degree of being pessimistic or disagreeable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of the character of his remarks at the periods in question an example will best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the idea.</w:t>
      </w:r>
      <w:r>
        <w:br/>
      </w:r>
      <w:r>
        <w:t xml:space="preserve">    (a) mirror back (an image)</w:t>
      </w:r>
      <w:r>
        <w:br/>
      </w:r>
      <w:r>
        <w:t xml:space="preserve">    (b) communicate or express</w:t>
      </w:r>
      <w:r>
        <w:br/>
      </w:r>
      <w:r>
        <w:t xml:space="preserve">    (c) create dramatic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give below all the material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testimony</w:t>
      </w:r>
      <w:r>
        <w:rPr>
          <w:b/>
          <w:bCs/>
        </w:rPr>
        <w:t xml:space="preserve"> </w:t>
      </w:r>
      <w:r>
        <w:rPr>
          <w:b/>
          <w:bCs/>
        </w:rPr>
        <w:t xml:space="preserve">elicited.</w:t>
      </w:r>
      <w:r>
        <w:br/>
      </w:r>
      <w:r>
        <w:t xml:space="preserve">    (a) an organ attached to the wall of the uterus to nourish the fetus during pregnancy</w:t>
      </w:r>
      <w:r>
        <w:br/>
      </w:r>
      <w:r>
        <w:t xml:space="preserve">    (b) an atom that has acquired an electrical charge by the loss or gain of an electron</w:t>
      </w:r>
      <w:r>
        <w:br/>
      </w:r>
      <w:r>
        <w:t xml:space="preserve">    (c) something that serves as evidence -- especially a statement at a trial or hearing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police are confounded by the seeming absence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motive</w:t>
      </w:r>
      <w:r>
        <w:rPr>
          <w:b/>
          <w:bCs/>
        </w:rPr>
        <w:t xml:space="preserve">—not for the murder itself—but for the atrocity of the murder.</w:t>
      </w:r>
      <w:r>
        <w:br/>
      </w:r>
      <w:r>
        <w:t xml:space="preserve">    (a) the sacred writings of Islam</w:t>
      </w:r>
      <w:r>
        <w:br/>
      </w:r>
      <w:r>
        <w:t xml:space="preserve">    (b) small quantity or indication</w:t>
      </w:r>
      <w:r>
        <w:br/>
      </w:r>
      <w:r>
        <w:t xml:space="preserve">    (c) reason (for doing something)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2026-05-20T12:35:39Z</dcterms:created>
  <dcterms:modified xsi:type="dcterms:W3CDTF">2026-05-20T12:35:39Z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