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d6c5d1eeeedefe46f2cf7b9ee6e78c9f6557fbd"/>
    <w:p>
      <w:pPr>
        <w:pStyle w:val="Heading1"/>
      </w:pPr>
      <w:r>
        <w:rPr>
          <w:b/>
          <w:bCs/>
        </w:rPr>
        <w:t xml:space="preserve">Selected Essays</w:t>
      </w:r>
      <w:r>
        <w:br/>
      </w:r>
      <w:r>
        <w:rPr>
          <w:i/>
          <w:iCs/>
        </w:rPr>
        <w:t xml:space="preserve">Ralph Waldo Emerson</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This revolution is to be wrought by the gradual</w:t>
      </w:r>
      <w:r>
        <w:rPr>
          <w:b/>
          <w:bCs/>
        </w:rPr>
        <w:t xml:space="preserve"> </w:t>
      </w:r>
      <w:r>
        <w:rPr>
          <w:b/>
          <w:bCs/>
          <w:u w:val="single"/>
        </w:rPr>
        <w:t xml:space="preserve">domestication</w:t>
      </w:r>
      <w:r>
        <w:rPr>
          <w:b/>
          <w:bCs/>
        </w:rPr>
        <w:t xml:space="preserve"> </w:t>
      </w:r>
      <w:r>
        <w:rPr>
          <w:b/>
          <w:bCs/>
        </w:rPr>
        <w:t xml:space="preserve">of the idea of Culture.</w:t>
      </w:r>
      <w:r>
        <w:br/>
      </w:r>
      <w:r>
        <w:t xml:space="preserve">    (a) the condition of being made by humans rather than being found in nature</w:t>
      </w:r>
      <w:r>
        <w:br/>
      </w:r>
      <w:r>
        <w:t xml:space="preserve">    (b) to make fit for service to humans or home life -- by breeding or taming</w:t>
      </w:r>
      <w:r>
        <w:br/>
      </w:r>
      <w:r>
        <w:t xml:space="preserve">    (c) people of churches whose traditions trace back to the Church of England</w:t>
      </w:r>
    </w:p>
    <w:p>
      <w:pPr>
        <w:pStyle w:val="Compact"/>
        <w:numPr>
          <w:ilvl w:val="0"/>
          <w:numId w:val="1001"/>
        </w:numPr>
      </w:pPr>
      <w:r>
        <w:rPr>
          <w:b/>
          <w:bCs/>
        </w:rPr>
        <w:t xml:space="preserve">In contrast with their writing, the style of Pope,[88] of Johnson,[89] of Gibbon,[90] looks cold and</w:t>
      </w:r>
      <w:r>
        <w:rPr>
          <w:b/>
          <w:bCs/>
        </w:rPr>
        <w:t xml:space="preserve"> </w:t>
      </w:r>
      <w:r>
        <w:rPr>
          <w:b/>
          <w:bCs/>
          <w:u w:val="single"/>
        </w:rPr>
        <w:t xml:space="preserve">pedantic</w:t>
      </w:r>
      <w:r>
        <w:rPr>
          <w:b/>
          <w:bCs/>
        </w:rPr>
        <w:t xml:space="preserve">.</w:t>
      </w:r>
      <w:r>
        <w:br/>
      </w:r>
      <w:r>
        <w:t xml:space="preserve">    (a) with excessive concern for formal rules, details, or book learning</w:t>
      </w:r>
      <w:r>
        <w:br/>
      </w:r>
      <w:r>
        <w:t xml:space="preserve">    (b) the quality or degree of the involvement of other people or things</w:t>
      </w:r>
      <w:r>
        <w:br/>
      </w:r>
      <w:r>
        <w:t xml:space="preserve">    (c) not having the characteristic of bouncing back light/heat/sound...</w:t>
      </w:r>
    </w:p>
    <w:p>
      <w:pPr>
        <w:pStyle w:val="Compact"/>
        <w:numPr>
          <w:ilvl w:val="0"/>
          <w:numId w:val="1001"/>
        </w:numPr>
      </w:pPr>
      <w:r>
        <w:rPr>
          <w:b/>
          <w:bCs/>
        </w:rPr>
        <w:t xml:space="preserve">If a man</w:t>
      </w:r>
      <w:r>
        <w:rPr>
          <w:b/>
          <w:bCs/>
        </w:rPr>
        <w:t xml:space="preserve"> </w:t>
      </w:r>
      <w:r>
        <w:rPr>
          <w:b/>
          <w:bCs/>
          <w:u w:val="single"/>
        </w:rPr>
        <w:t xml:space="preserve">dogmatize</w:t>
      </w:r>
      <w:r>
        <w:rPr>
          <w:b/>
          <w:bCs/>
        </w:rPr>
        <w:t xml:space="preserve"> </w:t>
      </w:r>
      <w:r>
        <w:rPr>
          <w:b/>
          <w:bCs/>
        </w:rPr>
        <w:t xml:space="preserve">in a mixed company on Providence and the divine laws, he is answered by a silence which conveys well enough to an observer the dissatisfaction of the hearer, but his incapacity to make his own statement.</w:t>
      </w:r>
      <w:r>
        <w:br/>
      </w:r>
      <w:r>
        <w:t xml:space="preserve">    (a) cancel or annul a formal ruling or contract</w:t>
      </w:r>
      <w:r>
        <w:br/>
      </w:r>
      <w:r>
        <w:t xml:space="preserve">    (b) keep busy thinking about or doing something</w:t>
      </w:r>
      <w:r>
        <w:br/>
      </w:r>
      <w:r>
        <w:t xml:space="preserve">    (c) prone to stating opinions as absolute truth</w:t>
      </w:r>
    </w:p>
    <w:p>
      <w:pPr>
        <w:pStyle w:val="Compact"/>
        <w:numPr>
          <w:ilvl w:val="0"/>
          <w:numId w:val="1001"/>
        </w:numPr>
      </w:pPr>
      <w:r>
        <w:rPr>
          <w:b/>
          <w:bCs/>
        </w:rPr>
        <w:t xml:space="preserve">The terror of cloudless noon, the emerald of Polycrates,[130] the awe of prosperity, the instinct which leads every generous soul to impose on itself tasks of a noble</w:t>
      </w:r>
      <w:r>
        <w:rPr>
          <w:b/>
          <w:bCs/>
        </w:rPr>
        <w:t xml:space="preserve"> </w:t>
      </w:r>
      <w:r>
        <w:rPr>
          <w:b/>
          <w:bCs/>
          <w:u w:val="single"/>
        </w:rPr>
        <w:t xml:space="preserve">asceticism</w:t>
      </w:r>
      <w:r>
        <w:rPr>
          <w:b/>
          <w:bCs/>
        </w:rPr>
        <w:t xml:space="preserve"> </w:t>
      </w:r>
      <w:r>
        <w:rPr>
          <w:b/>
          <w:bCs/>
        </w:rPr>
        <w:t xml:space="preserve">and vicarious virtue, are the tremblings of the balance of justice through the heart and mind of man.</w:t>
      </w:r>
      <w:r>
        <w:br/>
      </w:r>
      <w:r>
        <w:t xml:space="preserve">    (a) a feeling of anger or unhappiness at having to accept something not liked</w:t>
      </w:r>
      <w:r>
        <w:br/>
      </w:r>
      <w:r>
        <w:t xml:space="preserve">    (b) Hitler's fanatical and oppressive political party in World War II Germany</w:t>
      </w:r>
      <w:r>
        <w:br/>
      </w:r>
      <w:r>
        <w:t xml:space="preserve">    (c) the practice of extreme self-denial (often to encourage spiritual growth)</w:t>
      </w:r>
    </w:p>
    <w:p>
      <w:pPr>
        <w:pStyle w:val="Compact"/>
        <w:numPr>
          <w:ilvl w:val="0"/>
          <w:numId w:val="1001"/>
        </w:numPr>
      </w:pPr>
      <w:r>
        <w:rPr>
          <w:b/>
          <w:bCs/>
        </w:rPr>
        <w:t xml:space="preserve">Has he gained by borrowing, through</w:t>
      </w:r>
      <w:r>
        <w:rPr>
          <w:b/>
          <w:bCs/>
        </w:rPr>
        <w:t xml:space="preserve"> </w:t>
      </w:r>
      <w:r>
        <w:rPr>
          <w:b/>
          <w:bCs/>
          <w:u w:val="single"/>
        </w:rPr>
        <w:t xml:space="preserve">indolence</w:t>
      </w:r>
      <w:r>
        <w:rPr>
          <w:b/>
          <w:bCs/>
        </w:rPr>
        <w:t xml:space="preserve"> </w:t>
      </w:r>
      <w:r>
        <w:rPr>
          <w:b/>
          <w:bCs/>
        </w:rPr>
        <w:t xml:space="preserve">or cunning, his neighbor's wares, or horses, or money?</w:t>
      </w:r>
      <w:r>
        <w:br/>
      </w:r>
      <w:r>
        <w:t xml:space="preserve">    (a) laziness</w:t>
      </w:r>
      <w:r>
        <w:br/>
      </w:r>
      <w:r>
        <w:t xml:space="preserve">    (b) not real</w:t>
      </w:r>
      <w:r>
        <w:br/>
      </w:r>
      <w:r>
        <w:t xml:space="preserve">    (c) allowing</w:t>
      </w:r>
    </w:p>
    <w:p>
      <w:pPr>
        <w:pStyle w:val="Compact"/>
        <w:numPr>
          <w:ilvl w:val="0"/>
          <w:numId w:val="1001"/>
        </w:numPr>
      </w:pPr>
      <w:r>
        <w:rPr>
          <w:b/>
          <w:bCs/>
        </w:rPr>
        <w:t xml:space="preserve">Neither can it be said, on the other hand, that the gain of</w:t>
      </w:r>
      <w:r>
        <w:rPr>
          <w:b/>
          <w:bCs/>
        </w:rPr>
        <w:t xml:space="preserve"> </w:t>
      </w:r>
      <w:r>
        <w:rPr>
          <w:b/>
          <w:bCs/>
          <w:u w:val="single"/>
        </w:rPr>
        <w:t xml:space="preserve">rectitude</w:t>
      </w:r>
      <w:r>
        <w:rPr>
          <w:b/>
          <w:bCs/>
        </w:rPr>
        <w:t xml:space="preserve"> </w:t>
      </w:r>
      <w:r>
        <w:rPr>
          <w:b/>
          <w:bCs/>
        </w:rPr>
        <w:t xml:space="preserve">must be bought by any loss.</w:t>
      </w:r>
      <w:r>
        <w:br/>
      </w:r>
      <w:r>
        <w:t xml:space="preserve">    (a) starts (a fire)</w:t>
      </w:r>
      <w:r>
        <w:br/>
      </w:r>
      <w:r>
        <w:t xml:space="preserve">    (b) moral integrity</w:t>
      </w:r>
      <w:r>
        <w:br/>
      </w:r>
      <w:r>
        <w:t xml:space="preserve">    (c) firm in purpose</w:t>
      </w:r>
    </w:p>
    <w:p>
      <w:pPr>
        <w:pStyle w:val="Compact"/>
        <w:numPr>
          <w:ilvl w:val="0"/>
          <w:numId w:val="1001"/>
        </w:numPr>
      </w:pPr>
      <w:r>
        <w:rPr>
          <w:b/>
          <w:bCs/>
        </w:rPr>
        <w:t xml:space="preserve">A man is to carry himself in the presence of all opposition, as if everything were titular and</w:t>
      </w:r>
      <w:r>
        <w:rPr>
          <w:b/>
          <w:bCs/>
        </w:rPr>
        <w:t xml:space="preserve"> </w:t>
      </w:r>
      <w:r>
        <w:rPr>
          <w:b/>
          <w:bCs/>
          <w:u w:val="single"/>
        </w:rPr>
        <w:t xml:space="preserve">ephemeral</w:t>
      </w:r>
      <w:r>
        <w:rPr>
          <w:b/>
          <w:bCs/>
        </w:rPr>
        <w:t xml:space="preserve"> </w:t>
      </w:r>
      <w:r>
        <w:rPr>
          <w:b/>
          <w:bCs/>
        </w:rPr>
        <w:t xml:space="preserve">but he.</w:t>
      </w:r>
      <w:r>
        <w:br/>
      </w:r>
      <w:r>
        <w:t xml:space="preserve">    (a) a sensible view of a situation</w:t>
      </w:r>
      <w:r>
        <w:br/>
      </w:r>
      <w:r>
        <w:t xml:space="preserve">    (b) made by taking on as one's own</w:t>
      </w:r>
      <w:r>
        <w:br/>
      </w:r>
      <w:r>
        <w:t xml:space="preserve">    (c) existing only for a short time</w:t>
      </w:r>
    </w:p>
    <w:p>
      <w:pPr>
        <w:pStyle w:val="Compact"/>
        <w:numPr>
          <w:ilvl w:val="0"/>
          <w:numId w:val="1001"/>
        </w:numPr>
      </w:pPr>
      <w:r>
        <w:rPr>
          <w:b/>
          <w:bCs/>
        </w:rPr>
        <w:t xml:space="preserve">Rough and graceless would be such greeting, but truth is handsomer than the</w:t>
      </w:r>
      <w:r>
        <w:rPr>
          <w:b/>
          <w:bCs/>
        </w:rPr>
        <w:t xml:space="preserve"> </w:t>
      </w:r>
      <w:r>
        <w:rPr>
          <w:b/>
          <w:bCs/>
          <w:u w:val="single"/>
        </w:rPr>
        <w:t xml:space="preserve">affectation</w:t>
      </w:r>
      <w:r>
        <w:rPr>
          <w:b/>
          <w:bCs/>
        </w:rPr>
        <w:t xml:space="preserve"> </w:t>
      </w:r>
      <w:r>
        <w:rPr>
          <w:b/>
          <w:bCs/>
        </w:rPr>
        <w:t xml:space="preserve">of love.</w:t>
      </w:r>
      <w:r>
        <w:br/>
      </w:r>
      <w:r>
        <w:t xml:space="preserve">    (a) collection of star systems held together by gravity</w:t>
      </w:r>
      <w:r>
        <w:br/>
      </w:r>
      <w:r>
        <w:t xml:space="preserve">    (b) behaving in an artificial way to make an impression</w:t>
      </w:r>
      <w:r>
        <w:br/>
      </w:r>
      <w:r>
        <w:t xml:space="preserve">    (c) a particular way of seeing or thinking about things</w:t>
      </w:r>
    </w:p>
    <w:p>
      <w:pPr>
        <w:pStyle w:val="Compact"/>
        <w:numPr>
          <w:ilvl w:val="0"/>
          <w:numId w:val="1001"/>
        </w:numPr>
      </w:pPr>
      <w:r>
        <w:rPr>
          <w:b/>
          <w:bCs/>
        </w:rPr>
        <w:t xml:space="preserve">We</w:t>
      </w:r>
      <w:r>
        <w:rPr>
          <w:b/>
          <w:bCs/>
        </w:rPr>
        <w:t xml:space="preserve"> </w:t>
      </w:r>
      <w:r>
        <w:rPr>
          <w:b/>
          <w:bCs/>
          <w:u w:val="single"/>
        </w:rPr>
        <w:t xml:space="preserve">denote</w:t>
      </w:r>
      <w:r>
        <w:rPr>
          <w:b/>
          <w:bCs/>
        </w:rPr>
        <w:t xml:space="preserve"> </w:t>
      </w:r>
      <w:r>
        <w:rPr>
          <w:b/>
          <w:bCs/>
        </w:rPr>
        <w:t xml:space="preserve">this primary wisdom as Intuition, whilst all later teachings are tuitions.</w:t>
      </w:r>
      <w:r>
        <w:br/>
      </w:r>
      <w:r>
        <w:t xml:space="preserve">    (a) select (on a computer screen)</w:t>
      </w:r>
      <w:r>
        <w:br/>
      </w:r>
      <w:r>
        <w:t xml:space="preserve">    (b) consume or destroy completely</w:t>
      </w:r>
      <w:r>
        <w:br/>
      </w:r>
      <w:r>
        <w:t xml:space="preserve">    (c) stand for or symbolize literally; or be a sign or indicator of</w:t>
      </w:r>
    </w:p>
    <w:p>
      <w:pPr>
        <w:pStyle w:val="Compact"/>
        <w:numPr>
          <w:ilvl w:val="0"/>
          <w:numId w:val="1001"/>
        </w:numPr>
      </w:pPr>
      <w:r>
        <w:rPr>
          <w:b/>
          <w:bCs/>
        </w:rPr>
        <w:t xml:space="preserve">The relations of the soul to the divine spirit are so pure, that it is profane to seek to</w:t>
      </w:r>
      <w:r>
        <w:rPr>
          <w:b/>
          <w:bCs/>
        </w:rPr>
        <w:t xml:space="preserve"> </w:t>
      </w:r>
      <w:r>
        <w:rPr>
          <w:b/>
          <w:bCs/>
          <w:u w:val="single"/>
        </w:rPr>
        <w:t xml:space="preserve">interpose</w:t>
      </w:r>
      <w:r>
        <w:rPr>
          <w:b/>
          <w:bCs/>
        </w:rPr>
        <w:t xml:space="preserve"> </w:t>
      </w:r>
      <w:r>
        <w:rPr>
          <w:b/>
          <w:bCs/>
        </w:rPr>
        <w:t xml:space="preserve">helps.</w:t>
      </w:r>
      <w:r>
        <w:br/>
      </w:r>
      <w:r>
        <w:t xml:space="preserve">    (a) insert between other elements; or to interrupt or stop action by others</w:t>
      </w:r>
      <w:r>
        <w:br/>
      </w:r>
      <w:r>
        <w:t xml:space="preserve">    (b) the right to run a local store or business under a big company’s name</w:t>
      </w:r>
      <w:r>
        <w:br/>
      </w:r>
      <w:r>
        <w:t xml:space="preserve">    (c) dry out by heat or excessive exposure to sunlight; or make very thirsty</w:t>
      </w:r>
    </w:p>
    <w:p>
      <w:pPr>
        <w:pStyle w:val="Compact"/>
        <w:numPr>
          <w:ilvl w:val="0"/>
          <w:numId w:val="1001"/>
        </w:numPr>
      </w:pPr>
      <w:r>
        <w:rPr>
          <w:b/>
          <w:bCs/>
        </w:rPr>
        <w:t xml:space="preserve">We solicitously and apologetically caress and celebrate him, because he held on his way and scorned our</w:t>
      </w:r>
      <w:r>
        <w:rPr>
          <w:b/>
          <w:bCs/>
        </w:rPr>
        <w:t xml:space="preserve"> </w:t>
      </w:r>
      <w:r>
        <w:rPr>
          <w:b/>
          <w:bCs/>
          <w:u w:val="single"/>
        </w:rPr>
        <w:t xml:space="preserve">disapprobation</w:t>
      </w:r>
      <w:r>
        <w:rPr>
          <w:b/>
          <w:bCs/>
        </w:rPr>
        <w:t xml:space="preserve">.</w:t>
      </w:r>
      <w:r>
        <w:br/>
      </w:r>
      <w:r>
        <w:t xml:space="preserve">    (a) disapproval</w:t>
      </w:r>
      <w:r>
        <w:br/>
      </w:r>
      <w:r>
        <w:t xml:space="preserve">    (b) well suited</w:t>
      </w:r>
      <w:r>
        <w:br/>
      </w:r>
      <w:r>
        <w:t xml:space="preserve">    (c) a last name</w:t>
      </w:r>
    </w:p>
    <w:p>
      <w:pPr>
        <w:pStyle w:val="Compact"/>
        <w:numPr>
          <w:ilvl w:val="0"/>
          <w:numId w:val="1001"/>
        </w:numPr>
      </w:pPr>
      <w:r>
        <w:rPr>
          <w:b/>
          <w:bCs/>
        </w:rPr>
        <w:t xml:space="preserve">They do not yet perceive that light, unsystematic,</w:t>
      </w:r>
      <w:r>
        <w:rPr>
          <w:b/>
          <w:bCs/>
        </w:rPr>
        <w:t xml:space="preserve"> </w:t>
      </w:r>
      <w:r>
        <w:rPr>
          <w:b/>
          <w:bCs/>
          <w:u w:val="single"/>
        </w:rPr>
        <w:t xml:space="preserve">indomitable</w:t>
      </w:r>
      <w:r>
        <w:rPr>
          <w:b/>
          <w:bCs/>
        </w:rPr>
        <w:t xml:space="preserve">, will break into any cabin, even into theirs.</w:t>
      </w:r>
      <w:r>
        <w:br/>
      </w:r>
      <w:r>
        <w:t xml:space="preserve">    (a) impossible to defeat or discourage; or showing unshakable strength, determination, or spirit</w:t>
      </w:r>
      <w:r>
        <w:br/>
      </w:r>
      <w:r>
        <w:t xml:space="preserve">    (b) of something temporarily treated as true to advance a discussion or to further investigation</w:t>
      </w:r>
      <w:r>
        <w:br/>
      </w:r>
      <w:r>
        <w:t xml:space="preserve">    (c) relating to the threadlike structures in the cell nucleus that carry genes in a linear order</w:t>
      </w:r>
    </w:p>
    <w:p>
      <w:pPr>
        <w:pStyle w:val="Compact"/>
        <w:numPr>
          <w:ilvl w:val="0"/>
          <w:numId w:val="1001"/>
        </w:numPr>
      </w:pPr>
      <w:r>
        <w:rPr>
          <w:b/>
          <w:bCs/>
        </w:rPr>
        <w:t xml:space="preserve">I please my imagination more with a circle of godlike men and women variously related to each other, and between whom</w:t>
      </w:r>
      <w:r>
        <w:rPr>
          <w:b/>
          <w:bCs/>
        </w:rPr>
        <w:t xml:space="preserve"> </w:t>
      </w:r>
      <w:r>
        <w:rPr>
          <w:b/>
          <w:bCs/>
          <w:u w:val="single"/>
        </w:rPr>
        <w:t xml:space="preserve">subsists</w:t>
      </w:r>
      <w:r>
        <w:rPr>
          <w:b/>
          <w:bCs/>
        </w:rPr>
        <w:t xml:space="preserve"> </w:t>
      </w:r>
      <w:r>
        <w:rPr>
          <w:b/>
          <w:bCs/>
        </w:rPr>
        <w:t xml:space="preserve">a lofty intelligence.</w:t>
      </w:r>
      <w:r>
        <w:br/>
      </w:r>
      <w:r>
        <w:t xml:space="preserve">    (a) forgives</w:t>
      </w:r>
      <w:r>
        <w:br/>
      </w:r>
      <w:r>
        <w:t xml:space="preserve">    (b) shrivels</w:t>
      </w:r>
      <w:r>
        <w:br/>
      </w:r>
      <w:r>
        <w:t xml:space="preserve">    (c) survives</w:t>
      </w:r>
    </w:p>
    <w:p>
      <w:pPr>
        <w:pStyle w:val="Compact"/>
        <w:numPr>
          <w:ilvl w:val="0"/>
          <w:numId w:val="1001"/>
        </w:numPr>
      </w:pPr>
      <w:r>
        <w:rPr>
          <w:b/>
          <w:bCs/>
        </w:rPr>
        <w:t xml:space="preserve">Let it be an alliance of two large formidable natures, mutually beheld, mutually feared, before yet they recognize the deep identity which beneath these</w:t>
      </w:r>
      <w:r>
        <w:rPr>
          <w:b/>
          <w:bCs/>
        </w:rPr>
        <w:t xml:space="preserve"> </w:t>
      </w:r>
      <w:r>
        <w:rPr>
          <w:b/>
          <w:bCs/>
          <w:u w:val="single"/>
        </w:rPr>
        <w:t xml:space="preserve">disparities</w:t>
      </w:r>
      <w:r>
        <w:rPr>
          <w:b/>
          <w:bCs/>
        </w:rPr>
        <w:t xml:space="preserve"> </w:t>
      </w:r>
      <w:r>
        <w:rPr>
          <w:b/>
          <w:bCs/>
        </w:rPr>
        <w:t xml:space="preserve">unites them.</w:t>
      </w:r>
      <w:r>
        <w:br/>
      </w:r>
      <w:r>
        <w:t xml:space="preserve">    (a) social events or ceremonies</w:t>
      </w:r>
      <w:r>
        <w:br/>
      </w:r>
      <w:r>
        <w:t xml:space="preserve">    (b) a difference between things</w:t>
      </w:r>
      <w:r>
        <w:br/>
      </w:r>
      <w:r>
        <w:t xml:space="preserve">    (c) reasons for doing something</w:t>
      </w:r>
    </w:p>
    <w:p>
      <w:pPr>
        <w:pStyle w:val="Compact"/>
        <w:numPr>
          <w:ilvl w:val="0"/>
          <w:numId w:val="1001"/>
        </w:numPr>
      </w:pPr>
      <w:r>
        <w:rPr>
          <w:b/>
          <w:bCs/>
        </w:rPr>
        <w:t xml:space="preserve">Let us drop this</w:t>
      </w:r>
      <w:r>
        <w:rPr>
          <w:b/>
          <w:bCs/>
        </w:rPr>
        <w:t xml:space="preserve"> </w:t>
      </w:r>
      <w:r>
        <w:rPr>
          <w:b/>
          <w:bCs/>
          <w:u w:val="single"/>
        </w:rPr>
        <w:t xml:space="preserve">idolatry</w:t>
      </w:r>
      <w:r>
        <w:rPr>
          <w:b/>
          <w:bCs/>
        </w:rPr>
        <w:t xml:space="preserve">.</w:t>
      </w:r>
      <w:r>
        <w:br/>
      </w:r>
      <w:r>
        <w:t xml:space="preserve">    (a) the worship of idols (physical objects representative of gods)</w:t>
      </w:r>
      <w:r>
        <w:br/>
      </w:r>
      <w:r>
        <w:br/>
      </w:r>
      <w:r>
        <w:t xml:space="preserve">or:</w:t>
      </w:r>
      <w:r>
        <w:br/>
      </w:r>
      <w:r>
        <w:br/>
      </w:r>
      <w:r>
        <w:t xml:space="preserve">excessive admiration and devotion to something or someone</w:t>
      </w:r>
      <w:r>
        <w:br/>
      </w:r>
      <w:r>
        <w:t xml:space="preserve">    (b) something that indirectly shows something else -- such as an indication, demonstration, expression, or representation of something</w:t>
      </w:r>
      <w:r>
        <w:br/>
      </w:r>
      <w:r>
        <w:t xml:space="preserve">    (c) Greek Mythology: one of the giant-sized gods who ruled the Earth until overthrown by Zeus (also the name of Saturn's largest moon)</w:t>
      </w:r>
    </w:p>
    <w:p>
      <w:pPr>
        <w:pStyle w:val="Compact"/>
        <w:numPr>
          <w:ilvl w:val="0"/>
          <w:numId w:val="1001"/>
        </w:numPr>
      </w:pPr>
      <w:r>
        <w:rPr>
          <w:b/>
          <w:bCs/>
        </w:rPr>
        <w:t xml:space="preserve">This admirable duke, Valerius, With his disdain of fortune and of death, Captived himself, has captived me, And though my arm hath ta'en his body here, His soul hath</w:t>
      </w:r>
      <w:r>
        <w:rPr>
          <w:b/>
          <w:bCs/>
        </w:rPr>
        <w:t xml:space="preserve"> </w:t>
      </w:r>
      <w:r>
        <w:rPr>
          <w:b/>
          <w:bCs/>
          <w:u w:val="single"/>
        </w:rPr>
        <w:t xml:space="preserve">subjugated</w:t>
      </w:r>
      <w:r>
        <w:rPr>
          <w:b/>
          <w:bCs/>
        </w:rPr>
        <w:t xml:space="preserve"> </w:t>
      </w:r>
      <w:r>
        <w:rPr>
          <w:b/>
          <w:bCs/>
        </w:rPr>
        <w:t xml:space="preserve">Martius' soul.</w:t>
      </w:r>
      <w:r>
        <w:br/>
      </w:r>
      <w:r>
        <w:t xml:space="preserve">    (a) not roughly calculated</w:t>
      </w:r>
      <w:r>
        <w:br/>
      </w:r>
      <w:r>
        <w:t xml:space="preserve">    (b) forced into submission</w:t>
      </w:r>
      <w:r>
        <w:br/>
      </w:r>
      <w:r>
        <w:t xml:space="preserve">    (c) influenced or effected</w:t>
      </w:r>
    </w:p>
    <w:p>
      <w:pPr>
        <w:pStyle w:val="Compact"/>
        <w:numPr>
          <w:ilvl w:val="0"/>
          <w:numId w:val="1001"/>
        </w:numPr>
      </w:pPr>
      <w:r>
        <w:rPr>
          <w:b/>
          <w:bCs/>
        </w:rPr>
        <w:t xml:space="preserve">It is the avowal of the unschooled man, that he finds a quality in him that is negligent of expense, of health, of life, of danger, of hatred, of reproach, and knows that his will is higher and more excellent than all actual and all possible</w:t>
      </w:r>
      <w:r>
        <w:rPr>
          <w:b/>
          <w:bCs/>
        </w:rPr>
        <w:t xml:space="preserve"> </w:t>
      </w:r>
      <w:r>
        <w:rPr>
          <w:b/>
          <w:bCs/>
          <w:u w:val="single"/>
        </w:rPr>
        <w:t xml:space="preserve">antagonists</w:t>
      </w:r>
      <w:r>
        <w:rPr>
          <w:b/>
          <w:bCs/>
        </w:rPr>
        <w:t xml:space="preserve">.</w:t>
      </w:r>
      <w:r>
        <w:br/>
      </w:r>
      <w:r>
        <w:t xml:space="preserve">    (a) relating to properties of sound or hearing</w:t>
      </w:r>
      <w:r>
        <w:br/>
      </w:r>
      <w:r>
        <w:t xml:space="preserve">    (b) people who offer opposition or are hostile</w:t>
      </w:r>
      <w:r>
        <w:br/>
      </w:r>
      <w:r>
        <w:t xml:space="preserve">    (c) people who trick others for financial gain</w:t>
      </w:r>
    </w:p>
    <w:p>
      <w:pPr>
        <w:pStyle w:val="Compact"/>
        <w:numPr>
          <w:ilvl w:val="0"/>
          <w:numId w:val="1001"/>
        </w:numPr>
      </w:pPr>
      <w:r>
        <w:rPr>
          <w:b/>
          <w:bCs/>
        </w:rPr>
        <w:t xml:space="preserve">All these great and</w:t>
      </w:r>
      <w:r>
        <w:rPr>
          <w:b/>
          <w:bCs/>
        </w:rPr>
        <w:t xml:space="preserve"> </w:t>
      </w:r>
      <w:r>
        <w:rPr>
          <w:b/>
          <w:bCs/>
          <w:u w:val="single"/>
        </w:rPr>
        <w:t xml:space="preserve">transcendent</w:t>
      </w:r>
      <w:r>
        <w:rPr>
          <w:b/>
          <w:bCs/>
        </w:rPr>
        <w:t xml:space="preserve"> </w:t>
      </w:r>
      <w:r>
        <w:rPr>
          <w:b/>
          <w:bCs/>
        </w:rPr>
        <w:t xml:space="preserve">properties are ours.</w:t>
      </w:r>
      <w:r>
        <w:br/>
      </w:r>
      <w:r>
        <w:t xml:space="preserve">    (a) of or relating to the body or flesh (in contrast to the spirit)</w:t>
      </w:r>
      <w:r>
        <w:br/>
      </w:r>
      <w:r>
        <w:t xml:space="preserve">    (b) beyond the ordinary range of human experience or understanding</w:t>
      </w:r>
      <w:r>
        <w:br/>
      </w:r>
      <w:r>
        <w:br/>
      </w:r>
      <w:r>
        <w:t xml:space="preserve">or:</w:t>
      </w:r>
      <w:r>
        <w:br/>
      </w:r>
      <w:r>
        <w:br/>
      </w:r>
      <w:r>
        <w:t xml:space="preserve">surpassing usual limits of excellence</w:t>
      </w:r>
      <w:r>
        <w:br/>
      </w:r>
      <w:r>
        <w:t xml:space="preserve">    (c) mundane (common or uninteresting)</w:t>
      </w:r>
    </w:p>
    <w:p>
      <w:pPr>
        <w:pStyle w:val="Compact"/>
        <w:numPr>
          <w:ilvl w:val="0"/>
          <w:numId w:val="1001"/>
        </w:numPr>
      </w:pPr>
      <w:r>
        <w:rPr>
          <w:b/>
          <w:bCs/>
        </w:rPr>
        <w:t xml:space="preserve">With this wisdom of life, is the equal</w:t>
      </w:r>
      <w:r>
        <w:rPr>
          <w:b/>
          <w:bCs/>
        </w:rPr>
        <w:t xml:space="preserve"> </w:t>
      </w:r>
      <w:r>
        <w:rPr>
          <w:b/>
          <w:bCs/>
          <w:u w:val="single"/>
        </w:rPr>
        <w:t xml:space="preserve">endowment</w:t>
      </w:r>
      <w:r>
        <w:rPr>
          <w:b/>
          <w:bCs/>
        </w:rPr>
        <w:t xml:space="preserve"> </w:t>
      </w:r>
      <w:r>
        <w:rPr>
          <w:b/>
          <w:bCs/>
        </w:rPr>
        <w:t xml:space="preserve">of imaginative and of lyric power.</w:t>
      </w:r>
      <w:r>
        <w:br/>
      </w:r>
      <w:r>
        <w:t xml:space="preserve">    (a) the invested money that provides income for an institution; or an instance of giving such money</w:t>
      </w:r>
      <w:r>
        <w:br/>
      </w:r>
      <w:r>
        <w:br/>
      </w:r>
      <w:r>
        <w:t xml:space="preserve">or:</w:t>
      </w:r>
      <w:r>
        <w:br/>
      </w:r>
      <w:r>
        <w:br/>
      </w:r>
      <w:r>
        <w:t xml:space="preserve">abilities or qualities -- especially those that are nature-given</w:t>
      </w:r>
      <w:r>
        <w:br/>
      </w:r>
      <w:r>
        <w:t xml:space="preserve">    (b) a musical play with orchestra in which most of the dialogue is sung (or the art form that consists of such musicals; or describing something as related to that art form)</w:t>
      </w:r>
      <w:r>
        <w:br/>
      </w:r>
      <w:r>
        <w:t xml:space="preserve">    (c) a person with or something related to an eating disorder in which overeating is followed by guilt and unhealthy attempts at correction -- especially self-induced vomiting</w:t>
      </w:r>
    </w:p>
    <w:p>
      <w:pPr>
        <w:pStyle w:val="Compact"/>
        <w:numPr>
          <w:ilvl w:val="0"/>
          <w:numId w:val="1001"/>
        </w:numPr>
      </w:pPr>
      <w:r>
        <w:rPr>
          <w:b/>
          <w:bCs/>
        </w:rPr>
        <w:t xml:space="preserve">Each new step we take in thought reconciles twenty seemingly</w:t>
      </w:r>
      <w:r>
        <w:rPr>
          <w:b/>
          <w:bCs/>
        </w:rPr>
        <w:t xml:space="preserve"> </w:t>
      </w:r>
      <w:r>
        <w:rPr>
          <w:b/>
          <w:bCs/>
          <w:u w:val="single"/>
        </w:rPr>
        <w:t xml:space="preserve">discordant</w:t>
      </w:r>
      <w:r>
        <w:rPr>
          <w:b/>
          <w:bCs/>
        </w:rPr>
        <w:t xml:space="preserve"> </w:t>
      </w:r>
      <w:r>
        <w:rPr>
          <w:b/>
          <w:bCs/>
        </w:rPr>
        <w:t xml:space="preserve">facts,</w:t>
      </w:r>
      <w:r>
        <w:br/>
      </w:r>
      <w:r>
        <w:t xml:space="preserve">    (a) unable or difficult to meet and talk with</w:t>
      </w:r>
      <w:r>
        <w:br/>
      </w:r>
      <w:r>
        <w:t xml:space="preserve">    (b) conflicting</w:t>
      </w:r>
      <w:r>
        <w:br/>
      </w:r>
      <w:r>
        <w:t xml:space="preserve">    (c) without purpose, job, or natural activity</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2026-07-31T17:08:16Z</dcterms:created>
  <dcterms:modified xsi:type="dcterms:W3CDTF">2026-07-31T17:08:16Z</dcterms:modified>
</cp:coreProperties>
</file>

<file path=docProps/custom.xml><?xml version="1.0" encoding="utf-8"?>
<Properties xmlns="http://schemas.openxmlformats.org/officeDocument/2006/custom-properties" xmlns:vt="http://schemas.openxmlformats.org/officeDocument/2006/docPropsVTypes"/>
</file>