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4afd76cd01760d0c4b6b79812f0a1afdfaef45"/>
    <w:p>
      <w:pPr>
        <w:pStyle w:val="Heading1"/>
      </w:pPr>
      <w:r>
        <w:rPr>
          <w:b/>
          <w:bCs/>
        </w:rPr>
        <w:t xml:space="preserve">Seabiscuit</w:t>
      </w:r>
      <w:r>
        <w:br/>
      </w:r>
      <w:r>
        <w:rPr>
          <w:i/>
          <w:iCs/>
        </w:rPr>
        <w:t xml:space="preserve">Laura Hillenbrand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advent</w:t>
      </w:r>
      <w:r>
        <w:rPr>
          <w:b/>
          <w:bCs/>
        </w:rPr>
        <w:t xml:space="preserve"> </w:t>
      </w:r>
      <w:r>
        <w:rPr>
          <w:b/>
          <w:bCs/>
        </w:rPr>
        <w:t xml:space="preserve">of smartphones, daily life changed dramatically.</w:t>
      </w:r>
      <w:r>
        <w:br/>
      </w:r>
      <w:r>
        <w:t xml:space="preserve">    (a) the decline of</w:t>
      </w:r>
      <w:r>
        <w:br/>
      </w:r>
      <w:r>
        <w:t xml:space="preserve">    (b) the arrival of</w:t>
      </w:r>
      <w:r>
        <w:br/>
      </w:r>
      <w:r>
        <w:t xml:space="preserve">    (c) the absence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antiquated</w:t>
      </w:r>
      <w:r>
        <w:rPr>
          <w:b/>
          <w:bCs/>
        </w:rPr>
        <w:t xml:space="preserve"> </w:t>
      </w:r>
      <w:r>
        <w:rPr>
          <w:b/>
          <w:bCs/>
        </w:rPr>
        <w:t xml:space="preserve">beliefs often clashed with the views of her younger colleagues.</w:t>
      </w:r>
      <w:r>
        <w:br/>
      </w:r>
      <w:r>
        <w:t xml:space="preserve">    (a) complicated</w:t>
      </w:r>
      <w:r>
        <w:br/>
      </w:r>
      <w:r>
        <w:t xml:space="preserve">    (b) modern</w:t>
      </w:r>
      <w:r>
        <w:br/>
      </w:r>
      <w:r>
        <w:t xml:space="preserve">    (c) old-fashioned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demonstrates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aphorism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"A picture is worth a thousand words."</w:t>
      </w:r>
      <w:r>
        <w:br/>
      </w:r>
      <w:r>
        <w:t xml:space="preserve">    (a) saying</w:t>
      </w:r>
      <w:r>
        <w:br/>
      </w:r>
      <w:r>
        <w:t xml:space="preserve">    (b) title</w:t>
      </w:r>
      <w:r>
        <w:br/>
      </w:r>
      <w:r>
        <w:t xml:space="preserve">    (c) exception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Owens Valley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aqueduct</w:t>
      </w:r>
      <w:r>
        <w:rPr>
          <w:b/>
          <w:bCs/>
        </w:rPr>
        <w:t xml:space="preserve"> </w:t>
      </w:r>
      <w:r>
        <w:rPr>
          <w:b/>
          <w:bCs/>
        </w:rPr>
        <w:t xml:space="preserve">carries water from the Sierras to Los Angeles.</w:t>
      </w:r>
      <w:r>
        <w:br/>
      </w:r>
      <w:r>
        <w:t xml:space="preserve">    (a) road that follows a rive</w:t>
      </w:r>
      <w:r>
        <w:br/>
      </w:r>
      <w:r>
        <w:t xml:space="preserve">    (b) canal used for boats</w:t>
      </w:r>
      <w:r>
        <w:br/>
      </w:r>
      <w:r>
        <w:t xml:space="preserve">    (c) structure that carries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long conflict became a war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attrition</w:t>
      </w:r>
      <w:r>
        <w:rPr>
          <w:b/>
          <w:bCs/>
        </w:rPr>
        <w:t xml:space="preserve">, with both sides slowly wearing each other down.</w:t>
      </w:r>
      <w:r>
        <w:br/>
      </w:r>
      <w:r>
        <w:t xml:space="preserve">    (a) rapid victory</w:t>
      </w:r>
      <w:r>
        <w:br/>
      </w:r>
      <w:r>
        <w:t xml:space="preserve">    (b) gradual loss</w:t>
      </w:r>
      <w:r>
        <w:br/>
      </w:r>
      <w:r>
        <w:t xml:space="preserve">    (c) steady growth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complements</w:t>
      </w:r>
      <w:r>
        <w:rPr>
          <w:b/>
          <w:bCs/>
        </w:rPr>
        <w:t xml:space="preserve"> </w:t>
      </w:r>
      <w:r>
        <w:rPr>
          <w:b/>
          <w:bCs/>
        </w:rPr>
        <w:t xml:space="preserve">her eyes.</w:t>
      </w:r>
      <w:r>
        <w:br/>
      </w:r>
      <w:r>
        <w:t xml:space="preserve">    (a) matches in color</w:t>
      </w:r>
      <w:r>
        <w:br/>
      </w:r>
      <w:r>
        <w:t xml:space="preserve">    (b) combines well with</w:t>
      </w:r>
      <w:r>
        <w:br/>
      </w:r>
      <w:r>
        <w:t xml:space="preserve">    (c) says nice things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sat down</w:t>
      </w:r>
      <w:r>
        <w:br/>
      </w:r>
      <w:r>
        <w:t xml:space="preserve">    (b) came together</w:t>
      </w:r>
      <w:r>
        <w:br/>
      </w:r>
      <w:r>
        <w:t xml:space="preserve">    (c) shouted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Put to sleep</w:t>
      </w:r>
      <w:r>
        <w:rPr>
          <w:b/>
          <w:bCs/>
        </w:rPr>
        <w:t xml:space="preserve"> </w:t>
      </w:r>
      <w:r>
        <w:rPr>
          <w:b/>
          <w:bCs/>
        </w:rPr>
        <w:t xml:space="preserve">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euphemism</w:t>
      </w:r>
      <w:r>
        <w:rPr>
          <w:b/>
          <w:bCs/>
        </w:rPr>
        <w:t xml:space="preserve"> </w:t>
      </w:r>
      <w:r>
        <w:rPr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painlessly killing a pet to end its suffering</w:t>
      </w:r>
      <w:r>
        <w:rPr>
          <w:b/>
          <w:bCs/>
        </w:rPr>
        <w:t xml:space="preserve">.</w:t>
      </w:r>
      <w:r>
        <w:br/>
      </w:r>
      <w:r>
        <w:t xml:space="preserve">    (a) a fictional story whose characters, items, or events are symbolic to express a deeper meaning</w:t>
      </w:r>
      <w:r>
        <w:br/>
      </w:r>
      <w:r>
        <w:t xml:space="preserve">    (b) the features of the surface area of a region; or their study -- especially changes in elevation</w:t>
      </w:r>
      <w:r>
        <w:br/>
      </w:r>
      <w:r>
        <w:t xml:space="preserve">    (c) a word or phrase that serves as a less harsh way of saying something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is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because it could have happened to any of us.</w:t>
      </w:r>
      <w:r>
        <w:br/>
      </w:r>
      <w:r>
        <w:t xml:space="preserve">    (a) instructive</w:t>
      </w:r>
      <w:r>
        <w:br/>
      </w:r>
      <w:r>
        <w:t xml:space="preserve">    (b) realistic</w:t>
      </w:r>
      <w:r>
        <w:br/>
      </w:r>
      <w:r>
        <w:t xml:space="preserve">    (c)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imbibing</w:t>
      </w:r>
      <w:r>
        <w:rPr>
          <w:b/>
          <w:bCs/>
        </w:rPr>
        <w:t xml:space="preserve"> </w:t>
      </w:r>
      <w:r>
        <w:rPr>
          <w:b/>
          <w:bCs/>
        </w:rPr>
        <w:t xml:space="preserve">that much in hard liquor showed faster memory decline than those drinking the same amount of beer or wine.</w:t>
      </w:r>
      <w:r>
        <w:br/>
      </w:r>
      <w:r>
        <w:t xml:space="preserve">    (a) differing</w:t>
      </w:r>
      <w:r>
        <w:br/>
      </w:r>
      <w:r>
        <w:t xml:space="preserve">    (b) drinking</w:t>
      </w:r>
      <w:r>
        <w:br/>
      </w:r>
      <w:r>
        <w:t xml:space="preserve">    (c) colliding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tour guide handed out printed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itineraries</w:t>
      </w:r>
      <w:r>
        <w:rPr>
          <w:b/>
          <w:bCs/>
        </w:rPr>
        <w:t xml:space="preserve"> </w:t>
      </w:r>
      <w:r>
        <w:rPr>
          <w:b/>
          <w:bCs/>
        </w:rPr>
        <w:t xml:space="preserve">so everyone knew what to expect each day.</w:t>
      </w:r>
      <w:r>
        <w:br/>
      </w:r>
      <w:r>
        <w:t xml:space="preserve">    (a) travel schedules</w:t>
      </w:r>
      <w:r>
        <w:br/>
      </w:r>
      <w:r>
        <w:t xml:space="preserve">    (b) emergency contacts</w:t>
      </w:r>
      <w:r>
        <w:br/>
      </w:r>
      <w:r>
        <w:t xml:space="preserve">    (c) packing lists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apologized, but he would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, and he continued to insist on speaking with her manager.</w:t>
      </w:r>
      <w:r>
        <w:br/>
      </w:r>
      <w:r>
        <w:t xml:space="preserve">    (a) calmed</w:t>
      </w:r>
      <w:r>
        <w:br/>
      </w:r>
      <w:r>
        <w:t xml:space="preserve">    (b) angered</w:t>
      </w:r>
      <w:r>
        <w:br/>
      </w:r>
      <w:r>
        <w:t xml:space="preserve">    (c)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avoided eye contact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story of how she ended up in prison.</w:t>
      </w:r>
      <w:r>
        <w:br/>
      </w:r>
      <w:r>
        <w:t xml:space="preserve">    (a) urged strongly</w:t>
      </w:r>
      <w:r>
        <w:br/>
      </w:r>
      <w:r>
        <w:t xml:space="preserve">    (b) discouraged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obstreperous</w:t>
      </w:r>
      <w:r>
        <w:rPr>
          <w:b/>
          <w:bCs/>
        </w:rPr>
        <w:t xml:space="preserve"> </w:t>
      </w:r>
      <w:r>
        <w:rPr>
          <w:b/>
          <w:bCs/>
        </w:rPr>
        <w:t xml:space="preserve">crowd at the concert made it difficult for the security guards to maintain order.</w:t>
      </w:r>
      <w:r>
        <w:br/>
      </w:r>
      <w:r>
        <w:t xml:space="preserve">    (a) noisily unruly</w:t>
      </w:r>
      <w:r>
        <w:br/>
      </w:r>
      <w:r>
        <w:t xml:space="preserve">    (b) singing loudly</w:t>
      </w:r>
      <w:r>
        <w:br/>
      </w:r>
      <w:r>
        <w:t xml:space="preserve">    (c) happily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pedigree</w:t>
      </w:r>
      <w:r>
        <w:rPr>
          <w:b/>
          <w:bCs/>
        </w:rPr>
        <w:t xml:space="preserve"> </w:t>
      </w:r>
      <w:r>
        <w:rPr>
          <w:b/>
          <w:bCs/>
        </w:rPr>
        <w:t xml:space="preserve">showed champions in its family for generations.</w:t>
      </w:r>
      <w:r>
        <w:br/>
      </w:r>
      <w:r>
        <w:t xml:space="preserve">    (a) current value</w:t>
      </w:r>
      <w:r>
        <w:br/>
      </w:r>
      <w:r>
        <w:t xml:space="preserve">    (b) future health</w:t>
      </w:r>
      <w:r>
        <w:br/>
      </w:r>
      <w:r>
        <w:t xml:space="preserve">    (c) ancestral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Edison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 </w:t>
      </w:r>
      <w:r>
        <w:rPr>
          <w:b/>
          <w:bCs/>
        </w:rPr>
        <w:t xml:space="preserve">inventor, holding over a thousand US patents.</w:t>
      </w:r>
      <w:r>
        <w:br/>
      </w:r>
      <w:r>
        <w:t xml:space="preserve">    (a) little understood</w:t>
      </w:r>
      <w:r>
        <w:br/>
      </w:r>
      <w:r>
        <w:t xml:space="preserve">    (b) highly creative</w:t>
      </w:r>
      <w:r>
        <w:br/>
      </w:r>
      <w:r>
        <w:t xml:space="preserve">    (c) producing abundantly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 U.S. is stepping into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quagmire</w:t>
      </w:r>
      <w:r>
        <w:rPr>
          <w:b/>
          <w:bCs/>
        </w:rPr>
        <w:t xml:space="preserve"> </w:t>
      </w:r>
      <w:r>
        <w:rPr>
          <w:b/>
          <w:bCs/>
        </w:rPr>
        <w:t xml:space="preserve">like the war in Afghanistan.</w:t>
      </w:r>
      <w:r>
        <w:br/>
      </w:r>
      <w:r>
        <w:t xml:space="preserve">    (a) difficult situation</w:t>
      </w:r>
      <w:r>
        <w:br/>
      </w:r>
      <w:r>
        <w:t xml:space="preserve">    (b)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(c) a musical play with orchestra in which most of the dialogue is sung (or the art form that consists of such musicals; or describing something as related to that art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all listened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attention as she described the accident.</w:t>
      </w:r>
      <w:r>
        <w:br/>
      </w:r>
      <w:r>
        <w:t xml:space="preserve">    (a) disciplined</w:t>
      </w:r>
      <w:r>
        <w:br/>
      </w:r>
      <w:r>
        <w:t xml:space="preserve">    (b) interested</w:t>
      </w:r>
      <w:r>
        <w:br/>
      </w:r>
      <w:r>
        <w:t xml:space="preserve">    (c) divided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form needs to be signed by the patient or 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surrogate</w:t>
      </w:r>
      <w:r>
        <w:rPr>
          <w:b/>
          <w:bCs/>
        </w:rPr>
        <w:t xml:space="preserve">.</w:t>
      </w:r>
      <w:r>
        <w:br/>
      </w:r>
      <w:r>
        <w:t xml:space="preserve">    (a) doctor</w:t>
      </w:r>
      <w:r>
        <w:br/>
      </w:r>
      <w:r>
        <w:t xml:space="preserve">    (b) surgeon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called her "Lemonade Lucy" because her support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temperance</w:t>
      </w:r>
      <w:r>
        <w:rPr>
          <w:b/>
          <w:bCs/>
        </w:rPr>
        <w:t xml:space="preserve"> </w:t>
      </w:r>
      <w:r>
        <w:rPr>
          <w:b/>
          <w:bCs/>
        </w:rPr>
        <w:t xml:space="preserve">movement led her to ban alcohol in the White House.</w:t>
      </w:r>
      <w:r>
        <w:br/>
      </w:r>
      <w:r>
        <w:t xml:space="preserve">    (a) a confused disturbance far greater than its cause merits</w:t>
      </w:r>
      <w:r>
        <w:br/>
      </w:r>
      <w:r>
        <w:t xml:space="preserve">    (b) the belief that alcohol should not be drunk at all because it is harmful</w:t>
      </w:r>
      <w:r>
        <w:br/>
      </w:r>
      <w:r>
        <w:t xml:space="preserve">    (c) assistance or encouragement (usually in some wrongdoing)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2026-07-31T18:45:13Z</dcterms:created>
  <dcterms:modified xsi:type="dcterms:W3CDTF">2026-07-31T18:45:13Z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