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4265f44409b6712560a6fd802a7eb0ebe12d71"/>
    <w:p>
      <w:pPr>
        <w:pStyle w:val="Heading1"/>
      </w:pPr>
      <w:r>
        <w:rPr>
          <w:b/>
          <w:bCs/>
        </w:rPr>
        <w:t xml:space="preserve">Seabiscuit</w:t>
      </w:r>
      <w:r>
        <w:br/>
      </w:r>
      <w:r>
        <w:rPr>
          <w:i/>
          <w:iCs/>
        </w:rPr>
        <w:t xml:space="preserve">Laura Hillenbrand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Habitually putting himself in other people's shoes, he was in his private life charming and engaging, generous and genuinely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empathetic</w:t>
      </w:r>
      <w:r>
        <w:rPr>
          <w:b/>
          <w:bCs/>
        </w:rPr>
        <w:t xml:space="preserve">.</w:t>
      </w:r>
      <w:r>
        <w:br/>
      </w:r>
      <w:r>
        <w:t xml:space="preserve">    (a) a solution that is simpler (and often more comprehensive) than most would anticipate</w:t>
      </w:r>
      <w:r>
        <w:br/>
      </w:r>
      <w:r>
        <w:t xml:space="preserve">    (b) the state of not representing or imitating external reality or the objects of nature</w:t>
      </w:r>
      <w:r>
        <w:br/>
      </w:r>
      <w:r>
        <w:t xml:space="preserve">    (c) the ability, tendency, or act of understanding and sharing another's emotional state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also lived out a fantasy that he had probably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cultivated</w:t>
      </w:r>
      <w:r>
        <w:rPr>
          <w:b/>
          <w:bCs/>
        </w:rPr>
        <w:t xml:space="preserve"> </w:t>
      </w:r>
      <w:r>
        <w:rPr>
          <w:b/>
          <w:bCs/>
        </w:rPr>
        <w:t xml:space="preserve">since childhood.</w:t>
      </w:r>
      <w:r>
        <w:br/>
      </w:r>
      <w:r>
        <w:t xml:space="preserve">    (a) not found guilty or forced into a bad situation</w:t>
      </w:r>
      <w:r>
        <w:br/>
      </w:r>
      <w:r>
        <w:t xml:space="preserve">    (b) a non-doctor who assisted a women in childbirth</w:t>
      </w:r>
      <w:r>
        <w:br/>
      </w:r>
      <w:r>
        <w:t xml:space="preserve">    (c) developed, grown, or prepared for growing crops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guy couldn't cavort with women, and thanks to the ban on cabaret dancing, he couldn't even watch women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cavorting</w:t>
      </w:r>
      <w:r>
        <w:rPr>
          <w:b/>
          <w:bCs/>
        </w:rPr>
        <w:t xml:space="preserve"> </w:t>
      </w:r>
      <w:r>
        <w:rPr>
          <w:b/>
          <w:bCs/>
        </w:rPr>
        <w:t xml:space="preserve">by themselves.</w:t>
      </w:r>
      <w:r>
        <w:br/>
      </w:r>
      <w:r>
        <w:t xml:space="preserve">    (a) examining in detail to better understand</w:t>
      </w:r>
      <w:r>
        <w:br/>
      </w:r>
      <w:r>
        <w:t xml:space="preserve">    (b) playing in a lively, unrestrained manner</w:t>
      </w:r>
      <w:r>
        <w:br/>
      </w:r>
      <w:r>
        <w:t xml:space="preserve">    (c) opposing (struggling against each other)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always alone, even back then,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waning</w:t>
      </w:r>
      <w:r>
        <w:rPr>
          <w:b/>
          <w:bCs/>
        </w:rPr>
        <w:t xml:space="preserve"> </w:t>
      </w:r>
      <w:r>
        <w:rPr>
          <w:b/>
          <w:bCs/>
        </w:rPr>
        <w:t xml:space="preserve">days of the nineteenth century.</w:t>
      </w:r>
      <w:r>
        <w:br/>
      </w:r>
      <w:r>
        <w:t xml:space="preserve">    (a) beginning to fight again</w:t>
      </w:r>
      <w:r>
        <w:br/>
      </w:r>
      <w:r>
        <w:t xml:space="preserve">    (b) declining or diminishing</w:t>
      </w:r>
      <w:r>
        <w:br/>
      </w:r>
      <w:r>
        <w:t xml:space="preserve">    (c) creating dramatic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mainstream trainers would drop pennies in mares' water buckets to halt estrus, or exhaust themselves trying to get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</w:t>
      </w:r>
      <w:r>
        <w:rPr>
          <w:b/>
          <w:bCs/>
        </w:rPr>
        <w:t xml:space="preserve"> </w:t>
      </w:r>
      <w:r>
        <w:rPr>
          <w:b/>
          <w:bCs/>
        </w:rPr>
        <w:t xml:space="preserve">that fell to the left—a bad omen—to fall to the right.</w:t>
      </w:r>
      <w:r>
        <w:br/>
      </w:r>
      <w:r>
        <w:t xml:space="preserve">    (a) exchange, convert, or pay off</w:t>
      </w:r>
      <w:r>
        <w:br/>
      </w:r>
      <w:r>
        <w:t xml:space="preserve">    (b) select (on a computer screen)</w:t>
      </w:r>
      <w:r>
        <w:br/>
      </w:r>
      <w:r>
        <w:t xml:space="preserve">    (c) long coarse hair on an animal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Fitzsimmons soon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himself as the most successful conditioner of Thoroughbreds in the nation.</w:t>
      </w:r>
      <w:r>
        <w:br/>
      </w:r>
      <w:r>
        <w:t xml:space="preserve">    (a) proved</w:t>
      </w:r>
      <w:r>
        <w:br/>
      </w:r>
      <w:r>
        <w:t xml:space="preserve">    (b) examined an issue, got opinions by asking specific questions; and/or asked people for political support individually</w:t>
      </w:r>
      <w:r>
        <w:br/>
      </w:r>
      <w:r>
        <w:t xml:space="preserve">    (c) accepted someone's membership though a special procedure such as a ceremony and/or period of instruction and/or 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the weekday wonder and the money man, Pollard and Woolf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in the uppermost tier of North American racing.</w:t>
      </w:r>
      <w:r>
        <w:br/>
      </w:r>
      <w:r>
        <w:t xml:space="preserve">    (a) not having a relationship whereby a change in one thing helps predict a change in another</w:t>
      </w:r>
      <w:r>
        <w:br/>
      </w:r>
      <w:r>
        <w:t xml:space="preserve">    (b) persuaded someone to want something (often sex or love) by tempting with something desired</w:t>
      </w:r>
      <w:r>
        <w:br/>
      </w:r>
      <w:r>
        <w:t xml:space="preserve">    (c) set (caused acceptance 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result, the vast majority of horses' sleeping is done standing, which they can do thanks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ligaments</w:t>
      </w:r>
      <w:r>
        <w:rPr>
          <w:b/>
          <w:bCs/>
        </w:rPr>
        <w:t xml:space="preserve"> </w:t>
      </w:r>
      <w:r>
        <w:rPr>
          <w:b/>
          <w:bCs/>
        </w:rPr>
        <w:t xml:space="preserve">that lock their leg joints in the extended position.</w:t>
      </w:r>
      <w:r>
        <w:br/>
      </w:r>
      <w:r>
        <w:t xml:space="preserve">    (a) acts of taking something on as one's own</w:t>
      </w:r>
      <w:r>
        <w:br/>
      </w:r>
      <w:r>
        <w:t xml:space="preserve">    (b) animals between one and two years of age</w:t>
      </w:r>
      <w:r>
        <w:br/>
      </w:r>
      <w:r>
        <w:t xml:space="preserve">    (c) tough fibrous tissues that connect bones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Seabiscuit had been a very late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foal</w:t>
      </w:r>
      <w:r>
        <w:rPr>
          <w:b/>
          <w:bCs/>
        </w:rPr>
        <w:t xml:space="preserve">, born at the end of May 1933, but in January 1935, half a year short of his actual birthday, he was deemed a two-year-old, officially eligible to race.</w:t>
      </w:r>
      <w:r>
        <w:br/>
      </w:r>
      <w:r>
        <w:t xml:space="preserve">    (a) mark important text; or the text that is marked</w:t>
      </w:r>
      <w:r>
        <w:br/>
      </w:r>
      <w:r>
        <w:t xml:space="preserve">    (b) a young horse; or giving birth to a young horse</w:t>
      </w:r>
      <w:r>
        <w:br/>
      </w:r>
      <w:r>
        <w:t xml:space="preserve">    (c) give an opinion of what is wrong with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Sitting together in the clubhouse that afternoon, husband and wife felt a pull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intuition</w:t>
      </w:r>
      <w:r>
        <w:rPr>
          <w:b/>
          <w:bCs/>
        </w:rPr>
        <w:t xml:space="preserve">.</w:t>
      </w:r>
      <w:r>
        <w:br/>
      </w:r>
      <w:r>
        <w:t xml:space="preserve">    (a) the redirection energy from a negative (unacceptable) impulse or urge into a positive or acceptable action</w:t>
      </w:r>
      <w:r>
        <w:br/>
      </w:r>
      <w:r>
        <w:t xml:space="preserve">    (b) the ability to known instinctively rather than through reasoning; or the thing that is known in such a way</w:t>
      </w:r>
      <w:r>
        <w:br/>
      </w:r>
      <w:r>
        <w:t xml:space="preserve">    (c) someone with a potentially life-threatening psychological eating disorder that prevents eating enough food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Accordingly, expectations for Woolf's career in the saddle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preceded</w:t>
      </w:r>
      <w:r>
        <w:rPr>
          <w:b/>
          <w:bCs/>
        </w:rPr>
        <w:t xml:space="preserve"> </w:t>
      </w:r>
      <w:r>
        <w:rPr>
          <w:b/>
          <w:bCs/>
        </w:rPr>
        <w:t xml:space="preserve">him into the world.</w:t>
      </w:r>
      <w:r>
        <w:br/>
      </w:r>
      <w:r>
        <w:t xml:space="preserve">    (a) went or was before</w:t>
      </w:r>
      <w:r>
        <w:br/>
      </w:r>
      <w:r>
        <w:t xml:space="preserve">    (b) influenced opinion</w:t>
      </w:r>
      <w:r>
        <w:br/>
      </w:r>
      <w:r>
        <w:t xml:space="preserve">    (c) wrongly understood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Falling into a severe depression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attributed</w:t>
      </w:r>
      <w:r>
        <w:rPr>
          <w:b/>
          <w:bCs/>
        </w:rPr>
        <w:t xml:space="preserve"> </w:t>
      </w:r>
      <w:r>
        <w:rPr>
          <w:b/>
          <w:bCs/>
        </w:rPr>
        <w:t xml:space="preserve">to his taking constant doses of purgatives to fight a weight problem he could not beat, he shot himself to death at age twenty-nine.</w:t>
      </w:r>
      <w:r>
        <w:br/>
      </w:r>
      <w:r>
        <w:t xml:space="preserve">    (a) not made different; or shown to be different</w:t>
      </w:r>
      <w:r>
        <w:br/>
      </w:r>
      <w:r>
        <w:t xml:space="preserve">    (b) not changed directly from a solid to a vapor</w:t>
      </w:r>
      <w:r>
        <w:br/>
      </w:r>
      <w:r>
        <w:t xml:space="preserve">    (c) credited (pointed to as the cause of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difference between a fast fraction and a slow fraction is often less than a second, and a jockey must be able to discriminate between the two to place his horse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optimally</w:t>
      </w:r>
      <w:r>
        <w:rPr>
          <w:b/>
          <w:bCs/>
        </w:rPr>
        <w:t xml:space="preserve">.</w:t>
      </w:r>
      <w:r>
        <w:br/>
      </w:r>
      <w:r>
        <w:t xml:space="preserve">    (a) most desirable possible -- often given the circumstances</w:t>
      </w:r>
      <w:r>
        <w:br/>
      </w:r>
      <w:r>
        <w:t xml:space="preserve">    (b) in a manner that gradually destroys an established order</w:t>
      </w:r>
      <w:r>
        <w:br/>
      </w:r>
      <w:r>
        <w:t xml:space="preserve">    (c) with low spirits (sadness, disappointment, hopelessness)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win percentage dropped 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lamentable</w:t>
      </w:r>
      <w:r>
        <w:rPr>
          <w:b/>
          <w:bCs/>
        </w:rPr>
        <w:t xml:space="preserve"> </w:t>
      </w:r>
      <w:r>
        <w:rPr>
          <w:b/>
          <w:bCs/>
        </w:rPr>
        <w:t xml:space="preserve">6 percent.</w:t>
      </w:r>
      <w:r>
        <w:br/>
      </w:r>
      <w:r>
        <w:t xml:space="preserve">    (a) intentional</w:t>
      </w:r>
      <w:r>
        <w:br/>
      </w:r>
      <w:r>
        <w:t xml:space="preserve">    (b) not sincere</w:t>
      </w:r>
      <w:r>
        <w:br/>
      </w:r>
      <w:r>
        <w:t xml:space="preserve">    (c) regrettable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photo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unequivocal</w:t>
      </w:r>
      <w:r>
        <w:rPr>
          <w:b/>
          <w:bCs/>
        </w:rPr>
        <w:t xml:space="preserve">: Rosemont's long bay muzzle hung therein the picture, just a wink ahead of Seabiscuit's.</w:t>
      </w:r>
      <w:r>
        <w:br/>
      </w:r>
      <w:r>
        <w:t xml:space="preserve">    (a) unmistakably clear in meaning</w:t>
      </w:r>
      <w:r>
        <w:br/>
      </w:r>
      <w:r>
        <w:t xml:space="preserve">    (b) not thoughtful about the past</w:t>
      </w:r>
      <w:r>
        <w:br/>
      </w:r>
      <w:r>
        <w:t xml:space="preserve">    (c) overly unhappy and unsociable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Necessity spurred technological innovations that offered the public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unprecedented</w:t>
      </w:r>
      <w:r>
        <w:rPr>
          <w:b/>
          <w:bCs/>
        </w:rPr>
        <w:t xml:space="preserve"> </w:t>
      </w:r>
      <w:r>
        <w:rPr>
          <w:b/>
          <w:bCs/>
        </w:rPr>
        <w:t xml:space="preserve">access to its heroes.</w:t>
      </w:r>
      <w:r>
        <w:br/>
      </w:r>
      <w:r>
        <w:t xml:space="preserve">    (a) relating to understanding or explaining something in a particular way</w:t>
      </w:r>
      <w:r>
        <w:br/>
      </w:r>
      <w:r>
        <w:t xml:space="preserve">    (b) [of food] able to be prepared in a manner that keeps it from spoiling</w:t>
      </w:r>
      <w:r>
        <w:br/>
      </w:r>
      <w:r>
        <w:t xml:space="preserve">    (c) not having happened before; or nothing similar having happened before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Rosemont was there, waiting to meet Seabiscuit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Brooklyn Handicap.</w:t>
      </w:r>
      <w:r>
        <w:br/>
      </w:r>
      <w:r>
        <w:t xml:space="preserve">    (a) [of food] able to be prepared in a manner that keeps it from spoiling</w:t>
      </w:r>
      <w:r>
        <w:br/>
      </w:r>
      <w:r>
        <w:t xml:space="preserve">    (b) respected (worthy of respect) -- typically because of age or position</w:t>
      </w:r>
      <w:r>
        <w:br/>
      </w:r>
      <w:r>
        <w:t xml:space="preserve">    (c) relating to understanding or explaining something in a particular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stable hands,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despairing</w:t>
      </w:r>
      <w:r>
        <w:rPr>
          <w:b/>
          <w:bCs/>
        </w:rPr>
        <w:t xml:space="preserve"> </w:t>
      </w:r>
      <w:r>
        <w:rPr>
          <w:b/>
          <w:bCs/>
        </w:rPr>
        <w:t xml:space="preserve">of getting help to the track fast enough, fetched the only transportation on hand, a little runabout truck that the track starter used to motor around the course.</w:t>
      </w:r>
      <w:r>
        <w:br/>
      </w:r>
      <w:r>
        <w:t xml:space="preserve">    (a) translating</w:t>
      </w:r>
      <w:r>
        <w:br/>
      </w:r>
      <w:r>
        <w:t xml:space="preserve">    (b) losing hope</w:t>
      </w:r>
      <w:r>
        <w:br/>
      </w:r>
      <w:r>
        <w:t xml:space="preserve">    (c) disagreeing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Pollard left the track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.</w:t>
      </w:r>
      <w:r>
        <w:br/>
      </w:r>
      <w:r>
        <w:t xml:space="preserve">    (a) adjusts a lens to make an image clear</w:t>
      </w:r>
      <w:r>
        <w:br/>
      </w:r>
      <w:r>
        <w:t xml:space="preserve">    (b) not creating disagreement or struggle</w:t>
      </w:r>
      <w:r>
        <w:br/>
      </w:r>
      <w:r>
        <w:t xml:space="preserve">    (c) a feeling of hopelessness or distress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"No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coaxed</w:t>
      </w:r>
      <w:r>
        <w:rPr>
          <w:b/>
          <w:bCs/>
        </w:rPr>
        <w:t xml:space="preserve"> </w:t>
      </w:r>
      <w:r>
        <w:rPr>
          <w:b/>
          <w:bCs/>
        </w:rPr>
        <w:t xml:space="preserve">Howard to put his horse in the race because we figured something like this would happen," he sniped.</w:t>
      </w:r>
      <w:r>
        <w:br/>
      </w:r>
      <w:r>
        <w:t xml:space="preserve">    (a) thought of something as true or likely, even though it was not known with certainty</w:t>
      </w:r>
      <w:r>
        <w:br/>
      </w:r>
      <w:r>
        <w:t xml:space="preserve">    (b) tried to obtain a result through gentle and careful effort -- often gently persuaded</w:t>
      </w:r>
      <w:r>
        <w:br/>
      </w:r>
      <w:r>
        <w:t xml:space="preserve">    (c) did not vote  OR  did not drink alcohol  OR  (more rarely) did not do something else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2026-07-31T18:45:13Z</dcterms:created>
  <dcterms:modified xsi:type="dcterms:W3CDTF">2026-07-31T18:45:13Z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