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4b312a45239bb4baa2f5e892cefe15cb14105c"/>
    <w:p>
      <w:pPr>
        <w:pStyle w:val="Heading1"/>
      </w:pPr>
      <w:r>
        <w:rPr>
          <w:b/>
          <w:bCs/>
        </w:rPr>
        <w:t xml:space="preserve">Sea Wolf</w:t>
      </w:r>
      <w:r>
        <w:br/>
      </w:r>
      <w:r>
        <w:rPr>
          <w:i/>
          <w:iCs/>
        </w:rPr>
        <w:t xml:space="preserve">Jack London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accepted the invitation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alacrity</w:t>
      </w:r>
      <w:r>
        <w:rPr>
          <w:b/>
          <w:bCs/>
        </w:rPr>
        <w:t xml:space="preserve">.</w:t>
      </w:r>
      <w:r>
        <w:br/>
      </w:r>
      <w:r>
        <w:t xml:space="preserve">    (a) quickness</w:t>
      </w:r>
      <w:r>
        <w:br/>
      </w:r>
      <w:r>
        <w:t xml:space="preserve">    (b) embarrassment</w:t>
      </w:r>
      <w:r>
        <w:br/>
      </w:r>
      <w:r>
        <w:t xml:space="preserve">    (c) concern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estimates that your probability of lung cancer will drop to that of a non-smoker if you haven't already got it 10 to 15 years after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cessation</w:t>
      </w:r>
      <w:r>
        <w:rPr>
          <w:b/>
          <w:bCs/>
        </w:rPr>
        <w:t xml:space="preserve"> </w:t>
      </w:r>
      <w:r>
        <w:rPr>
          <w:b/>
          <w:bCs/>
        </w:rPr>
        <w:t xml:space="preserve">of smoking.</w:t>
      </w:r>
      <w:r>
        <w:br/>
      </w:r>
      <w:r>
        <w:t xml:space="preserve">    (a) the beginning</w:t>
      </w:r>
      <w:r>
        <w:br/>
      </w:r>
      <w:r>
        <w:t xml:space="preserve">    (b) the reducing</w:t>
      </w:r>
      <w:r>
        <w:br/>
      </w:r>
      <w:r>
        <w:t xml:space="preserve">    (c) the ending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novel describes a night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debauchery</w:t>
      </w:r>
      <w:r>
        <w:rPr>
          <w:b/>
          <w:bCs/>
        </w:rPr>
        <w:t xml:space="preserve"> </w:t>
      </w:r>
      <w:r>
        <w:rPr>
          <w:b/>
          <w:bCs/>
        </w:rPr>
        <w:t xml:space="preserve">that leaves the guests ashamed.</w:t>
      </w:r>
      <w:r>
        <w:br/>
      </w:r>
      <w:r>
        <w:t xml:space="preserve">    (a) quiet reflection</w:t>
      </w:r>
      <w:r>
        <w:br/>
      </w:r>
      <w:r>
        <w:t xml:space="preserve">    (b) wild immoral behavior</w:t>
      </w:r>
      <w:r>
        <w:br/>
      </w:r>
      <w:r>
        <w:t xml:space="preserve">    (c) careful planning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trust you didn't take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facetious</w:t>
      </w:r>
      <w:r>
        <w:rPr>
          <w:b/>
          <w:bCs/>
        </w:rPr>
        <w:t xml:space="preserve"> </w:t>
      </w:r>
      <w:r>
        <w:rPr>
          <w:b/>
          <w:bCs/>
        </w:rPr>
        <w:t xml:space="preserve">remarks seriously.</w:t>
      </w:r>
      <w:r>
        <w:br/>
      </w:r>
      <w:r>
        <w:t xml:space="preserve">    (a) mildly offensive</w:t>
      </w:r>
      <w:r>
        <w:br/>
      </w:r>
      <w:r>
        <w:t xml:space="preserve">    (b) deeply personal</w:t>
      </w:r>
      <w:r>
        <w:br/>
      </w:r>
      <w:r>
        <w:t xml:space="preserve">    (c) not serious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patience or tolerance</w:t>
      </w:r>
      <w:r>
        <w:br/>
      </w:r>
      <w:r>
        <w:t xml:space="preserve">    (b) family concerns</w:t>
      </w:r>
      <w:r>
        <w:br/>
      </w:r>
      <w:r>
        <w:t xml:space="preserve">    (c) financial loan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resolution calls upon the country to "cease hostilities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forthwith</w:t>
      </w:r>
      <w:r>
        <w:rPr>
          <w:b/>
          <w:bCs/>
        </w:rPr>
        <w:t xml:space="preserve">."</w:t>
      </w:r>
      <w:r>
        <w:br/>
      </w:r>
      <w:r>
        <w:t xml:space="preserve">    (a) publicly</w:t>
      </w:r>
      <w:r>
        <w:br/>
      </w:r>
      <w:r>
        <w:t xml:space="preserve">    (b) carefully</w:t>
      </w:r>
      <w:r>
        <w:br/>
      </w:r>
      <w:r>
        <w:t xml:space="preserve">    (c) immediately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incident led to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ignominious</w:t>
      </w:r>
      <w:r>
        <w:rPr>
          <w:b/>
          <w:bCs/>
        </w:rPr>
        <w:t xml:space="preserve"> </w:t>
      </w:r>
      <w:r>
        <w:rPr>
          <w:b/>
          <w:bCs/>
        </w:rPr>
        <w:t xml:space="preserve">departure from political office.</w:t>
      </w:r>
      <w:r>
        <w:br/>
      </w:r>
      <w:r>
        <w:t xml:space="preserve">    (a) quick</w:t>
      </w:r>
      <w:r>
        <w:br/>
      </w:r>
      <w:r>
        <w:t xml:space="preserve">    (b) eventual</w:t>
      </w:r>
      <w:r>
        <w:br/>
      </w:r>
      <w:r>
        <w:t xml:space="preserve">    (c) disgraceful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seemed uninformed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inarticulate</w:t>
      </w:r>
      <w:r>
        <w:rPr>
          <w:b/>
          <w:bCs/>
        </w:rPr>
        <w:t xml:space="preserve"> </w:t>
      </w:r>
      <w:r>
        <w:rPr>
          <w:b/>
          <w:bCs/>
        </w:rPr>
        <w:t xml:space="preserve">compared to her opponent in the debate.</w:t>
      </w:r>
      <w:r>
        <w:br/>
      </w:r>
      <w:r>
        <w:t xml:space="preserve">    (a) biased</w:t>
      </w:r>
      <w:r>
        <w:br/>
      </w:r>
      <w:r>
        <w:t xml:space="preserve">    (b) without empathy</w:t>
      </w:r>
      <w:r>
        <w:br/>
      </w:r>
      <w:r>
        <w:t xml:space="preserve">    (c) poorly spoken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remembered for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indomitable</w:t>
      </w:r>
      <w:r>
        <w:rPr>
          <w:b/>
          <w:bCs/>
        </w:rPr>
        <w:t xml:space="preserve"> </w:t>
      </w:r>
      <w:r>
        <w:rPr>
          <w:b/>
          <w:bCs/>
        </w:rPr>
        <w:t xml:space="preserve">spirit.</w:t>
      </w:r>
      <w:r>
        <w:br/>
      </w:r>
      <w:r>
        <w:t xml:space="preserve">    (a) uncertain hope and nervous energy</w:t>
      </w:r>
      <w:r>
        <w:br/>
      </w:r>
      <w:r>
        <w:t xml:space="preserve">    (b) unyielding resolve and spirit</w:t>
      </w:r>
      <w:r>
        <w:br/>
      </w:r>
      <w:r>
        <w:t xml:space="preserve">    (c) cheerful optimism and flexibility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Trust between coworkers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intangible</w:t>
      </w:r>
      <w:r>
        <w:rPr>
          <w:b/>
          <w:bCs/>
        </w:rPr>
        <w:t xml:space="preserve"> </w:t>
      </w:r>
      <w:r>
        <w:rPr>
          <w:b/>
          <w:bCs/>
        </w:rPr>
        <w:t xml:space="preserve">quality that takes years to build.</w:t>
      </w:r>
      <w:r>
        <w:br/>
      </w:r>
      <w:r>
        <w:t xml:space="preserve">    (a) easily broken</w:t>
      </w:r>
      <w:r>
        <w:br/>
      </w:r>
      <w:r>
        <w:t xml:space="preserve">    (b) extremely heavy</w:t>
      </w:r>
      <w:r>
        <w:br/>
      </w:r>
      <w:r>
        <w:t xml:space="preserve">    (c) non-material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company's bankruptcy filing sounded the final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knell</w:t>
      </w:r>
      <w:r>
        <w:rPr>
          <w:b/>
          <w:bCs/>
        </w:rPr>
        <w:t xml:space="preserve"> </w:t>
      </w:r>
      <w:r>
        <w:rPr>
          <w:b/>
          <w:bCs/>
        </w:rPr>
        <w:t xml:space="preserve">for hundreds of employees who had hoped for a turnaround.</w:t>
      </w:r>
      <w:r>
        <w:br/>
      </w:r>
      <w:r>
        <w:t xml:space="preserve">    (a) sign of the renewal</w:t>
      </w:r>
      <w:r>
        <w:br/>
      </w:r>
      <w:r>
        <w:t xml:space="preserve">    (b) sign of the end</w:t>
      </w:r>
      <w:r>
        <w:br/>
      </w:r>
      <w:r>
        <w:t xml:space="preserve">    (c) sign of the start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walking with a barely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perceptible</w:t>
      </w:r>
      <w:r>
        <w:rPr>
          <w:b/>
          <w:bCs/>
        </w:rPr>
        <w:t xml:space="preserve"> </w:t>
      </w:r>
      <w:r>
        <w:rPr>
          <w:b/>
          <w:bCs/>
        </w:rPr>
        <w:t xml:space="preserve">limp.</w:t>
      </w:r>
      <w:r>
        <w:br/>
      </w:r>
      <w:r>
        <w:t xml:space="preserve">    (a) noticeable</w:t>
      </w:r>
      <w:r>
        <w:br/>
      </w:r>
      <w:r>
        <w:t xml:space="preserve">    (b) new</w:t>
      </w:r>
      <w:r>
        <w:br/>
      </w:r>
      <w:r>
        <w:t xml:space="preserve">    (c) painful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criticize</w:t>
      </w:r>
      <w:r>
        <w:br/>
      </w:r>
      <w:r>
        <w:t xml:space="preserve">    (b) instruct</w:t>
      </w:r>
      <w:r>
        <w:br/>
      </w:r>
      <w:r>
        <w:t xml:space="preserve">    (c) compliment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country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servile</w:t>
      </w:r>
      <w:r>
        <w:rPr>
          <w:b/>
          <w:bCs/>
        </w:rPr>
        <w:t xml:space="preserve"> </w:t>
      </w:r>
      <w:r>
        <w:rPr>
          <w:b/>
          <w:bCs/>
        </w:rPr>
        <w:t xml:space="preserve">press.</w:t>
      </w:r>
      <w:r>
        <w:br/>
      </w:r>
      <w:r>
        <w:t xml:space="preserve">    (a) irresponsible</w:t>
      </w:r>
      <w:r>
        <w:br/>
      </w:r>
      <w:r>
        <w:t xml:space="preserve">    (b) aggressive</w:t>
      </w:r>
      <w:r>
        <w:br/>
      </w:r>
      <w:r>
        <w:t xml:space="preserve">    (c) submissive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liked the idea. The arguments I prepared to support it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appreciated</w:t>
      </w:r>
      <w:r>
        <w:br/>
      </w:r>
      <w:r>
        <w:t xml:space="preserve">    (b) important</w:t>
      </w:r>
      <w:r>
        <w:br/>
      </w:r>
      <w:r>
        <w:t xml:space="preserve">    (c) unnecessary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growing tired of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tirades</w:t>
      </w:r>
      <w:r>
        <w:rPr>
          <w:b/>
          <w:bCs/>
        </w:rPr>
        <w:t xml:space="preserve">.</w:t>
      </w:r>
      <w:r>
        <w:br/>
      </w:r>
      <w:r>
        <w:t xml:space="preserve">    (a) displays of useless guilt</w:t>
      </w:r>
      <w:r>
        <w:br/>
      </w:r>
      <w:r>
        <w:t xml:space="preserve">    (b) displays of paralyzing worry</w:t>
      </w:r>
      <w:r>
        <w:br/>
      </w:r>
      <w:r>
        <w:t xml:space="preserve">    (c) displays of angry criticism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North Slope in Alaska is mostly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tundra</w:t>
      </w:r>
      <w:r>
        <w:rPr>
          <w:b/>
          <w:bCs/>
        </w:rPr>
        <w:t xml:space="preserve">.</w:t>
      </w:r>
      <w:r>
        <w:br/>
      </w:r>
      <w:r>
        <w:t xml:space="preserve">    (a) frozen, treeless plain</w:t>
      </w:r>
      <w:r>
        <w:br/>
      </w:r>
      <w:r>
        <w:t xml:space="preserve">    (b) snow-covered pine forest</w:t>
      </w:r>
      <w:r>
        <w:br/>
      </w:r>
      <w:r>
        <w:t xml:space="preserve">    (c) snow-covered grasses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Police used to be allowed to use their discretion in deciding whether to arrest 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vagrant</w:t>
      </w:r>
      <w:r>
        <w:rPr>
          <w:b/>
          <w:bCs/>
        </w:rPr>
        <w:t xml:space="preserve">.</w:t>
      </w:r>
      <w:r>
        <w:br/>
      </w:r>
      <w:r>
        <w:t xml:space="preserve">    (a) person who used recreational drugs</w:t>
      </w:r>
      <w:r>
        <w:br/>
      </w:r>
      <w:r>
        <w:t xml:space="preserve">    (b) someone who is visiting from out-of-town</w:t>
      </w:r>
      <w:r>
        <w:br/>
      </w:r>
      <w:r>
        <w:t xml:space="preserve">    (c) impoverished person without a home or job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vivacious</w:t>
      </w:r>
      <w:r>
        <w:rPr>
          <w:b/>
          <w:bCs/>
        </w:rPr>
        <w:t xml:space="preserve"> </w:t>
      </w:r>
      <w:r>
        <w:rPr>
          <w:b/>
          <w:bCs/>
        </w:rPr>
        <w:t xml:space="preserve">high school senior who has captured the nations heart.</w:t>
      </w:r>
      <w:r>
        <w:br/>
      </w:r>
      <w:r>
        <w:t xml:space="preserve">    (a) smart and well-spoken</w:t>
      </w:r>
      <w:r>
        <w:br/>
      </w:r>
      <w:r>
        <w:t xml:space="preserve">    (b) kind and attractive</w:t>
      </w:r>
      <w:r>
        <w:br/>
      </w:r>
      <w:r>
        <w:t xml:space="preserve">    (c) engaging and lively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sailor adjusted the sails 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windward</w:t>
      </w:r>
      <w:r>
        <w:rPr>
          <w:b/>
          <w:bCs/>
        </w:rPr>
        <w:t xml:space="preserve"> </w:t>
      </w:r>
      <w:r>
        <w:rPr>
          <w:b/>
          <w:bCs/>
        </w:rPr>
        <w:t xml:space="preserve">side of the boat.</w:t>
      </w:r>
      <w:r>
        <w:br/>
      </w:r>
      <w:r>
        <w:t xml:space="preserve">    (a) rope-secured</w:t>
      </w:r>
      <w:r>
        <w:br/>
      </w:r>
      <w:r>
        <w:t xml:space="preserve">    (b) wind-facing</w:t>
      </w:r>
      <w:r>
        <w:br/>
      </w:r>
      <w:r>
        <w:t xml:space="preserve">    (c) sun-shaded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2026-07-31T17:41:47Z</dcterms:created>
  <dcterms:modified xsi:type="dcterms:W3CDTF">2026-07-31T17:41:47Z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