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2b70a78d620d7908777226813592608dd7daf4"/>
    <w:p>
      <w:pPr>
        <w:pStyle w:val="Heading1"/>
      </w:pPr>
      <w:r>
        <w:rPr>
          <w:b/>
          <w:bCs/>
        </w:rPr>
        <w:t xml:space="preserve">Sea Wolf</w:t>
      </w:r>
      <w:r>
        <w:br/>
      </w:r>
      <w:r>
        <w:rPr>
          <w:i/>
          <w:iCs/>
        </w:rPr>
        <w:t xml:space="preserve">Jack London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could scarcely catch my breath, so fiercely was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impelled</w:t>
      </w:r>
      <w:r>
        <w:rPr>
          <w:b/>
          <w:bCs/>
        </w:rPr>
        <w:t xml:space="preserve"> </w:t>
      </w:r>
      <w:r>
        <w:rPr>
          <w:b/>
          <w:bCs/>
        </w:rPr>
        <w:t xml:space="preserve">through the heavens.</w:t>
      </w:r>
      <w:r>
        <w:br/>
      </w:r>
      <w:r>
        <w:t xml:space="preserve">    (a) made appropriate in size, amount, or degree</w:t>
      </w:r>
      <w:r>
        <w:br/>
      </w:r>
      <w:r>
        <w:t xml:space="preserve">    (b) to make someone feel they must do something</w:t>
      </w:r>
      <w:r>
        <w:br/>
      </w:r>
      <w:r>
        <w:t xml:space="preserve">    (c) concentrated, look at, or paid attention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wrenched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writhed</w:t>
      </w:r>
      <w:r>
        <w:rPr>
          <w:b/>
          <w:bCs/>
        </w:rPr>
        <w:t xml:space="preserve"> </w:t>
      </w:r>
      <w:r>
        <w:rPr>
          <w:b/>
          <w:bCs/>
        </w:rPr>
        <w:t xml:space="preserve">about convulsively.</w:t>
      </w:r>
      <w:r>
        <w:br/>
      </w:r>
      <w:r>
        <w:t xml:space="preserve">    (a) examined in detail to better understand</w:t>
      </w:r>
      <w:r>
        <w:br/>
      </w:r>
      <w:r>
        <w:t xml:space="preserve">    (b) moved in a twisting or contorted motion</w:t>
      </w:r>
      <w:r>
        <w:br/>
      </w:r>
      <w:r>
        <w:t xml:space="preserve">    (c) tension from opposing ideas or feelings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sea had turned a dull leaden grey and grown rougher, and was now tossing foaming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whitecaps</w:t>
      </w:r>
      <w:r>
        <w:rPr>
          <w:b/>
          <w:bCs/>
        </w:rPr>
        <w:t xml:space="preserve"> </w:t>
      </w:r>
      <w:r>
        <w:rPr>
          <w:b/>
          <w:bCs/>
        </w:rPr>
        <w:t xml:space="preserve">to the sky.</w:t>
      </w:r>
      <w:r>
        <w:br/>
      </w:r>
      <w:r>
        <w:t xml:space="preserve">    (a) wind-blown waves with white foam at their crest</w:t>
      </w:r>
      <w:r>
        <w:br/>
      </w:r>
      <w:r>
        <w:t xml:space="preserve">    (b) general feelings of not being as good as others</w:t>
      </w:r>
      <w:r>
        <w:br/>
      </w:r>
      <w:r>
        <w:t xml:space="preserve">    (c) acts of interacting or getting interested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From time to time they stole glances at Wolf Larsen, and I could see that they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apprehensive</w:t>
      </w:r>
      <w:r>
        <w:rPr>
          <w:b/>
          <w:bCs/>
        </w:rPr>
        <w:t xml:space="preserve"> </w:t>
      </w:r>
      <w:r>
        <w:rPr>
          <w:b/>
          <w:bCs/>
        </w:rPr>
        <w:t xml:space="preserve">of the man.</w:t>
      </w:r>
      <w:r>
        <w:br/>
      </w:r>
      <w:r>
        <w:t xml:space="preserve">    (a) impossible to find</w:t>
      </w:r>
      <w:r>
        <w:br/>
      </w:r>
      <w:r>
        <w:t xml:space="preserve">    (b) not representative</w:t>
      </w:r>
      <w:r>
        <w:br/>
      </w:r>
      <w:r>
        <w:t xml:space="preserve">    (c) nervous or worried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he was consumed with indignation, real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feigned</w:t>
      </w:r>
      <w:r>
        <w:rPr>
          <w:b/>
          <w:bCs/>
        </w:rPr>
        <w:t xml:space="preserve">.</w:t>
      </w:r>
      <w:r>
        <w:br/>
      </w:r>
      <w:r>
        <w:t xml:space="preserve">    (a) developed or changed gradually</w:t>
      </w:r>
      <w:r>
        <w:br/>
      </w:r>
      <w:r>
        <w:t xml:space="preserve">    (b) pretended (made a pretense of)</w:t>
      </w:r>
      <w:r>
        <w:br/>
      </w:r>
      <w:r>
        <w:t xml:space="preserve">    (c) not hired, occupied, or booked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cabin was small, to begin with, and to move around, as 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compelled</w:t>
      </w:r>
      <w:r>
        <w:rPr>
          <w:b/>
          <w:bCs/>
        </w:rPr>
        <w:t xml:space="preserve"> </w:t>
      </w:r>
      <w:r>
        <w:rPr>
          <w:b/>
          <w:bCs/>
        </w:rPr>
        <w:t xml:space="preserve">to, was not made easier by the schooner's violent pitching and wallowing.</w:t>
      </w:r>
      <w:r>
        <w:br/>
      </w:r>
      <w:r>
        <w:t xml:space="preserve">    (a) forced; or (more rarely) convinced</w:t>
      </w:r>
      <w:r>
        <w:br/>
      </w:r>
      <w:r>
        <w:t xml:space="preserve">    (b) fruit cooked with sugar (like jam)</w:t>
      </w:r>
      <w:r>
        <w:br/>
      </w:r>
      <w:r>
        <w:t xml:space="preserve">    (c) didn't trust or have confidence 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read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immortality</w:t>
      </w:r>
      <w:r>
        <w:rPr>
          <w:b/>
          <w:bCs/>
        </w:rPr>
        <w:t xml:space="preserve"> </w:t>
      </w:r>
      <w:r>
        <w:rPr>
          <w:b/>
          <w:bCs/>
        </w:rPr>
        <w:t xml:space="preserve">in your eyes," I answered, dropping the "sir,"—an experiment, for I thought the intimacy of the conversation warranted it.</w:t>
      </w:r>
      <w:r>
        <w:br/>
      </w:r>
      <w:r>
        <w:t xml:space="preserve">    (a) with or based on basic beliefs</w:t>
      </w:r>
      <w:r>
        <w:br/>
      </w:r>
      <w:r>
        <w:t xml:space="preserve">    (b) someone who disturbs or annoys</w:t>
      </w:r>
      <w:r>
        <w:br/>
      </w:r>
      <w:r>
        <w:t xml:space="preserve">    (c) eternal life (to live forever)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halyards became instantly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taut</w:t>
      </w:r>
      <w:r>
        <w:rPr>
          <w:b/>
          <w:bCs/>
        </w:rPr>
        <w:t xml:space="preserve">.</w:t>
      </w:r>
      <w:r>
        <w:br/>
      </w:r>
      <w:r>
        <w:t xml:space="preserve">    (a) pulled or drawn tight;</w:t>
      </w:r>
      <w:r>
        <w:br/>
      </w:r>
      <w:r>
        <w:t xml:space="preserve">or: subjected to great tension</w:t>
      </w:r>
      <w:r>
        <w:br/>
      </w:r>
      <w:r>
        <w:t xml:space="preserve">    (b) relating to logical examination to improve understanding</w:t>
      </w:r>
      <w:r>
        <w:br/>
      </w:r>
      <w:r>
        <w:t xml:space="preserve">    (c) the state or degree of being pessimistic or disagreeable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Unlike 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materialists</w:t>
      </w:r>
      <w:r>
        <w:rPr>
          <w:b/>
          <w:bCs/>
        </w:rPr>
        <w:t xml:space="preserve"> </w:t>
      </w:r>
      <w:r>
        <w:rPr>
          <w:b/>
          <w:bCs/>
        </w:rPr>
        <w:t xml:space="preserve">I had met and with whom I had something in common to start on, I had nothing in common with him.</w:t>
      </w:r>
      <w:r>
        <w:br/>
      </w:r>
      <w:r>
        <w:t xml:space="preserve">    (a) powerful attacks; or sudden and enormous amount of things that must be handled</w:t>
      </w:r>
      <w:r>
        <w:br/>
      </w:r>
      <w:r>
        <w:t xml:space="preserve">    (b) defensive players who line up closest to the sideline to defend against passes</w:t>
      </w:r>
      <w:r>
        <w:br/>
      </w:r>
      <w:r>
        <w:t xml:space="preserve">    (c) overly concerned with wealth and possessions at the expense of other interests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altruistic</w:t>
      </w:r>
      <w:r>
        <w:rPr>
          <w:b/>
          <w:bCs/>
        </w:rPr>
        <w:t xml:space="preserve"> </w:t>
      </w:r>
      <w:r>
        <w:rPr>
          <w:b/>
          <w:bCs/>
        </w:rPr>
        <w:t xml:space="preserve">act is an act performed for the welfare of others.</w:t>
      </w:r>
      <w:r>
        <w:br/>
      </w:r>
      <w:r>
        <w:t xml:space="preserve">    (a) the state or degree of being bad or harmful</w:t>
      </w:r>
      <w:r>
        <w:br/>
      </w:r>
      <w:r>
        <w:t xml:space="preserve">    (b) the quality of not working or not operating</w:t>
      </w:r>
      <w:r>
        <w:br/>
      </w:r>
      <w:r>
        <w:t xml:space="preserve">    (c) unselfish concern for the welfare of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dark sun-bronze of his face went black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wrath</w:t>
      </w:r>
      <w:r>
        <w:rPr>
          <w:b/>
          <w:bCs/>
        </w:rPr>
        <w:t xml:space="preserve">, his eyes were ablaze.</w:t>
      </w:r>
      <w:r>
        <w:br/>
      </w:r>
      <w:r>
        <w:t xml:space="preserve">    (a) determination</w:t>
      </w:r>
      <w:r>
        <w:br/>
      </w:r>
      <w:r>
        <w:t xml:space="preserve">    (b) use of reason</w:t>
      </w:r>
      <w:r>
        <w:br/>
      </w:r>
      <w:r>
        <w:t xml:space="preserve">    (c) extreme anger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 odd moment he could find he had the knife and stone out and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whetting</w:t>
      </w:r>
      <w:r>
        <w:rPr>
          <w:b/>
          <w:bCs/>
        </w:rPr>
        <w:t xml:space="preserve"> </w:t>
      </w:r>
      <w:r>
        <w:rPr>
          <w:b/>
          <w:bCs/>
        </w:rPr>
        <w:t xml:space="preserve">away.</w:t>
      </w:r>
      <w:r>
        <w:br/>
      </w:r>
      <w:r>
        <w:t xml:space="preserve">    (a) to increase a sense or desire</w:t>
      </w:r>
      <w:r>
        <w:br/>
      </w:r>
      <w:r>
        <w:br/>
      </w:r>
      <w:r>
        <w:t xml:space="preserve">or: to sharpen a knife or other cutting edge</w:t>
      </w:r>
      <w:r>
        <w:br/>
      </w:r>
      <w:r>
        <w:t xml:space="preserve">    (b) sticking out, attracting more attention than desired, or imposing on others</w:t>
      </w:r>
      <w:r>
        <w:br/>
      </w:r>
      <w:r>
        <w:t xml:space="preserve">    (c) changing to multiple areas of control or concentration (rather than just 1)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loneliness is bad enough in itself, but, to make it worse, he is oppressed by the primal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melancholy</w:t>
      </w:r>
      <w:r>
        <w:rPr>
          <w:b/>
          <w:bCs/>
        </w:rPr>
        <w:t xml:space="preserve"> </w:t>
      </w:r>
      <w:r>
        <w:rPr>
          <w:b/>
          <w:bCs/>
        </w:rPr>
        <w:t xml:space="preserve">of the race.</w:t>
      </w:r>
      <w:r>
        <w:br/>
      </w:r>
      <w:r>
        <w:t xml:space="preserve">    (a) about (but not exactly)</w:t>
      </w:r>
      <w:r>
        <w:br/>
      </w:r>
      <w:r>
        <w:t xml:space="preserve">    (b) a sad feeling or manner</w:t>
      </w:r>
      <w:r>
        <w:br/>
      </w:r>
      <w:r>
        <w:t xml:space="preserve">    (c) relating to the outside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am not afraid," the sailor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retorted</w:t>
      </w:r>
      <w:r>
        <w:rPr>
          <w:b/>
          <w:bCs/>
        </w:rPr>
        <w:t xml:space="preserve">, a slight angry flush rising through his sunburn.</w:t>
      </w:r>
      <w:r>
        <w:br/>
      </w:r>
      <w:r>
        <w:t xml:space="preserve">    (a) greatly annoyed</w:t>
      </w:r>
      <w:r>
        <w:br/>
      </w:r>
      <w:r>
        <w:t xml:space="preserve">    (b) said indirectly</w:t>
      </w:r>
      <w:r>
        <w:br/>
      </w:r>
      <w:r>
        <w:t xml:space="preserve">    (c) quickly replied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Leach could have killed him, but, having evidently filled the measure of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vengeance</w:t>
      </w:r>
      <w:r>
        <w:rPr>
          <w:b/>
          <w:bCs/>
        </w:rPr>
        <w:t xml:space="preserve">, he drew away from his prostrate foe, who was whimpering and wailing in a puppyish sort of way, and walked forward.</w:t>
      </w:r>
      <w:r>
        <w:br/>
      </w:r>
      <w:r>
        <w:t xml:space="preserve">    (a) something made from parts</w:t>
      </w:r>
      <w:r>
        <w:br/>
      </w:r>
      <w:r>
        <w:t xml:space="preserve">    (b) something that stands out</w:t>
      </w:r>
      <w:r>
        <w:br/>
      </w:r>
      <w:r>
        <w:t xml:space="preserve">    (c) the act of taking revenge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You've found your legs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with a vengeance</w:t>
      </w:r>
      <w:r>
        <w:rPr>
          <w:b/>
          <w:bCs/>
        </w:rPr>
        <w:t xml:space="preserve">.</w:t>
      </w:r>
      <w:r>
        <w:br/>
      </w:r>
      <w:r>
        <w:t xml:space="preserve">    (a) available cash</w:t>
      </w:r>
      <w:r>
        <w:br/>
      </w:r>
      <w:r>
        <w:t xml:space="preserve">    (b) with intensity</w:t>
      </w:r>
      <w:r>
        <w:br/>
      </w:r>
      <w:r>
        <w:t xml:space="preserve">    (c) very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he has what they have not—purpose, something to do and be done, an all-absorbing end to strive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attain</w:t>
      </w:r>
      <w:r>
        <w:rPr>
          <w:b/>
          <w:bCs/>
        </w:rPr>
        <w:t xml:space="preserve">, the desire to kill me, the hope that he may kill me.</w:t>
      </w:r>
      <w:r>
        <w:br/>
      </w:r>
      <w:r>
        <w:t xml:space="preserve">    (a) to be overly unhappy and unsociable</w:t>
      </w:r>
      <w:r>
        <w:br/>
      </w:r>
      <w:r>
        <w:t xml:space="preserve">    (b) technical:  center or concentration</w:t>
      </w:r>
      <w:r>
        <w:br/>
      </w:r>
      <w:r>
        <w:t xml:space="preserve">    (c) gain or reach something with effort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finished the concluding stanza without faltering and then slowly guided the conversation into less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perilous</w:t>
      </w:r>
      <w:r>
        <w:rPr>
          <w:b/>
          <w:bCs/>
        </w:rPr>
        <w:t xml:space="preserve"> </w:t>
      </w:r>
      <w:r>
        <w:rPr>
          <w:b/>
          <w:bCs/>
        </w:rPr>
        <w:t xml:space="preserve">channels.</w:t>
      </w:r>
      <w:r>
        <w:br/>
      </w:r>
      <w:r>
        <w:t xml:space="preserve">    (a) stuck out</w:t>
      </w:r>
      <w:r>
        <w:br/>
      </w:r>
      <w:r>
        <w:t xml:space="preserve">    (b) bent down</w:t>
      </w:r>
      <w:r>
        <w:br/>
      </w:r>
      <w:r>
        <w:t xml:space="preserve">    (c) dangerous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Thus we landed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Endeavour</w:t>
      </w:r>
      <w:r>
        <w:rPr>
          <w:b/>
          <w:bCs/>
        </w:rPr>
        <w:t xml:space="preserve"> </w:t>
      </w:r>
      <w:r>
        <w:rPr>
          <w:b/>
          <w:bCs/>
        </w:rPr>
        <w:t xml:space="preserve">Island, as we came to it, land-sick from long custom of the sea.</w:t>
      </w:r>
      <w:r>
        <w:br/>
      </w:r>
      <w:r>
        <w:t xml:space="preserve">    (a) to write or exchange written letters or emails</w:t>
      </w:r>
      <w:r>
        <w:br/>
      </w:r>
      <w:r>
        <w:t xml:space="preserve">    (b) to attempt; or a project or activity attempted</w:t>
      </w:r>
      <w:r>
        <w:br/>
      </w:r>
      <w:r>
        <w:t xml:space="preserve">    (c) a slight amount; or to contain a slight amount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Why, we'll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clamorous</w:t>
      </w:r>
      <w:r>
        <w:rPr>
          <w:b/>
          <w:bCs/>
        </w:rPr>
        <w:t xml:space="preserve"> </w:t>
      </w:r>
      <w:r>
        <w:rPr>
          <w:b/>
          <w:bCs/>
        </w:rPr>
        <w:t xml:space="preserve">for something to do.</w:t>
      </w:r>
      <w:r>
        <w:br/>
      </w:r>
      <w:r>
        <w:t xml:space="preserve">    (a) loud noise and/or persistent demands -- especially from human voice</w:t>
      </w:r>
      <w:r>
        <w:br/>
      </w:r>
      <w:r>
        <w:t xml:space="preserve">    (b) clear, easily noticed, and/or identifiable as different or separate</w:t>
      </w:r>
      <w:r>
        <w:br/>
      </w:r>
      <w:r>
        <w:t xml:space="preserve">    (c) not capable of being better understood through detailed examination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2026-07-31T17:41:46Z</dcterms:created>
  <dcterms:modified xsi:type="dcterms:W3CDTF">2026-07-31T17:41:46Z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