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653349df146ad16e14288173ca77ed6d213e900"/>
    <w:p>
      <w:pPr>
        <w:pStyle w:val="Heading1"/>
      </w:pPr>
      <w:r>
        <w:rPr>
          <w:b/>
          <w:bCs/>
        </w:rPr>
        <w:t xml:space="preserve">School's Out - Forever</w:t>
      </w:r>
      <w:r>
        <w:br/>
      </w:r>
      <w:r>
        <w:rPr>
          <w:i/>
          <w:iCs/>
        </w:rPr>
        <w:t xml:space="preserve">James Patterson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want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adrenaline rush</w:t>
      </w:r>
      <w:r>
        <w:rPr>
          <w:b/>
          <w:bCs/>
        </w:rPr>
        <w:t xml:space="preserve">?</w:t>
      </w:r>
      <w:r>
        <w:br/>
      </w:r>
      <w:r>
        <w:t xml:space="preserve">    (a) a branch of computer science developing software that mimics human intelligence</w:t>
      </w:r>
      <w:r>
        <w:br/>
      </w:r>
      <w:r>
        <w:t xml:space="preserve">    (b) members of a board that oversee the affairs of a corporation or other institution</w:t>
      </w:r>
      <w:r>
        <w:br/>
      </w:r>
      <w:r>
        <w:t xml:space="preserve">    (c) the intense feeling that comes from an increase in the "fight or flight" hormone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anguish</w:t>
      </w:r>
      <w:r>
        <w:rPr>
          <w:b/>
          <w:bCs/>
        </w:rPr>
        <w:t xml:space="preserve"> </w:t>
      </w:r>
      <w:r>
        <w:rPr>
          <w:b/>
          <w:bCs/>
        </w:rPr>
        <w:t xml:space="preserve">after he'd discovered his dead son had sounded real.</w:t>
      </w:r>
      <w:r>
        <w:br/>
      </w:r>
      <w:r>
        <w:t xml:space="preserve">    (a) extreme introversion</w:t>
      </w:r>
      <w:r>
        <w:br/>
      </w:r>
      <w:r>
        <w:t xml:space="preserve">    (b) extreme pain, suffering, or distress</w:t>
      </w:r>
      <w:r>
        <w:br/>
      </w:r>
      <w:r>
        <w:t xml:space="preserve">    (c) extreme depression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felt kind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optimistic</w:t>
      </w:r>
      <w:r>
        <w:rPr>
          <w:b/>
          <w:bCs/>
        </w:rPr>
        <w:t xml:space="preserve">.</w:t>
      </w:r>
      <w:r>
        <w:br/>
      </w:r>
      <w:r>
        <w:t xml:space="preserve">    (a) expecting the best; or focusing on the good part of things</w:t>
      </w:r>
      <w:r>
        <w:br/>
      </w:r>
      <w:r>
        <w:t xml:space="preserve">    (b) relating separately to the people or things just mentioned</w:t>
      </w:r>
      <w:r>
        <w:br/>
      </w:r>
      <w:r>
        <w:t xml:space="preserve">    (c) in a manner of accepting something as true (without proof)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antiseptic</w:t>
      </w:r>
      <w:r>
        <w:rPr>
          <w:b/>
          <w:bCs/>
        </w:rPr>
        <w:t xml:space="preserve"> </w:t>
      </w:r>
      <w:r>
        <w:rPr>
          <w:b/>
          <w:bCs/>
        </w:rPr>
        <w:t xml:space="preserve">smell inside made my stomach knot with nightmare memories of the School.</w:t>
      </w:r>
      <w:r>
        <w:br/>
      </w:r>
      <w:r>
        <w:t xml:space="preserve">    (a) part of the brain responsible for hormone levels which influence such things as appetite, digestion, sexuality, circulation, emotions, and sleep</w:t>
      </w:r>
      <w:r>
        <w:br/>
      </w:r>
      <w:r>
        <w:t xml:space="preserve">    (b) a substance that prevents infection by killing harmful micro-organisms; or (as an adjective) describing something very clean and free of germs</w:t>
      </w:r>
      <w:r>
        <w:br/>
      </w:r>
      <w:r>
        <w:t xml:space="preserve">    (c) a point on a curve where the concavity changes to convexity or vice versa</w:t>
      </w:r>
      <w:r>
        <w:br/>
      </w:r>
      <w:r>
        <w:br/>
      </w:r>
      <w:r>
        <w:t xml:space="preserve">or more generally:  a time of significant change (a turning point)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couldn't say anything to the flock, not in front of the EMT, and I was too upset, scared, and mad to come up with anything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coherent</w:t>
      </w:r>
      <w:r>
        <w:rPr>
          <w:b/>
          <w:bCs/>
        </w:rPr>
        <w:t xml:space="preserve"> </w:t>
      </w:r>
      <w:r>
        <w:rPr>
          <w:b/>
          <w:bCs/>
        </w:rPr>
        <w:t xml:space="preserve">anyway.</w:t>
      </w:r>
      <w:r>
        <w:br/>
      </w:r>
      <w:r>
        <w:t xml:space="preserve">    (a) sensible and clear; or describing parts as fitting together in a consistent or pleasing manner</w:t>
      </w:r>
      <w:r>
        <w:br/>
      </w:r>
      <w:r>
        <w:t xml:space="preserve">    (b) relating to a residential area located near the outer edge of a city where it isn't as crowded</w:t>
      </w:r>
      <w:r>
        <w:br/>
      </w:r>
      <w:r>
        <w:t xml:space="preserve">    (c) not relating to practice or belief that is long-established or was previously long-established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others nodded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varying</w:t>
      </w:r>
      <w:r>
        <w:rPr>
          <w:b/>
          <w:bCs/>
        </w:rPr>
        <w:t xml:space="preserve"> </w:t>
      </w:r>
      <w:r>
        <w:rPr>
          <w:b/>
          <w:bCs/>
        </w:rPr>
        <w:t xml:space="preserve">levels of enthusiasm.</w:t>
      </w:r>
      <w:r>
        <w:br/>
      </w:r>
      <w:r>
        <w:t xml:space="preserve">    (a) taking on as one's own</w:t>
      </w:r>
      <w:r>
        <w:br/>
      </w:r>
      <w:r>
        <w:t xml:space="preserve">    (b) gaining advantage from</w:t>
      </w:r>
      <w:r>
        <w:br/>
      </w:r>
      <w:r>
        <w:t xml:space="preserve">    (c) differing; or changing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Anne's huge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Suburban</w:t>
      </w:r>
      <w:r>
        <w:rPr>
          <w:b/>
          <w:bCs/>
        </w:rPr>
        <w:t xml:space="preserve"> </w:t>
      </w:r>
      <w:r>
        <w:rPr>
          <w:b/>
          <w:bCs/>
        </w:rPr>
        <w:t xml:space="preserve">held us all, and Fang got to recline most of the way.</w:t>
      </w:r>
      <w:r>
        <w:br/>
      </w:r>
      <w:r>
        <w:t xml:space="preserve">    (a) outstanding or surpassing others in status, ability, or possession of a notable characteristic</w:t>
      </w:r>
      <w:r>
        <w:br/>
      </w:r>
      <w:r>
        <w:t xml:space="preserve">    (b) relating to a residential area located near the outer edge of a city where it isn't as crowded</w:t>
      </w:r>
      <w:r>
        <w:br/>
      </w:r>
      <w:r>
        <w:t xml:space="preserve">    (c) not relating to practice or belief that is long-established or was previously long-established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motioned to Fang, but just as he started toward me, the two crackhead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squatters</w:t>
      </w:r>
      <w:r>
        <w:rPr>
          <w:b/>
          <w:bCs/>
        </w:rPr>
        <w:t xml:space="preserve"> </w:t>
      </w:r>
      <w:r>
        <w:rPr>
          <w:b/>
          <w:bCs/>
        </w:rPr>
        <w:t xml:space="preserve">lurched into the hall between us.</w:t>
      </w:r>
      <w:r>
        <w:br/>
      </w:r>
      <w:r>
        <w:t xml:space="preserve">    (a) results or the processes of learning, discovering, or deciding</w:t>
      </w:r>
      <w:r>
        <w:br/>
      </w:r>
      <w:r>
        <w:t xml:space="preserve">    (b) chemicals that trigger behaviors in others of the same species</w:t>
      </w:r>
      <w:r>
        <w:br/>
      </w:r>
      <w:r>
        <w:t xml:space="preserve">    (c) people who live in an unoccupied place without the legal right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Wouldn't that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redundant</w:t>
      </w:r>
      <w:r>
        <w:rPr>
          <w:b/>
          <w:bCs/>
        </w:rPr>
        <w:t xml:space="preserve">?</w:t>
      </w:r>
      <w:r>
        <w:br/>
      </w:r>
      <w:r>
        <w:t xml:space="preserve">    (a) the degree to which a performance of or to someone else's work lends itself to the expression of personal artistic ideas or feelings by the performer</w:t>
      </w:r>
      <w:r>
        <w:br/>
      </w:r>
      <w:r>
        <w:t xml:space="preserve">    (b) the quality or degree of being straightforward or clear (sometimes indicating that truth is not worded carefully to spare feelings or gain advantage)</w:t>
      </w:r>
      <w:r>
        <w:br/>
      </w:r>
      <w:r>
        <w:t xml:space="preserve">    (c) more than is needed -- often something that is unnecessarily repeated</w:t>
      </w:r>
      <w:r>
        <w:br/>
      </w:r>
      <w:r>
        <w:br/>
      </w:r>
      <w:r>
        <w:t xml:space="preserve">or in technical usage:  describing a secondary component designed to work if the primary component fails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"Uh-huh," she said, giving me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wry</w:t>
      </w:r>
      <w:r>
        <w:rPr>
          <w:b/>
          <w:bCs/>
        </w:rPr>
        <w:t xml:space="preserve"> </w:t>
      </w:r>
      <w:r>
        <w:rPr>
          <w:b/>
          <w:bCs/>
        </w:rPr>
        <w:t xml:space="preserve">look.</w:t>
      </w:r>
      <w:r>
        <w:br/>
      </w:r>
      <w:r>
        <w:t xml:space="preserve">    (a) the quality of not being clear, easily noticed, or identifiable as different or separate</w:t>
      </w:r>
      <w:r>
        <w:br/>
      </w:r>
      <w:r>
        <w:t xml:space="preserve">    (b) humor -- often understated, sarcastic, or ironic -- often expressed by twisting the face</w:t>
      </w:r>
      <w:r>
        <w:br/>
      </w:r>
      <w:r>
        <w:t xml:space="preserve">    (c) the quality of being clear, easily noticed, and/or identifiable as different or separate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look like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prep school</w:t>
      </w:r>
      <w:r>
        <w:rPr>
          <w:b/>
          <w:bCs/>
        </w:rPr>
        <w:t xml:space="preserve"> </w:t>
      </w:r>
      <w:r>
        <w:rPr>
          <w:b/>
          <w:bCs/>
        </w:rPr>
        <w:t xml:space="preserve">Barbie," Nudge complained, as she entered the kitchen.</w:t>
      </w:r>
      <w:r>
        <w:br/>
      </w:r>
      <w:r>
        <w:t xml:space="preserve">    (a) injured muscles or tendons (despite calling it muscle)</w:t>
      </w:r>
      <w:r>
        <w:br/>
      </w:r>
      <w:r>
        <w:t xml:space="preserve">    (b) done to get ready for something that will happen later</w:t>
      </w:r>
      <w:r>
        <w:br/>
      </w:r>
      <w:r>
        <w:t xml:space="preserve">    (c) the idea that anything that can go wrong will go wrong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looked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indignant</w:t>
      </w:r>
      <w:r>
        <w:rPr>
          <w:b/>
          <w:bCs/>
        </w:rPr>
        <w:t xml:space="preserve">.</w:t>
      </w:r>
      <w:r>
        <w:br/>
      </w:r>
      <w:r>
        <w:t xml:space="preserve">    (a) surprised as something unexpected</w:t>
      </w:r>
      <w:r>
        <w:br/>
      </w:r>
      <w:r>
        <w:t xml:space="preserve">    (b) angered or annoyed at something unjust or wrong</w:t>
      </w:r>
      <w:r>
        <w:br/>
      </w:r>
      <w:r>
        <w:t xml:space="preserve">    (c) accepted of something undesired as unavoidable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girl was with him, talking to him, looking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earnest</w:t>
      </w:r>
      <w:r>
        <w:rPr>
          <w:b/>
          <w:bCs/>
        </w:rPr>
        <w:t xml:space="preserve">.</w:t>
      </w:r>
      <w:r>
        <w:br/>
      </w:r>
      <w:r>
        <w:t xml:space="preserve">    (a) impossible to find</w:t>
      </w:r>
      <w:r>
        <w:br/>
      </w:r>
      <w:r>
        <w:t xml:space="preserve">    (b) good or beneficial</w:t>
      </w:r>
      <w:r>
        <w:br/>
      </w:r>
      <w:r>
        <w:t xml:space="preserve">    (c) sincere or serious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Erasers are human-lupine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hybrids</w:t>
      </w:r>
      <w:r>
        <w:rPr>
          <w:b/>
          <w:bCs/>
        </w:rPr>
        <w:t xml:space="preserve">.</w:t>
      </w:r>
      <w:r>
        <w:br/>
      </w:r>
      <w:r>
        <w:t xml:space="preserve">    (a) creatures made by combining different life forms</w:t>
      </w:r>
      <w:r>
        <w:br/>
      </w:r>
      <w:r>
        <w:t xml:space="preserve">    (b) members of Nazi organization for children aged 10 to 18</w:t>
      </w:r>
      <w:r>
        <w:br/>
      </w:r>
      <w:r>
        <w:t xml:space="preserve">    (c) extremely dense collapsed stars made mostly of neutrons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Nudge got onto the laptop we'd more or less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appropriated</w:t>
      </w:r>
      <w:r>
        <w:rPr>
          <w:b/>
          <w:bCs/>
        </w:rPr>
        <w:t xml:space="preserve"> </w:t>
      </w:r>
      <w:r>
        <w:rPr>
          <w:b/>
          <w:bCs/>
        </w:rPr>
        <w:t xml:space="preserve">from Anne.</w:t>
      </w:r>
      <w:r>
        <w:br/>
      </w:r>
      <w:r>
        <w:t xml:space="preserve">    (a) discovered</w:t>
      </w:r>
      <w:r>
        <w:br/>
      </w:r>
      <w:r>
        <w:t xml:space="preserve">    (b) taken</w:t>
      </w:r>
      <w:r>
        <w:br/>
      </w:r>
      <w:r>
        <w:t xml:space="preserve">    (c) purchased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"It's what we've all waited for," said Nudge, sounding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wistful</w:t>
      </w:r>
      <w:r>
        <w:rPr>
          <w:b/>
          <w:bCs/>
        </w:rPr>
        <w:t xml:space="preserve">.</w:t>
      </w:r>
      <w:r>
        <w:br/>
      </w:r>
      <w:r>
        <w:t xml:space="preserve">    (a) able to be restored to good condition</w:t>
      </w:r>
      <w:r>
        <w:br/>
      </w:r>
      <w:r>
        <w:t xml:space="preserve">    (b) showing longing or unfulfilled desire</w:t>
      </w:r>
      <w:r>
        <w:br/>
      </w:r>
      <w:r>
        <w:t xml:space="preserve">    (c) not bouncing back light/heat/sound...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Angel didn't try 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stoic</w:t>
      </w:r>
      <w:r>
        <w:rPr>
          <w:b/>
          <w:bCs/>
        </w:rPr>
        <w:t xml:space="preserve"> </w:t>
      </w:r>
      <w:r>
        <w:rPr>
          <w:b/>
          <w:bCs/>
        </w:rPr>
        <w:t xml:space="preserve">but climbed into my lap sobbing.</w:t>
      </w:r>
      <w:r>
        <w:br/>
      </w:r>
      <w:r>
        <w:t xml:space="preserve">    (a) seeming unaffected by pleasure, pain, or emotions</w:t>
      </w:r>
      <w:r>
        <w:br/>
      </w:r>
      <w:r>
        <w:t xml:space="preserve">    (b) appropriate or related in size, amount, or degree</w:t>
      </w:r>
      <w:r>
        <w:br/>
      </w:r>
      <w:r>
        <w:t xml:space="preserve">    (c) suitability; or the degree of having been adapted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mean, there was no way I was going to wallow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serenity</w:t>
      </w:r>
      <w:r>
        <w:rPr>
          <w:b/>
          <w:bCs/>
        </w:rPr>
        <w:t xml:space="preserve"> </w:t>
      </w:r>
      <w:r>
        <w:rPr>
          <w:b/>
          <w:bCs/>
        </w:rPr>
        <w:t xml:space="preserve">for more than two seconds, right?</w:t>
      </w:r>
      <w:r>
        <w:br/>
      </w:r>
      <w:r>
        <w:t xml:space="preserve">    (a) in disagreement</w:t>
      </w:r>
      <w:r>
        <w:br/>
      </w:r>
      <w:r>
        <w:t xml:space="preserve">    (b) relative amount</w:t>
      </w:r>
      <w:r>
        <w:br/>
      </w:r>
      <w:r>
        <w:t xml:space="preserve">    (c) untroubled calm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Gliders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virtually</w:t>
      </w:r>
      <w:r>
        <w:rPr>
          <w:b/>
          <w:bCs/>
        </w:rPr>
        <w:t xml:space="preserve"> </w:t>
      </w:r>
      <w:r>
        <w:rPr>
          <w:b/>
          <w:bCs/>
        </w:rPr>
        <w:t xml:space="preserve">soundless.</w:t>
      </w:r>
      <w:r>
        <w:br/>
      </w:r>
      <w:r>
        <w:t xml:space="preserve">    (a) in an artificial manner to make an impression</w:t>
      </w:r>
      <w:r>
        <w:br/>
      </w:r>
      <w:r>
        <w:t xml:space="preserve">    (b) to almost be so, but not so strictly speaking</w:t>
      </w:r>
      <w:r>
        <w:br/>
      </w:r>
      <w:r>
        <w:t xml:space="preserve">    (c) in a manner that relates to the eyes or sight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couldn't see Ari anywhere, but I did see a couple pairs of feet sticking out from beneath piles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debris</w:t>
      </w:r>
      <w:r>
        <w:rPr>
          <w:b/>
          <w:bCs/>
        </w:rPr>
        <w:t xml:space="preserve">.</w:t>
      </w:r>
      <w:r>
        <w:br/>
      </w:r>
      <w:r>
        <w:t xml:space="preserve">    (a) the act of treating or preparing food in a way that keeps it from spoiling</w:t>
      </w:r>
      <w:r>
        <w:br/>
      </w:r>
      <w:r>
        <w:t xml:space="preserve">    (b) passages food and drink follow between the back of mouths and the stomachs</w:t>
      </w:r>
      <w:r>
        <w:br/>
      </w:r>
      <w:r>
        <w:t xml:space="preserve">    (c) pieces of something that has been destroyed; or trash that is lying around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2026-07-31T16:38:10Z</dcterms:created>
  <dcterms:modified xsi:type="dcterms:W3CDTF">2026-07-31T16:38:10Z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