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b1b14055f01574e06159f6473e95bf92da9d8c"/>
    <w:p>
      <w:pPr>
        <w:pStyle w:val="Heading1"/>
      </w:pPr>
      <w:r>
        <w:rPr>
          <w:b/>
          <w:bCs/>
        </w:rPr>
        <w:t xml:space="preserve">Saving the World and Other Extreme Sports</w:t>
      </w:r>
      <w:r>
        <w:br/>
      </w:r>
      <w:r>
        <w:rPr>
          <w:i/>
          <w:iCs/>
        </w:rPr>
        <w:t xml:space="preserve">James Patterson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consider the accident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anomaly</w:t>
      </w:r>
      <w:r>
        <w:rPr>
          <w:b/>
          <w:bCs/>
        </w:rPr>
        <w:t xml:space="preserve">--not a reason to change standard procedures.</w:t>
      </w:r>
      <w:r>
        <w:br/>
      </w:r>
      <w:r>
        <w:t xml:space="preserve">    (a) normal occurrence</w:t>
      </w:r>
      <w:r>
        <w:br/>
      </w:r>
      <w:r>
        <w:t xml:space="preserve">    (b) proof of concept</w:t>
      </w:r>
      <w:r>
        <w:br/>
      </w:r>
      <w:r>
        <w:t xml:space="preserve">    (c) unusual occurrence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scheduled a news conference to respond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accusations.</w:t>
      </w:r>
      <w:r>
        <w:br/>
      </w:r>
      <w:r>
        <w:t xml:space="preserve">    (a) horrible</w:t>
      </w:r>
      <w:r>
        <w:br/>
      </w:r>
      <w:r>
        <w:t xml:space="preserve">    (b) false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Dolly the sheep was the first successful mammal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clone</w:t>
      </w:r>
      <w:r>
        <w:rPr>
          <w:b/>
          <w:bCs/>
        </w:rPr>
        <w:t xml:space="preserve">.</w:t>
      </w:r>
      <w:r>
        <w:br/>
      </w:r>
      <w:r>
        <w:t xml:space="preserve">    (a) to burst, break, or tear; or the resultant damage -- can also be non-physical as in damaging a relationship or logical argument</w:t>
      </w:r>
      <w:r>
        <w:br/>
      </w:r>
      <w:r>
        <w:t xml:space="preserve">    (b) genetically identical copy created with technology</w:t>
      </w:r>
      <w:r>
        <w:br/>
      </w:r>
      <w:r>
        <w:t xml:space="preserve">    (c) to grow worse; or describing a person or situation that is worse in the sense of deviating from what is socially acceptable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delude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into thinking one late apology fixes everything.</w:t>
      </w:r>
      <w:r>
        <w:br/>
      </w:r>
      <w:r>
        <w:t xml:space="preserve">    (a) praise</w:t>
      </w:r>
      <w:r>
        <w:br/>
      </w:r>
      <w:r>
        <w:t xml:space="preserve">    (b) deceive</w:t>
      </w:r>
      <w:r>
        <w:br/>
      </w:r>
      <w:r>
        <w:t xml:space="preserve">    (c) protect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consider</w:t>
      </w:r>
      <w:r>
        <w:br/>
      </w:r>
      <w:r>
        <w:t xml:space="preserve">    (b) create</w:t>
      </w:r>
      <w:r>
        <w:br/>
      </w:r>
      <w:r>
        <w:t xml:space="preserve">    (c) save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seriousness</w:t>
      </w:r>
      <w:r>
        <w:br/>
      </w:r>
      <w:r>
        <w:t xml:space="preserve">    (b) frivolous attitude</w:t>
      </w:r>
      <w:r>
        <w:br/>
      </w:r>
      <w:r>
        <w:t xml:space="preserve">    (c) falseness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stunning victory over the Blue Devils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enhanced</w:t>
      </w:r>
      <w:r>
        <w:rPr>
          <w:b/>
          <w:bCs/>
        </w:rPr>
        <w:t xml:space="preserve"> </w:t>
      </w:r>
      <w:r>
        <w:rPr>
          <w:b/>
          <w:bCs/>
        </w:rPr>
        <w:t xml:space="preserve">the Bulldogs' image as title contenders.</w:t>
      </w:r>
      <w:r>
        <w:br/>
      </w:r>
      <w:r>
        <w:t xml:space="preserve">    (a) improved</w:t>
      </w:r>
      <w:r>
        <w:br/>
      </w:r>
      <w:r>
        <w:t xml:space="preserve">    (b) questioned</w:t>
      </w:r>
      <w:r>
        <w:br/>
      </w:r>
      <w:r>
        <w:t xml:space="preserve">    (c) damaged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found the company guilty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gender</w:t>
      </w:r>
      <w:r>
        <w:rPr>
          <w:b/>
          <w:bCs/>
        </w:rPr>
        <w:t xml:space="preserve"> </w:t>
      </w:r>
      <w:r>
        <w:rPr>
          <w:b/>
          <w:bCs/>
        </w:rPr>
        <w:t xml:space="preserve">discrimination.</w:t>
      </w:r>
      <w:r>
        <w:br/>
      </w:r>
      <w:r>
        <w:t xml:space="preserve">    (a) race or ethnic</w:t>
      </w:r>
      <w:r>
        <w:br/>
      </w:r>
      <w:r>
        <w:t xml:space="preserve">    (b) male/female/trans</w:t>
      </w:r>
      <w:r>
        <w:br/>
      </w:r>
      <w:r>
        <w:t xml:space="preserve">    (c)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genes</w:t>
      </w:r>
      <w:r>
        <w:rPr>
          <w:b/>
          <w:bCs/>
        </w:rPr>
        <w:t xml:space="preserve"> </w:t>
      </w:r>
      <w:r>
        <w:rPr>
          <w:b/>
          <w:bCs/>
        </w:rPr>
        <w:t xml:space="preserve">come from the father and half from the mother.</w:t>
      </w:r>
      <w:r>
        <w:br/>
      </w:r>
      <w:r>
        <w:t xml:space="preserve">    (a) second cousins</w:t>
      </w:r>
      <w:r>
        <w:br/>
      </w:r>
      <w:r>
        <w:t xml:space="preserve">    (b) advice</w:t>
      </w:r>
      <w:r>
        <w:br/>
      </w:r>
      <w:r>
        <w:t xml:space="preserve">    (c) DNA segments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and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on-the-other-hand</w:t>
      </w:r>
      <w:r>
        <w:br/>
      </w:r>
      <w:r>
        <w:t xml:space="preserve">    (c) no matter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hybrid</w:t>
      </w:r>
      <w:r>
        <w:rPr>
          <w:b/>
          <w:bCs/>
        </w:rPr>
        <w:t xml:space="preserve"> </w:t>
      </w:r>
      <w:r>
        <w:rPr>
          <w:b/>
          <w:bCs/>
        </w:rPr>
        <w:t xml:space="preserve">combines features from sedans and SUVs in one vehicle.</w:t>
      </w:r>
      <w:r>
        <w:br/>
      </w:r>
      <w:r>
        <w:t xml:space="preserve">    (a) exact copy of one source</w:t>
      </w:r>
      <w:r>
        <w:br/>
      </w:r>
      <w:r>
        <w:t xml:space="preserve">    (b) single pure version</w:t>
      </w:r>
      <w:r>
        <w:br/>
      </w:r>
      <w:r>
        <w:t xml:space="preserve">    (c) mix of different types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excuse</w:t>
      </w:r>
      <w:r>
        <w:br/>
      </w:r>
      <w:r>
        <w:t xml:space="preserve">    (b) technique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nimble</w:t>
      </w:r>
      <w:r>
        <w:rPr>
          <w:b/>
          <w:bCs/>
        </w:rPr>
        <w:t xml:space="preserve"> </w:t>
      </w:r>
      <w:r>
        <w:rPr>
          <w:b/>
          <w:bCs/>
        </w:rPr>
        <w:t xml:space="preserve">fingers danced on the keyboard.</w:t>
      </w:r>
      <w:r>
        <w:br/>
      </w:r>
      <w:r>
        <w:t xml:space="preserve">    (a) long and attractive</w:t>
      </w:r>
      <w:r>
        <w:br/>
      </w:r>
      <w:r>
        <w:t xml:space="preserve">    (b) ebony-colored</w:t>
      </w:r>
      <w:r>
        <w:br/>
      </w:r>
      <w:r>
        <w:t xml:space="preserve">    (c) quick and agile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outdated</w:t>
      </w:r>
      <w:r>
        <w:br/>
      </w:r>
      <w:r>
        <w:t xml:space="preserve">    (b) broken</w:t>
      </w:r>
      <w:r>
        <w:br/>
      </w:r>
      <w:r>
        <w:t xml:space="preserve">    (c) classic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fast-moving</w:t>
      </w:r>
      <w:r>
        <w:br/>
      </w:r>
      <w:r>
        <w:t xml:space="preserve">    (b) threatening</w:t>
      </w:r>
      <w:r>
        <w:br/>
      </w:r>
      <w:r>
        <w:t xml:space="preserve">    (c) huge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more than is needed or desired</w:t>
      </w:r>
      <w:r>
        <w:br/>
      </w:r>
      <w:r>
        <w:t xml:space="preserve">    (b) less than what is required</w:t>
      </w:r>
      <w:r>
        <w:br/>
      </w:r>
      <w:r>
        <w:t xml:space="preserve">    (c) exactly fitting requirements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thought that there are over 20,000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of ants.</w:t>
      </w:r>
      <w:r>
        <w:br/>
      </w:r>
      <w:r>
        <w:t xml:space="preserve">    (a) different categories</w:t>
      </w:r>
      <w:r>
        <w:br/>
      </w:r>
      <w:r>
        <w:t xml:space="preserve">    (b) different nest types</w:t>
      </w:r>
      <w:r>
        <w:br/>
      </w:r>
      <w:r>
        <w:t xml:space="preserve">    (c) different diets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Stalin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 </w:t>
      </w:r>
      <w:r>
        <w:rPr>
          <w:b/>
          <w:bCs/>
        </w:rPr>
        <w:t xml:space="preserve">criticism in the press.</w:t>
      </w:r>
      <w:r>
        <w:br/>
      </w:r>
      <w:r>
        <w:t xml:space="preserve">    (a) expressed publicly</w:t>
      </w:r>
      <w:r>
        <w:br/>
      </w:r>
      <w:r>
        <w:t xml:space="preserve">    (b) caused to spread</w:t>
      </w:r>
      <w:r>
        <w:br/>
      </w:r>
      <w:r>
        <w:t xml:space="preserve">    (c) kept from spreading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popular in fiction,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telepathy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exist in the real world.</w:t>
      </w:r>
      <w:r>
        <w:br/>
      </w:r>
      <w:r>
        <w:t xml:space="preserve">    (a) unsophisticated (meant disapprovingly to refer to old-fashioned or narrow-minded attitudes and ideas)</w:t>
      </w:r>
      <w:r>
        <w:br/>
      </w:r>
      <w:r>
        <w:t xml:space="preserve">    (b) communication from one mind to another without using the known senses</w:t>
      </w:r>
      <w:r>
        <w:br/>
      </w:r>
      <w:r>
        <w:t xml:space="preserve">    (c) improperly bold or disrespectful -- especially toward someone who is older or considered to be of higher status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2026-07-31T16:38:21Z</dcterms:created>
  <dcterms:modified xsi:type="dcterms:W3CDTF">2026-07-31T16:38:21Z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