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f6a5814f618728c44571edcd89c2de60725ecb"/>
    <w:p>
      <w:pPr>
        <w:pStyle w:val="Heading1"/>
      </w:pPr>
      <w:r>
        <w:rPr>
          <w:b/>
          <w:bCs/>
        </w:rPr>
        <w:t xml:space="preserve">Safe Haven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she was glad that these bouts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anxiety</w:t>
      </w:r>
      <w:r>
        <w:rPr>
          <w:b/>
          <w:bCs/>
        </w:rPr>
        <w:t xml:space="preserve"> </w:t>
      </w:r>
      <w:r>
        <w:rPr>
          <w:b/>
          <w:bCs/>
        </w:rPr>
        <w:t xml:space="preserve">no longer overwhelmed her, it also meant she was getting comfortable here, and that scared her.</w:t>
      </w:r>
      <w:r>
        <w:br/>
      </w:r>
      <w:r>
        <w:t xml:space="preserve">    (a) basic rule or belief</w:t>
      </w:r>
      <w:r>
        <w:br/>
      </w:r>
      <w:r>
        <w:t xml:space="preserve">    (b) nervousness or worry</w:t>
      </w:r>
      <w:r>
        <w:br/>
      </w:r>
      <w:r>
        <w:t xml:space="preserve">    (c) narrow water passage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While he'd gone out with a few women, they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fleeting</w:t>
      </w:r>
      <w:r>
        <w:rPr>
          <w:b/>
          <w:bCs/>
        </w:rPr>
        <w:t xml:space="preserve"> </w:t>
      </w:r>
      <w:r>
        <w:rPr>
          <w:b/>
          <w:bCs/>
        </w:rPr>
        <w:t xml:space="preserve">romances that for the most part began and ended in the bedroom.</w:t>
      </w:r>
      <w:r>
        <w:br/>
      </w:r>
      <w:r>
        <w:t xml:space="preserve">    (a) sensible and careful</w:t>
      </w:r>
      <w:r>
        <w:br/>
      </w:r>
      <w:r>
        <w:t xml:space="preserve">    (b) lasting a short time</w:t>
      </w:r>
      <w:r>
        <w:br/>
      </w:r>
      <w:r>
        <w:t xml:space="preserve">    (c) not demonstrative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perused</w:t>
      </w:r>
      <w:r>
        <w:rPr>
          <w:b/>
          <w:bCs/>
        </w:rPr>
        <w:t xml:space="preserve"> </w:t>
      </w:r>
      <w:r>
        <w:rPr>
          <w:b/>
          <w:bCs/>
        </w:rPr>
        <w:t xml:space="preserve">the shelves, he wondered idly what he was going to do with the kids in the afternoon and decided to take them for a bike ride.</w:t>
      </w:r>
      <w:r>
        <w:br/>
      </w:r>
      <w:r>
        <w:t xml:space="preserve">    (a) not concentrated</w:t>
      </w:r>
      <w:r>
        <w:br/>
      </w:r>
      <w:r>
        <w:t xml:space="preserve">    (b) jumped or leaped</w:t>
      </w:r>
      <w:r>
        <w:br/>
      </w:r>
      <w:r>
        <w:t xml:space="preserve">    (c) read or examined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Lightning and thunder erupted, almost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simultaneously</w:t>
      </w:r>
      <w:r>
        <w:rPr>
          <w:b/>
          <w:bCs/>
        </w:rPr>
        <w:t xml:space="preserve"> </w:t>
      </w:r>
      <w:r>
        <w:rPr>
          <w:b/>
          <w:bCs/>
        </w:rPr>
        <w:t xml:space="preserve">this time.</w:t>
      </w:r>
      <w:r>
        <w:br/>
      </w:r>
      <w:r>
        <w:t xml:space="preserve">    (a) done while awake</w:t>
      </w:r>
      <w:r>
        <w:br/>
      </w:r>
      <w:r>
        <w:t xml:space="preserve">    (b) done with excess</w:t>
      </w:r>
      <w:r>
        <w:br/>
      </w:r>
      <w:r>
        <w:t xml:space="preserve">    (c) at the same time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too attractive to blend in, and when people caught on to the fact that she walked everywhere, it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inevitable</w:t>
      </w:r>
      <w:r>
        <w:rPr>
          <w:b/>
          <w:bCs/>
        </w:rPr>
        <w:t xml:space="preserve"> </w:t>
      </w:r>
      <w:r>
        <w:rPr>
          <w:b/>
          <w:bCs/>
        </w:rPr>
        <w:t xml:space="preserve">that talk would start and questions would be asked about her past.</w:t>
      </w:r>
      <w:r>
        <w:br/>
      </w:r>
      <w:r>
        <w:t xml:space="preserve">    (a) circular movement</w:t>
      </w:r>
      <w:r>
        <w:br/>
      </w:r>
      <w:r>
        <w:t xml:space="preserve">    (b) certain to happen</w:t>
      </w:r>
      <w:r>
        <w:br/>
      </w:r>
      <w:r>
        <w:t xml:space="preserve">    (c) size or dimension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Instead, they stuck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superficial</w:t>
      </w:r>
      <w:r>
        <w:rPr>
          <w:b/>
          <w:bCs/>
        </w:rPr>
        <w:t xml:space="preserve"> </w:t>
      </w:r>
      <w:r>
        <w:rPr>
          <w:b/>
          <w:bCs/>
        </w:rPr>
        <w:t xml:space="preserve">topics, and Katie thought again that she was happy for Jo's company.</w:t>
      </w:r>
      <w:r>
        <w:br/>
      </w:r>
      <w:r>
        <w:t xml:space="preserve">    (a) comprehensive (thorough)</w:t>
      </w:r>
      <w:r>
        <w:br/>
      </w:r>
      <w:r>
        <w:t xml:space="preserve">    (b) relating to a surface rather than to anything deep or penetrating</w:t>
      </w:r>
      <w:r>
        <w:br/>
      </w:r>
      <w:r>
        <w:t xml:space="preserve">    (c) deep and creative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When silver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highlighted</w:t>
      </w:r>
      <w:r>
        <w:rPr>
          <w:b/>
          <w:bCs/>
        </w:rPr>
        <w:t xml:space="preserve"> </w:t>
      </w:r>
      <w:r>
        <w:rPr>
          <w:b/>
          <w:bCs/>
        </w:rPr>
        <w:t xml:space="preserve">the world beyond the window, Katie and Jo stepped out onto the front porch. [In reference to leaves turning "from silver to black and to silver again as they shimmered in the evening breeze."]</w:t>
      </w:r>
      <w:r>
        <w:br/>
      </w:r>
      <w:r>
        <w:t xml:space="preserve">    (a) called attention to</w:t>
      </w:r>
      <w:r>
        <w:br/>
      </w:r>
      <w:r>
        <w:t xml:space="preserve">    (b) not vaccinated (to protect from a disease)</w:t>
      </w:r>
      <w:r>
        <w:br/>
      </w:r>
      <w:r>
        <w:t xml:space="preserve">    (c) not fit for service to humans or home life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 sleepy little town, and she surmised that an event like this was probably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highlight</w:t>
      </w:r>
      <w:r>
        <w:rPr>
          <w:b/>
          <w:bCs/>
        </w:rPr>
        <w:t xml:space="preserve"> </w:t>
      </w:r>
      <w:r>
        <w:rPr>
          <w:b/>
          <w:bCs/>
        </w:rPr>
        <w:t xml:space="preserve">of the year.</w:t>
      </w:r>
      <w:r>
        <w:br/>
      </w:r>
      <w:r>
        <w:t xml:space="preserve">    (a) large artery of the heart</w:t>
      </w:r>
      <w:r>
        <w:br/>
      </w:r>
      <w:r>
        <w:t xml:space="preserve">    (b) something made from parts</w:t>
      </w:r>
      <w:r>
        <w:br/>
      </w:r>
      <w:r>
        <w:t xml:space="preserve">    (c) something that stands out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trailed off, feeling the weight of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scrutiny</w:t>
      </w:r>
      <w:r>
        <w:rPr>
          <w:b/>
          <w:bCs/>
        </w:rPr>
        <w:t xml:space="preserve">.</w:t>
      </w:r>
      <w:r>
        <w:br/>
      </w:r>
      <w:r>
        <w:t xml:space="preserve">    (a) careful look or inspection</w:t>
      </w:r>
      <w:r>
        <w:br/>
      </w:r>
      <w:r>
        <w:t xml:space="preserve">    (b) the best or most important</w:t>
      </w:r>
      <w:r>
        <w:br/>
      </w:r>
      <w:r>
        <w:t xml:space="preserve">    (c) a secret agreement or plot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time, she'd learned to pretend she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oblivious</w:t>
      </w:r>
      <w:r>
        <w:rPr>
          <w:b/>
          <w:bCs/>
        </w:rPr>
        <w:t xml:space="preserve"> </w:t>
      </w:r>
      <w:r>
        <w:rPr>
          <w:b/>
          <w:bCs/>
        </w:rPr>
        <w:t xml:space="preserve">to the attention of those men; in other instances, she showed obvious disdain, because she'd known what would happen if she didn't.</w:t>
      </w:r>
      <w:r>
        <w:br/>
      </w:r>
      <w:r>
        <w:t xml:space="preserve">    (a) related to</w:t>
      </w:r>
      <w:r>
        <w:br/>
      </w:r>
      <w:r>
        <w:t xml:space="preserve">    (b) unaware of</w:t>
      </w:r>
      <w:r>
        <w:br/>
      </w:r>
      <w:r>
        <w:t xml:space="preserve">    (c) very large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"Sure," she answered,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feigning</w:t>
      </w:r>
      <w:r>
        <w:rPr>
          <w:b/>
          <w:bCs/>
        </w:rPr>
        <w:t xml:space="preserve"> </w:t>
      </w:r>
      <w:r>
        <w:rPr>
          <w:b/>
          <w:bCs/>
        </w:rPr>
        <w:t xml:space="preserve">nonchalance.</w:t>
      </w:r>
      <w:r>
        <w:br/>
      </w:r>
      <w:r>
        <w:t xml:space="preserve">    (a) causing something to move forward</w:t>
      </w:r>
      <w:r>
        <w:br/>
      </w:r>
      <w:r>
        <w:t xml:space="preserve">    (b) pretending (making a pretense of)</w:t>
      </w:r>
      <w:r>
        <w:br/>
      </w:r>
      <w:r>
        <w:t xml:space="preserve">    (c) accepting as true (without proof)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made her feel naked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vulnerable</w:t>
      </w:r>
      <w:r>
        <w:rPr>
          <w:b/>
          <w:bCs/>
        </w:rPr>
        <w:t xml:space="preserve"> </w:t>
      </w:r>
      <w:r>
        <w:rPr>
          <w:b/>
          <w:bCs/>
        </w:rPr>
        <w:t xml:space="preserve">and it was part of the reason she'd avoided going to the store at all this week.</w:t>
      </w:r>
      <w:r>
        <w:br/>
      </w:r>
      <w:r>
        <w:t xml:space="preserve">    (a) suffering from too few red blood cells</w:t>
      </w:r>
      <w:r>
        <w:br/>
      </w:r>
      <w:r>
        <w:br/>
      </w:r>
      <w:r>
        <w:t xml:space="preserve">or (less commonly):  lacking vitality</w:t>
      </w:r>
      <w:r>
        <w:br/>
      </w:r>
      <w:r>
        <w:t xml:space="preserve">    (b) easily hurt or in need of help; or easily influenced or subject to temptation</w:t>
      </w:r>
      <w:r>
        <w:br/>
      </w:r>
      <w:r>
        <w:t xml:space="preserve">    (c) having the characteristic of or relating to bouncing back light/heat/sound...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Kevin wondered if the offer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genuine</w:t>
      </w:r>
      <w:r>
        <w:rPr>
          <w:b/>
          <w:bCs/>
        </w:rPr>
        <w:t xml:space="preserve">.</w:t>
      </w:r>
      <w:r>
        <w:br/>
      </w:r>
      <w:r>
        <w:t xml:space="preserve">    (a) real</w:t>
      </w:r>
      <w:r>
        <w:br/>
      </w:r>
      <w:r>
        <w:t xml:space="preserve">    (b) city</w:t>
      </w:r>
      <w:r>
        <w:br/>
      </w:r>
      <w:r>
        <w:t xml:space="preserve">    (c) lazy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that she was in danger if he couldn't find her.</w:t>
      </w:r>
      <w:r>
        <w:br/>
      </w:r>
      <w:r>
        <w:t xml:space="preserve">    (a) not wanting to do something</w:t>
      </w:r>
      <w:r>
        <w:br/>
      </w:r>
      <w:r>
        <w:t xml:space="preserve">    (b) was attractive or desirable</w:t>
      </w:r>
      <w:r>
        <w:br/>
      </w:r>
      <w:r>
        <w:t xml:space="preserve">    (c) suggested (said indirectly)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could imagine her scanning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obituaries</w:t>
      </w:r>
      <w:r>
        <w:rPr>
          <w:b/>
          <w:bCs/>
        </w:rPr>
        <w:t xml:space="preserve"> </w:t>
      </w:r>
      <w:r>
        <w:rPr>
          <w:b/>
          <w:bCs/>
        </w:rPr>
        <w:t xml:space="preserve">on microfiche, looking for a name to steal.</w:t>
      </w:r>
      <w:r>
        <w:br/>
      </w:r>
      <w:r>
        <w:t xml:space="preserve">    (a) processes of controlling (how things turn out)</w:t>
      </w:r>
      <w:r>
        <w:br/>
      </w:r>
      <w:r>
        <w:t xml:space="preserve">    (b) published death notices with short biographies</w:t>
      </w:r>
      <w:r>
        <w:br/>
      </w:r>
      <w:r>
        <w:t xml:space="preserve">    (c) partial payments made at the time of purchases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Remnants</w:t>
      </w:r>
      <w:r>
        <w:rPr>
          <w:b/>
          <w:bCs/>
        </w:rPr>
        <w:t xml:space="preserve"> </w:t>
      </w:r>
      <w:r>
        <w:rPr>
          <w:b/>
          <w:bCs/>
        </w:rPr>
        <w:t xml:space="preserve">of a tropical storm blew through Southport, rain falling most of the afternoon and into the evening.</w:t>
      </w:r>
      <w:r>
        <w:br/>
      </w:r>
      <w:r>
        <w:t xml:space="preserve">    (a) people who do not believe in the existence of god</w:t>
      </w:r>
      <w:r>
        <w:br/>
      </w:r>
      <w:r>
        <w:t xml:space="preserve">    (b) most important; or people that are most important</w:t>
      </w:r>
      <w:r>
        <w:br/>
      </w:r>
      <w:r>
        <w:t xml:space="preserve">    (c) small amounts that remains after the rest is gone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she did believe in the power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subconscious</w:t>
      </w:r>
      <w:r>
        <w:rPr>
          <w:b/>
          <w:bCs/>
        </w:rPr>
        <w:t xml:space="preserve"> </w:t>
      </w:r>
      <w:r>
        <w:rPr>
          <w:b/>
          <w:bCs/>
        </w:rPr>
        <w:t xml:space="preserve">mind to put together pieces that the conscious mind might miss.</w:t>
      </w:r>
      <w:r>
        <w:br/>
      </w:r>
      <w:r>
        <w:t xml:space="preserve">    (a) the quality of not being clear, easily noticed, or identifiable as different or separate</w:t>
      </w:r>
      <w:r>
        <w:br/>
      </w:r>
      <w:r>
        <w:t xml:space="preserve">    (b) the quality of being clear, easily noticed, and/or identifiable as different or separate</w:t>
      </w:r>
      <w:r>
        <w:br/>
      </w:r>
      <w:r>
        <w:t xml:space="preserve">    (c) mental activity of which we are not aware, but which can influence feelings and behavior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were crying about a man with a gun, that Miss Katie was fighting him, and then he suddenly knew with chilling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clarity</w:t>
      </w:r>
      <w:r>
        <w:rPr>
          <w:b/>
          <w:bCs/>
        </w:rPr>
        <w:t xml:space="preserve"> </w:t>
      </w:r>
      <w:r>
        <w:rPr>
          <w:b/>
          <w:bCs/>
        </w:rPr>
        <w:t xml:space="preserve">what had happened.</w:t>
      </w:r>
      <w:r>
        <w:br/>
      </w:r>
      <w:r>
        <w:t xml:space="preserve">    (a) seen, expressed, or understood clearly; or a degree of transparency such as the quality of clear water</w:t>
      </w:r>
      <w:r>
        <w:br/>
      </w:r>
      <w:r>
        <w:t xml:space="preserve">    (b) the process of assigning a value on or judging the worth of something; or the result of such a process</w:t>
      </w:r>
      <w:r>
        <w:br/>
      </w:r>
      <w:r>
        <w:t xml:space="preserve">    (c) a collection of things on public display  OR  a detailed explanation or background of a specific topic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Ahead, the door of the car pushed open slightly, but it was blocked by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debris</w:t>
      </w:r>
      <w:r>
        <w:rPr>
          <w:b/>
          <w:bCs/>
        </w:rPr>
        <w:t xml:space="preserve"> </w:t>
      </w:r>
      <w:r>
        <w:rPr>
          <w:b/>
          <w:bCs/>
        </w:rPr>
        <w:t xml:space="preserve">on either side.</w:t>
      </w:r>
      <w:r>
        <w:br/>
      </w:r>
      <w:r>
        <w:t xml:space="preserve">    (a) pieces of something that has been destroyed; or trash that is lying around</w:t>
      </w:r>
      <w:r>
        <w:br/>
      </w:r>
      <w:r>
        <w:t xml:space="preserve">    (b) the act of treating or preparing food in a way that keeps it from spoiling</w:t>
      </w:r>
      <w:r>
        <w:br/>
      </w:r>
      <w:r>
        <w:t xml:space="preserve">    (c) passages food and drink follow between the back of mouths and the stomachs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Combined with the blood loss he'd suffered, it was a wonder he had been conscious, much less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coherent</w:t>
      </w:r>
      <w:r>
        <w:rPr>
          <w:b/>
          <w:bCs/>
        </w:rPr>
        <w:t xml:space="preserve"> </w:t>
      </w:r>
      <w:r>
        <w:rPr>
          <w:b/>
          <w:bCs/>
        </w:rPr>
        <w:t xml:space="preserve">to any degree.</w:t>
      </w:r>
      <w:r>
        <w:br/>
      </w:r>
      <w:r>
        <w:t xml:space="preserve">    (a) relating to a residential area located near the outer edge of a city where it isn't as crowded</w:t>
      </w:r>
      <w:r>
        <w:br/>
      </w:r>
      <w:r>
        <w:t xml:space="preserve">    (b) not relating to practice or belief that is long-established or was previously long-established</w:t>
      </w:r>
      <w:r>
        <w:br/>
      </w:r>
      <w:r>
        <w:t xml:space="preserve">    (c) sensible and clear; or describing parts as fitting together in a consistent or pleasing manner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2026-07-31T18:36:51Z</dcterms:created>
  <dcterms:modified xsi:type="dcterms:W3CDTF">2026-07-31T18:36:51Z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