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92ede0c3f5ec03cbf74cd03a64222e83011412"/>
    <w:p>
      <w:pPr>
        <w:pStyle w:val="Heading1"/>
      </w:pPr>
      <w:r>
        <w:rPr>
          <w:b/>
          <w:bCs/>
        </w:rPr>
        <w:t xml:space="preserve">Safe Haven</w:t>
      </w:r>
      <w:r>
        <w:br/>
      </w:r>
      <w:r>
        <w:rPr>
          <w:i/>
          <w:iCs/>
        </w:rPr>
        <w:t xml:space="preserve">Nicholas Sparks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Neither his mom nor his dad could explain it; as far as they knew, Alex Wheatley was an</w:t>
      </w:r>
      <w:r>
        <w:rPr>
          <w:b/>
          <w:bCs/>
        </w:rPr>
        <w:t xml:space="preserve"> </w:t>
      </w:r>
      <w:r>
        <w:rPr>
          <w:b/>
          <w:bCs/>
          <w:u w:val="single"/>
        </w:rPr>
        <w:t xml:space="preserve">anomaly</w:t>
      </w:r>
      <w:r>
        <w:rPr>
          <w:b/>
          <w:bCs/>
        </w:rPr>
        <w:t xml:space="preserve"> </w:t>
      </w:r>
      <w:r>
        <w:rPr>
          <w:b/>
          <w:bCs/>
        </w:rPr>
        <w:t xml:space="preserve">on both sides of the family.</w:t>
      </w:r>
      <w:r>
        <w:br/>
      </w:r>
      <w:r>
        <w:t xml:space="preserve">    (a) something outside of the range of what is normally expected</w:t>
      </w:r>
      <w:r>
        <w:br/>
      </w:r>
      <w:r>
        <w:t xml:space="preserve">    (b) with energetic effort (in a difficult and demanding manner)</w:t>
      </w:r>
      <w:r>
        <w:br/>
      </w:r>
      <w:r>
        <w:t xml:space="preserve">    (c) in a manner that moves back and forth, or is unsure or weak</w:t>
      </w:r>
    </w:p>
    <w:p>
      <w:pPr>
        <w:pStyle w:val="Compact"/>
        <w:numPr>
          <w:ilvl w:val="0"/>
          <w:numId w:val="1001"/>
        </w:numPr>
      </w:pPr>
      <w:r>
        <w:rPr>
          <w:b/>
          <w:bCs/>
        </w:rPr>
        <w:t xml:space="preserve">The counselor had assured him that kids were</w:t>
      </w:r>
      <w:r>
        <w:rPr>
          <w:b/>
          <w:bCs/>
        </w:rPr>
        <w:t xml:space="preserve"> </w:t>
      </w:r>
      <w:r>
        <w:rPr>
          <w:b/>
          <w:bCs/>
          <w:u w:val="single"/>
        </w:rPr>
        <w:t xml:space="preserve">resilient</w:t>
      </w:r>
      <w:r>
        <w:rPr>
          <w:b/>
          <w:bCs/>
        </w:rPr>
        <w:t xml:space="preserve"> </w:t>
      </w:r>
      <w:r>
        <w:rPr>
          <w:b/>
          <w:bCs/>
        </w:rPr>
        <w:t xml:space="preserve">and that as long as they knew they were loved, the nightmares would eventually stop and the tears would become less frequent.</w:t>
      </w:r>
      <w:r>
        <w:br/>
      </w:r>
      <w:r>
        <w:t xml:space="preserve">    (a) the characteristic of bouncing back light/heat/sound...</w:t>
      </w:r>
      <w:r>
        <w:br/>
      </w:r>
      <w:r>
        <w:t xml:space="preserve">    (b) able to withstand strain and/or quickly recover from it</w:t>
      </w:r>
      <w:r>
        <w:br/>
      </w:r>
      <w:r>
        <w:t xml:space="preserve">    (c) power or responsibility that can be taken on or adopted</w:t>
      </w:r>
    </w:p>
    <w:p>
      <w:pPr>
        <w:pStyle w:val="Compact"/>
        <w:numPr>
          <w:ilvl w:val="0"/>
          <w:numId w:val="1001"/>
        </w:numPr>
      </w:pPr>
      <w:r>
        <w:rPr>
          <w:b/>
          <w:bCs/>
        </w:rPr>
        <w:t xml:space="preserve">Joyce was as</w:t>
      </w:r>
      <w:r>
        <w:rPr>
          <w:b/>
          <w:bCs/>
        </w:rPr>
        <w:t xml:space="preserve"> </w:t>
      </w:r>
      <w:r>
        <w:rPr>
          <w:b/>
          <w:bCs/>
          <w:u w:val="single"/>
        </w:rPr>
        <w:t xml:space="preserve">intrinsic</w:t>
      </w:r>
      <w:r>
        <w:rPr>
          <w:b/>
          <w:bCs/>
        </w:rPr>
        <w:t xml:space="preserve"> </w:t>
      </w:r>
      <w:r>
        <w:rPr>
          <w:b/>
          <w:bCs/>
        </w:rPr>
        <w:t xml:space="preserve">to the store as the items on the shelves.</w:t>
      </w:r>
      <w:r>
        <w:br/>
      </w:r>
      <w:r>
        <w:t xml:space="preserve">    (a) the state or degree of being very large</w:t>
      </w:r>
      <w:r>
        <w:br/>
      </w:r>
      <w:r>
        <w:t xml:space="preserve">    (b) meticulousness (care for small details)</w:t>
      </w:r>
      <w:r>
        <w:br/>
      </w:r>
      <w:r>
        <w:t xml:space="preserve">    (c) belonging to a thing by its very nature</w:t>
      </w:r>
    </w:p>
    <w:p>
      <w:pPr>
        <w:pStyle w:val="Compact"/>
        <w:numPr>
          <w:ilvl w:val="0"/>
          <w:numId w:val="1001"/>
        </w:numPr>
      </w:pPr>
      <w:r>
        <w:rPr>
          <w:b/>
          <w:bCs/>
        </w:rPr>
        <w:t xml:space="preserve">Though his hair was gray, there were only a few lines around the corners of his eyes, but they added to, rather than</w:t>
      </w:r>
      <w:r>
        <w:rPr>
          <w:b/>
          <w:bCs/>
        </w:rPr>
        <w:t xml:space="preserve"> </w:t>
      </w:r>
      <w:r>
        <w:rPr>
          <w:b/>
          <w:bCs/>
          <w:u w:val="single"/>
        </w:rPr>
        <w:t xml:space="preserve">detracted</w:t>
      </w:r>
      <w:r>
        <w:rPr>
          <w:b/>
          <w:bCs/>
        </w:rPr>
        <w:t xml:space="preserve"> </w:t>
      </w:r>
      <w:r>
        <w:rPr>
          <w:b/>
          <w:bCs/>
        </w:rPr>
        <w:t xml:space="preserve">from, an overall sense of vitality.</w:t>
      </w:r>
      <w:r>
        <w:br/>
      </w:r>
      <w:r>
        <w:t xml:space="preserve">    (a) concentrated, look at, or paid attention to</w:t>
      </w:r>
      <w:r>
        <w:br/>
      </w:r>
      <w:r>
        <w:t xml:space="preserve">    (b) diminished (reduced the value of something)</w:t>
      </w:r>
      <w:r>
        <w:br/>
      </w:r>
      <w:r>
        <w:t xml:space="preserve">    (c) began speaking with someone about something</w:t>
      </w:r>
    </w:p>
    <w:p>
      <w:pPr>
        <w:pStyle w:val="Compact"/>
        <w:numPr>
          <w:ilvl w:val="0"/>
          <w:numId w:val="1001"/>
        </w:numPr>
      </w:pPr>
      <w:r>
        <w:rPr>
          <w:b/>
          <w:bCs/>
        </w:rPr>
        <w:t xml:space="preserve">No, they hadn't set the world on fire with their</w:t>
      </w:r>
      <w:r>
        <w:rPr>
          <w:b/>
          <w:bCs/>
        </w:rPr>
        <w:t xml:space="preserve"> </w:t>
      </w:r>
      <w:r>
        <w:rPr>
          <w:b/>
          <w:bCs/>
          <w:u w:val="single"/>
        </w:rPr>
        <w:t xml:space="preserve">scintillating</w:t>
      </w:r>
      <w:r>
        <w:rPr>
          <w:b/>
          <w:bCs/>
        </w:rPr>
        <w:t xml:space="preserve"> </w:t>
      </w:r>
      <w:r>
        <w:rPr>
          <w:b/>
          <w:bCs/>
        </w:rPr>
        <w:t xml:space="preserve">conversation, but it was a start, right?</w:t>
      </w:r>
      <w:r>
        <w:br/>
      </w:r>
      <w:r>
        <w:t xml:space="preserve">    (a) making different; or showing difference</w:t>
      </w:r>
      <w:r>
        <w:br/>
      </w:r>
      <w:r>
        <w:t xml:space="preserve">    (b) interacting, interesting, or attracting</w:t>
      </w:r>
      <w:r>
        <w:br/>
      </w:r>
      <w:r>
        <w:t xml:space="preserve">    (c) brilliantly lively, clever, or exciting</w:t>
      </w:r>
    </w:p>
    <w:p>
      <w:pPr>
        <w:pStyle w:val="Compact"/>
        <w:numPr>
          <w:ilvl w:val="0"/>
          <w:numId w:val="1001"/>
        </w:numPr>
      </w:pPr>
      <w:r>
        <w:rPr>
          <w:b/>
          <w:bCs/>
        </w:rPr>
        <w:t xml:space="preserve">It was then, sometimes, that their</w:t>
      </w:r>
      <w:r>
        <w:rPr>
          <w:b/>
          <w:bCs/>
        </w:rPr>
        <w:t xml:space="preserve"> </w:t>
      </w:r>
      <w:r>
        <w:rPr>
          <w:b/>
          <w:bCs/>
          <w:u w:val="single"/>
        </w:rPr>
        <w:t xml:space="preserve">bravado</w:t>
      </w:r>
      <w:r>
        <w:rPr>
          <w:b/>
          <w:bCs/>
        </w:rPr>
        <w:t xml:space="preserve"> </w:t>
      </w:r>
      <w:r>
        <w:rPr>
          <w:b/>
          <w:bCs/>
        </w:rPr>
        <w:t xml:space="preserve">would fail, and he'd catch a glimpse of the terrified woman beneath the angry surface.</w:t>
      </w:r>
      <w:r>
        <w:br/>
      </w:r>
      <w:r>
        <w:t xml:space="preserve">    (a) a bold manner or show of bravery -- often hiding fear or insecurity</w:t>
      </w:r>
      <w:r>
        <w:br/>
      </w:r>
      <w:r>
        <w:t xml:space="preserve">    (b) related to or causing dramatic change; of a supporter of the change</w:t>
      </w:r>
      <w:r>
        <w:br/>
      </w:r>
      <w:r>
        <w:t xml:space="preserve">    (c) a basic building block of matter that makes up protons and neutrons</w:t>
      </w:r>
    </w:p>
    <w:p>
      <w:pPr>
        <w:pStyle w:val="Compact"/>
        <w:numPr>
          <w:ilvl w:val="0"/>
          <w:numId w:val="1001"/>
        </w:numPr>
      </w:pPr>
      <w:r>
        <w:rPr>
          <w:b/>
          <w:bCs/>
        </w:rPr>
        <w:t xml:space="preserve">Alex stayed quiet,</w:t>
      </w:r>
      <w:r>
        <w:rPr>
          <w:b/>
          <w:bCs/>
        </w:rPr>
        <w:t xml:space="preserve"> </w:t>
      </w:r>
      <w:r>
        <w:rPr>
          <w:b/>
          <w:bCs/>
          <w:u w:val="single"/>
        </w:rPr>
        <w:t xml:space="preserve">loath</w:t>
      </w:r>
      <w:r>
        <w:rPr>
          <w:b/>
          <w:bCs/>
        </w:rPr>
        <w:t xml:space="preserve"> </w:t>
      </w:r>
      <w:r>
        <w:rPr>
          <w:b/>
          <w:bCs/>
        </w:rPr>
        <w:t xml:space="preserve">to add pressure.</w:t>
      </w:r>
      <w:r>
        <w:br/>
      </w:r>
      <w:r>
        <w:t xml:space="preserve">    (a) able to accept as true (without proof)</w:t>
      </w:r>
      <w:r>
        <w:br/>
      </w:r>
      <w:r>
        <w:t xml:space="preserve">    (b) reluctant or unwilling to do something</w:t>
      </w:r>
      <w:r>
        <w:br/>
      </w:r>
      <w:r>
        <w:t xml:space="preserve">    (c) able to be protected or kept unchanged</w:t>
      </w:r>
    </w:p>
    <w:p>
      <w:pPr>
        <w:pStyle w:val="Compact"/>
        <w:numPr>
          <w:ilvl w:val="0"/>
          <w:numId w:val="1001"/>
        </w:numPr>
      </w:pPr>
      <w:r>
        <w:rPr>
          <w:b/>
          <w:bCs/>
        </w:rPr>
        <w:t xml:space="preserve">As he talked, Katie noticed that he didn't seem to either</w:t>
      </w:r>
      <w:r>
        <w:rPr>
          <w:b/>
          <w:bCs/>
        </w:rPr>
        <w:t xml:space="preserve"> </w:t>
      </w:r>
      <w:r>
        <w:rPr>
          <w:b/>
          <w:bCs/>
          <w:u w:val="single"/>
        </w:rPr>
        <w:t xml:space="preserve">embellish</w:t>
      </w:r>
      <w:r>
        <w:rPr>
          <w:b/>
          <w:bCs/>
        </w:rPr>
        <w:t xml:space="preserve"> </w:t>
      </w:r>
      <w:r>
        <w:rPr>
          <w:b/>
          <w:bCs/>
        </w:rPr>
        <w:t xml:space="preserve">or downplay his past, nor did he appear to be overly preoccupied with what others thought of him.</w:t>
      </w:r>
      <w:r>
        <w:br/>
      </w:r>
      <w:r>
        <w:t xml:space="preserve">    (a) a large structure separate from a main structure or temporary</w:t>
      </w:r>
      <w:r>
        <w:br/>
      </w:r>
      <w:r>
        <w:t xml:space="preserve">    (b) make something more attractive or interesting by adding to it</w:t>
      </w:r>
      <w:r>
        <w:br/>
      </w:r>
      <w:r>
        <w:t xml:space="preserve">    (c) a small group of people who plot in secret and exercise power</w:t>
      </w:r>
    </w:p>
    <w:p>
      <w:pPr>
        <w:pStyle w:val="Compact"/>
        <w:numPr>
          <w:ilvl w:val="0"/>
          <w:numId w:val="1001"/>
        </w:numPr>
      </w:pPr>
      <w:r>
        <w:rPr>
          <w:b/>
          <w:bCs/>
        </w:rPr>
        <w:t xml:space="preserve">He was different, she thought, from the men she'd met in her past, different from anyone she'd met before, and as the conversation rambled on, any</w:t>
      </w:r>
      <w:r>
        <w:rPr>
          <w:b/>
          <w:bCs/>
        </w:rPr>
        <w:t xml:space="preserve"> </w:t>
      </w:r>
      <w:r>
        <w:rPr>
          <w:b/>
          <w:bCs/>
          <w:u w:val="single"/>
        </w:rPr>
        <w:t xml:space="preserve">vestiges</w:t>
      </w:r>
      <w:r>
        <w:rPr>
          <w:b/>
          <w:bCs/>
        </w:rPr>
        <w:t xml:space="preserve"> </w:t>
      </w:r>
      <w:r>
        <w:rPr>
          <w:b/>
          <w:bCs/>
        </w:rPr>
        <w:t xml:space="preserve">of the nervousness she'd once felt began to slip away.</w:t>
      </w:r>
      <w:r>
        <w:br/>
      </w:r>
      <w:r>
        <w:t xml:space="preserve">    (a) relative amounts</w:t>
      </w:r>
      <w:r>
        <w:br/>
      </w:r>
      <w:r>
        <w:t xml:space="preserve">    (b) acts of betrayal</w:t>
      </w:r>
      <w:r>
        <w:br/>
      </w:r>
      <w:r>
        <w:t xml:space="preserve">    (c) remaining traces</w:t>
      </w:r>
    </w:p>
    <w:p>
      <w:pPr>
        <w:pStyle w:val="Compact"/>
        <w:numPr>
          <w:ilvl w:val="0"/>
          <w:numId w:val="1001"/>
        </w:numPr>
      </w:pPr>
      <w:r>
        <w:rPr>
          <w:b/>
          <w:bCs/>
        </w:rPr>
        <w:t xml:space="preserve">The food was delicious, a welcome change from her recent</w:t>
      </w:r>
      <w:r>
        <w:rPr>
          <w:b/>
          <w:bCs/>
        </w:rPr>
        <w:t xml:space="preserve"> </w:t>
      </w:r>
      <w:r>
        <w:rPr>
          <w:b/>
          <w:bCs/>
          <w:u w:val="single"/>
        </w:rPr>
        <w:t xml:space="preserve">austere</w:t>
      </w:r>
      <w:r>
        <w:rPr>
          <w:b/>
          <w:bCs/>
        </w:rPr>
        <w:t xml:space="preserve"> </w:t>
      </w:r>
      <w:r>
        <w:rPr>
          <w:b/>
          <w:bCs/>
        </w:rPr>
        <w:t xml:space="preserve">diet.</w:t>
      </w:r>
      <w:r>
        <w:br/>
      </w:r>
      <w:r>
        <w:t xml:space="preserve">    (a) rude or unfriendly because of using too few words or moving too quickly</w:t>
      </w:r>
      <w:r>
        <w:br/>
      </w:r>
      <w:r>
        <w:t xml:space="preserve">    (b) relating to classical music plays in which most of the dialogue is sung</w:t>
      </w:r>
      <w:r>
        <w:br/>
      </w:r>
      <w:r>
        <w:t xml:space="preserve">    (c) a notable absence of luxury, comfort, or decoration; or stern in manner</w:t>
      </w:r>
    </w:p>
    <w:p>
      <w:pPr>
        <w:pStyle w:val="Compact"/>
        <w:numPr>
          <w:ilvl w:val="0"/>
          <w:numId w:val="1001"/>
        </w:numPr>
      </w:pPr>
      <w:r>
        <w:rPr>
          <w:b/>
          <w:bCs/>
        </w:rPr>
        <w:t xml:space="preserve">But as hard as she'd tried to remain</w:t>
      </w:r>
      <w:r>
        <w:rPr>
          <w:b/>
          <w:bCs/>
        </w:rPr>
        <w:t xml:space="preserve"> </w:t>
      </w:r>
      <w:r>
        <w:rPr>
          <w:b/>
          <w:bCs/>
          <w:u w:val="single"/>
        </w:rPr>
        <w:t xml:space="preserve">aloof</w:t>
      </w:r>
      <w:r>
        <w:rPr>
          <w:b/>
          <w:bCs/>
        </w:rPr>
        <w:t xml:space="preserve">, it seemed that every time she saw Alex, something happened to draw them together.</w:t>
      </w:r>
      <w:r>
        <w:br/>
      </w:r>
      <w:r>
        <w:t xml:space="preserve">    (a) socially distant or uninterested</w:t>
      </w:r>
      <w:r>
        <w:br/>
      </w:r>
      <w:r>
        <w:t xml:space="preserve">    (b) indicating approval or agreement</w:t>
      </w:r>
      <w:r>
        <w:br/>
      </w:r>
      <w:r>
        <w:t xml:space="preserve">    (c) not clear or easily identifiable</w:t>
      </w:r>
    </w:p>
    <w:p>
      <w:pPr>
        <w:pStyle w:val="Compact"/>
        <w:numPr>
          <w:ilvl w:val="0"/>
          <w:numId w:val="1001"/>
        </w:numPr>
      </w:pPr>
      <w:r>
        <w:rPr>
          <w:b/>
          <w:bCs/>
        </w:rPr>
        <w:t xml:space="preserve">Katie took a sip, feeling</w:t>
      </w:r>
      <w:r>
        <w:rPr>
          <w:b/>
          <w:bCs/>
        </w:rPr>
        <w:t xml:space="preserve"> </w:t>
      </w:r>
      <w:r>
        <w:rPr>
          <w:b/>
          <w:bCs/>
          <w:u w:val="single"/>
        </w:rPr>
        <w:t xml:space="preserve">inordinately</w:t>
      </w:r>
      <w:r>
        <w:rPr>
          <w:b/>
          <w:bCs/>
        </w:rPr>
        <w:t xml:space="preserve"> </w:t>
      </w:r>
      <w:r>
        <w:rPr>
          <w:b/>
          <w:bCs/>
        </w:rPr>
        <w:t xml:space="preserve">pleased about everything: how she looked and felt, the taste of the wine, the lingering scent of the raspberry sauce, the way Alex kept eyeing her while trying not to be obvious about it.</w:t>
      </w:r>
      <w:r>
        <w:br/>
      </w:r>
      <w:r>
        <w:t xml:space="preserve">    (a) in a manner where a clear decision is not made</w:t>
      </w:r>
      <w:r>
        <w:br/>
      </w:r>
      <w:r>
        <w:t xml:space="preserve">    (b) excessive or more than is reasonable or normal</w:t>
      </w:r>
      <w:r>
        <w:br/>
      </w:r>
      <w:r>
        <w:t xml:space="preserve">    (c) in a manner that is exceedingly odd or unusual</w:t>
      </w:r>
    </w:p>
    <w:p>
      <w:pPr>
        <w:pStyle w:val="Compact"/>
        <w:numPr>
          <w:ilvl w:val="0"/>
          <w:numId w:val="1001"/>
        </w:numPr>
      </w:pPr>
      <w:r>
        <w:rPr>
          <w:b/>
          <w:bCs/>
        </w:rPr>
        <w:t xml:space="preserve">But one night, during a brief</w:t>
      </w:r>
      <w:r>
        <w:rPr>
          <w:b/>
          <w:bCs/>
        </w:rPr>
        <w:t xml:space="preserve"> </w:t>
      </w:r>
      <w:r>
        <w:rPr>
          <w:b/>
          <w:bCs/>
          <w:u w:val="single"/>
        </w:rPr>
        <w:t xml:space="preserve">lucid</w:t>
      </w:r>
      <w:r>
        <w:rPr>
          <w:b/>
          <w:bCs/>
        </w:rPr>
        <w:t xml:space="preserve"> </w:t>
      </w:r>
      <w:r>
        <w:rPr>
          <w:b/>
          <w:bCs/>
        </w:rPr>
        <w:t xml:space="preserve">period in the hour just before dawn, she'd reached for him.</w:t>
      </w:r>
      <w:r>
        <w:br/>
      </w:r>
      <w:r>
        <w:t xml:space="preserve">    (a) cheerful and optimistic; or a tendency to maintain or quickly recover cheerfulness and optimism after setbacks</w:t>
      </w:r>
      <w:r>
        <w:br/>
      </w:r>
      <w:r>
        <w:t xml:space="preserve">    (b) able to be portrayed or created in a particular way  OR  able to be interpreted, translated, or extracted from</w:t>
      </w:r>
      <w:r>
        <w:br/>
      </w:r>
      <w:r>
        <w:t xml:space="preserve">    (c) of a person:  capable of thinking clearly</w:t>
      </w:r>
      <w:r>
        <w:br/>
      </w:r>
      <w:r>
        <w:br/>
      </w:r>
      <w:r>
        <w:t xml:space="preserve">or:</w:t>
      </w:r>
      <w:r>
        <w:br/>
      </w:r>
      <w:r>
        <w:br/>
      </w:r>
      <w:r>
        <w:t xml:space="preserve">of language:  clearly expressed so it is easily understood</w:t>
      </w:r>
    </w:p>
    <w:p>
      <w:pPr>
        <w:pStyle w:val="Compact"/>
        <w:numPr>
          <w:ilvl w:val="0"/>
          <w:numId w:val="1001"/>
        </w:numPr>
      </w:pPr>
      <w:r>
        <w:rPr>
          <w:b/>
          <w:bCs/>
        </w:rPr>
        <w:t xml:space="preserve">He liked his over medium, with the yolk intact, and she'd grown</w:t>
      </w:r>
      <w:r>
        <w:rPr>
          <w:b/>
          <w:bCs/>
        </w:rPr>
        <w:t xml:space="preserve"> </w:t>
      </w:r>
      <w:r>
        <w:rPr>
          <w:b/>
          <w:bCs/>
          <w:u w:val="single"/>
        </w:rPr>
        <w:t xml:space="preserve">adept</w:t>
      </w:r>
      <w:r>
        <w:rPr>
          <w:b/>
          <w:bCs/>
        </w:rPr>
        <w:t xml:space="preserve"> </w:t>
      </w:r>
      <w:r>
        <w:rPr>
          <w:b/>
          <w:bCs/>
        </w:rPr>
        <w:t xml:space="preserve">at the process.</w:t>
      </w:r>
      <w:r>
        <w:br/>
      </w:r>
      <w:r>
        <w:t xml:space="preserve">    (a) absolute</w:t>
      </w:r>
      <w:r>
        <w:br/>
      </w:r>
      <w:r>
        <w:t xml:space="preserve">    (b) skillful</w:t>
      </w:r>
      <w:r>
        <w:br/>
      </w:r>
      <w:r>
        <w:t xml:space="preserve">    (c) pleasing</w:t>
      </w:r>
    </w:p>
    <w:p>
      <w:pPr>
        <w:pStyle w:val="Compact"/>
        <w:numPr>
          <w:ilvl w:val="0"/>
          <w:numId w:val="1001"/>
        </w:numPr>
      </w:pPr>
      <w:r>
        <w:rPr>
          <w:b/>
          <w:bCs/>
        </w:rPr>
        <w:t xml:space="preserve">She knew she'd surprised him, could feel him</w:t>
      </w:r>
      <w:r>
        <w:rPr>
          <w:b/>
          <w:bCs/>
        </w:rPr>
        <w:t xml:space="preserve"> </w:t>
      </w:r>
      <w:r>
        <w:rPr>
          <w:b/>
          <w:bCs/>
          <w:u w:val="single"/>
        </w:rPr>
        <w:t xml:space="preserve">vacillating</w:t>
      </w:r>
      <w:r>
        <w:rPr>
          <w:b/>
          <w:bCs/>
        </w:rPr>
        <w:t xml:space="preserve"> </w:t>
      </w:r>
      <w:r>
        <w:rPr>
          <w:b/>
          <w:bCs/>
        </w:rPr>
        <w:t xml:space="preserve">between anger and confusion.</w:t>
      </w:r>
      <w:r>
        <w:br/>
      </w:r>
      <w:r>
        <w:t xml:space="preserve">    (a) trying to obtain a result through gentle and careful effort -- often gently persuading</w:t>
      </w:r>
      <w:r>
        <w:br/>
      </w:r>
      <w:r>
        <w:t xml:space="preserve">    (b) strongly criticizing or accusing publicly  OR  (more rarely) informing against someone</w:t>
      </w:r>
      <w:r>
        <w:br/>
      </w:r>
      <w:r>
        <w:t xml:space="preserve">    (c) changing one's mind back and forth between conflicting ideas  OR  swaying back and forth</w:t>
      </w:r>
    </w:p>
    <w:p>
      <w:pPr>
        <w:pStyle w:val="Compact"/>
        <w:numPr>
          <w:ilvl w:val="0"/>
          <w:numId w:val="1001"/>
        </w:numPr>
      </w:pPr>
      <w:r>
        <w:rPr>
          <w:b/>
          <w:bCs/>
        </w:rPr>
        <w:t xml:space="preserve">She cleaned the bathroom</w:t>
      </w:r>
      <w:r>
        <w:rPr>
          <w:b/>
          <w:bCs/>
        </w:rPr>
        <w:t xml:space="preserve"> </w:t>
      </w:r>
      <w:r>
        <w:rPr>
          <w:b/>
          <w:bCs/>
          <w:u w:val="single"/>
        </w:rPr>
        <w:t xml:space="preserve">scrupulously</w:t>
      </w:r>
      <w:r>
        <w:rPr>
          <w:b/>
          <w:bCs/>
        </w:rPr>
        <w:t xml:space="preserve">, making sure no hair remained in the shower or on the floor.</w:t>
      </w:r>
      <w:r>
        <w:br/>
      </w:r>
      <w:r>
        <w:t xml:space="preserve">    (a) in a manner that deserves praise</w:t>
      </w:r>
      <w:r>
        <w:br/>
      </w:r>
      <w:r>
        <w:t xml:space="preserve">    (b) ethically; or carefully diligent</w:t>
      </w:r>
      <w:r>
        <w:br/>
      </w:r>
      <w:r>
        <w:t xml:space="preserve">    (c) in a manner that does not change</w:t>
      </w:r>
    </w:p>
    <w:p>
      <w:pPr>
        <w:pStyle w:val="Compact"/>
        <w:numPr>
          <w:ilvl w:val="0"/>
          <w:numId w:val="1001"/>
        </w:numPr>
      </w:pPr>
      <w:r>
        <w:rPr>
          <w:b/>
          <w:bCs/>
        </w:rPr>
        <w:t xml:space="preserve">Well, since my own love life is in the dumps, I have to live</w:t>
      </w:r>
      <w:r>
        <w:rPr>
          <w:b/>
          <w:bCs/>
        </w:rPr>
        <w:t xml:space="preserve"> </w:t>
      </w:r>
      <w:r>
        <w:rPr>
          <w:b/>
          <w:bCs/>
          <w:u w:val="single"/>
        </w:rPr>
        <w:t xml:space="preserve">vicariously</w:t>
      </w:r>
      <w:r>
        <w:rPr>
          <w:b/>
          <w:bCs/>
        </w:rPr>
        <w:t xml:space="preserve"> </w:t>
      </w:r>
      <w:r>
        <w:rPr>
          <w:b/>
          <w:bCs/>
        </w:rPr>
        <w:t xml:space="preserve">through you.</w:t>
      </w:r>
      <w:r>
        <w:br/>
      </w:r>
      <w:r>
        <w:t xml:space="preserve">    (a) in an excessively unhappy and unsociable manner</w:t>
      </w:r>
      <w:r>
        <w:br/>
      </w:r>
      <w:r>
        <w:t xml:space="preserve">    (b) experienced secondhand (through another person)</w:t>
      </w:r>
      <w:r>
        <w:br/>
      </w:r>
      <w:r>
        <w:t xml:space="preserve">    (c) in a manner that is not attractive or desirable</w:t>
      </w:r>
    </w:p>
    <w:p>
      <w:pPr>
        <w:pStyle w:val="Compact"/>
        <w:numPr>
          <w:ilvl w:val="0"/>
          <w:numId w:val="1001"/>
        </w:numPr>
      </w:pPr>
      <w:r>
        <w:rPr>
          <w:b/>
          <w:bCs/>
        </w:rPr>
        <w:t xml:space="preserve">That's very</w:t>
      </w:r>
      <w:r>
        <w:rPr>
          <w:b/>
          <w:bCs/>
        </w:rPr>
        <w:t xml:space="preserve"> </w:t>
      </w:r>
      <w:r>
        <w:rPr>
          <w:b/>
          <w:bCs/>
          <w:u w:val="single"/>
        </w:rPr>
        <w:t xml:space="preserve">conscientious</w:t>
      </w:r>
      <w:r>
        <w:rPr>
          <w:b/>
          <w:bCs/>
        </w:rPr>
        <w:t xml:space="preserve"> </w:t>
      </w:r>
      <w:r>
        <w:rPr>
          <w:b/>
          <w:bCs/>
        </w:rPr>
        <w:t xml:space="preserve">of you.</w:t>
      </w:r>
      <w:r>
        <w:br/>
      </w:r>
      <w:r>
        <w:t xml:space="preserve">    (a) orbiting Earth once per day</w:t>
      </w:r>
      <w:r>
        <w:br/>
      </w:r>
      <w:r>
        <w:t xml:space="preserve">    (b) not attractive or desirable</w:t>
      </w:r>
      <w:r>
        <w:br/>
      </w:r>
      <w:r>
        <w:t xml:space="preserve">    (c) careful to do what is right</w:t>
      </w:r>
    </w:p>
    <w:p>
      <w:pPr>
        <w:pStyle w:val="Compact"/>
        <w:numPr>
          <w:ilvl w:val="0"/>
          <w:numId w:val="1001"/>
        </w:numPr>
      </w:pPr>
      <w:r>
        <w:rPr>
          <w:b/>
          <w:bCs/>
        </w:rPr>
        <w:t xml:space="preserve">It was a sleepy little town, and she</w:t>
      </w:r>
      <w:r>
        <w:rPr>
          <w:b/>
          <w:bCs/>
        </w:rPr>
        <w:t xml:space="preserve"> </w:t>
      </w:r>
      <w:r>
        <w:rPr>
          <w:b/>
          <w:bCs/>
          <w:u w:val="single"/>
        </w:rPr>
        <w:t xml:space="preserve">surmised</w:t>
      </w:r>
      <w:r>
        <w:rPr>
          <w:b/>
          <w:bCs/>
        </w:rPr>
        <w:t xml:space="preserve"> </w:t>
      </w:r>
      <w:r>
        <w:rPr>
          <w:b/>
          <w:bCs/>
        </w:rPr>
        <w:t xml:space="preserve">that an event like this was probably the highlight of the year.</w:t>
      </w:r>
      <w:r>
        <w:br/>
      </w:r>
      <w:r>
        <w:t xml:space="preserve">    (a) not justified or explained as an understandable reaction to another action</w:t>
      </w:r>
      <w:r>
        <w:br/>
      </w:r>
      <w:r>
        <w:t xml:space="preserve">    (b) to guess something is true or form an opinion based on incomplete evidence</w:t>
      </w:r>
      <w:r>
        <w:br/>
      </w:r>
      <w:r>
        <w:t xml:space="preserve">    (c) (verb) drew pictures to accompany  OR  (adjective) accompanied by pictures</w:t>
      </w:r>
    </w:p>
    <w:p>
      <w:pPr>
        <w:pStyle w:val="Compact"/>
        <w:numPr>
          <w:ilvl w:val="0"/>
          <w:numId w:val="1001"/>
        </w:numPr>
      </w:pPr>
      <w:r>
        <w:rPr>
          <w:b/>
          <w:bCs/>
        </w:rPr>
        <w:t xml:space="preserve">His finger moved to the trigger and he slipped the safety off because the Bible says Let marriage be held in honor among all, and let the bed be</w:t>
      </w:r>
      <w:r>
        <w:rPr>
          <w:b/>
          <w:bCs/>
        </w:rPr>
        <w:t xml:space="preserve"> </w:t>
      </w:r>
      <w:r>
        <w:rPr>
          <w:b/>
          <w:bCs/>
          <w:u w:val="single"/>
        </w:rPr>
        <w:t xml:space="preserve">undefiled</w:t>
      </w:r>
      <w:r>
        <w:rPr>
          <w:b/>
          <w:bCs/>
        </w:rPr>
        <w:t xml:space="preserve">, but he realized that it meant he had to kill the gray-haired man as well.</w:t>
      </w:r>
      <w:r>
        <w:br/>
      </w:r>
      <w:r>
        <w:t xml:space="preserve">    (a) unspoiled (beautiful or pure)</w:t>
      </w:r>
      <w:r>
        <w:br/>
      </w:r>
      <w:r>
        <w:t xml:space="preserve">    (b) with rises and falls in pitch</w:t>
      </w:r>
      <w:r>
        <w:br/>
      </w:r>
      <w:r>
        <w:t xml:space="preserve">    (c) embarrassed or self-conscious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2026-07-31T18:36:51Z</dcterms:created>
  <dcterms:modified xsi:type="dcterms:W3CDTF">2026-07-31T18:36:51Z</dcterms:modified>
</cp:coreProperties>
</file>

<file path=docProps/custom.xml><?xml version="1.0" encoding="utf-8"?>
<Properties xmlns="http://schemas.openxmlformats.org/officeDocument/2006/custom-properties" xmlns:vt="http://schemas.openxmlformats.org/officeDocument/2006/docPropsVTypes"/>
</file>