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6d391cc615f850df3c02a6db25ea78587aa11e"/>
    <w:p>
      <w:pPr>
        <w:pStyle w:val="Heading1"/>
      </w:pPr>
      <w:r>
        <w:rPr>
          <w:b/>
          <w:bCs/>
        </w:rPr>
        <w:t xml:space="preserve">Rosencrantz and Guildenstern Are Dead</w:t>
      </w:r>
      <w:r>
        <w:br/>
      </w:r>
      <w:r>
        <w:rPr>
          <w:i/>
          <w:iCs/>
        </w:rPr>
        <w:t xml:space="preserve">Tom Stoppard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surprised by</w:t>
      </w:r>
      <w:r>
        <w:br/>
      </w:r>
      <w:r>
        <w:t xml:space="preserve">    (b) worried about</w:t>
      </w:r>
      <w:r>
        <w:br/>
      </w:r>
      <w:r>
        <w:t xml:space="preserve">    (c) made to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 </w:t>
      </w:r>
      <w:r>
        <w:rPr>
          <w:b/>
          <w:bCs/>
        </w:rPr>
        <w:t xml:space="preserve">is much more common in the movies than it is in life.</w:t>
      </w:r>
      <w:r>
        <w:br/>
      </w:r>
      <w:r>
        <w:t xml:space="preserve">    (a) love at first sight</w:t>
      </w:r>
      <w:r>
        <w:br/>
      </w:r>
      <w:r>
        <w:t xml:space="preserve">    (b) a minor gunshot wound</w:t>
      </w:r>
      <w:r>
        <w:br/>
      </w:r>
      <w:r>
        <w:t xml:space="preserve">    (c) loss of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solitude</w:t>
      </w:r>
      <w:r>
        <w:br/>
      </w:r>
      <w:r>
        <w:t xml:space="preserve">    (b) extreme depression</w:t>
      </w:r>
      <w:r>
        <w:br/>
      </w:r>
      <w:r>
        <w:t xml:space="preserve">    (c) extreme distress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rules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, changing from one day to the next without clear explanation.</w:t>
      </w:r>
      <w:r>
        <w:br/>
      </w:r>
      <w:r>
        <w:t xml:space="preserve">    (a) cruel</w:t>
      </w:r>
      <w:r>
        <w:br/>
      </w:r>
      <w:r>
        <w:t xml:space="preserve">    (b) impulsive</w:t>
      </w:r>
      <w:r>
        <w:br/>
      </w:r>
      <w:r>
        <w:t xml:space="preserve">    (c) 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credulous</w:t>
      </w:r>
      <w:r>
        <w:rPr>
          <w:b/>
          <w:bCs/>
        </w:rPr>
        <w:t xml:space="preserve"> </w:t>
      </w:r>
      <w:r>
        <w:rPr>
          <w:b/>
          <w:bCs/>
        </w:rPr>
        <w:t xml:space="preserve">she believes everything she reads.</w:t>
      </w:r>
      <w:r>
        <w:br/>
      </w:r>
      <w:r>
        <w:t xml:space="preserve">    (a) easily fooled</w:t>
      </w:r>
      <w:r>
        <w:br/>
      </w:r>
      <w:r>
        <w:t xml:space="preserve">    (b) very skeptical</w:t>
      </w:r>
      <w:r>
        <w:br/>
      </w:r>
      <w:r>
        <w:t xml:space="preserve">    (c) deeply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dotes</w:t>
      </w:r>
      <w:r>
        <w:rPr>
          <w:b/>
          <w:bCs/>
        </w:rPr>
        <w:t xml:space="preserve"> </w:t>
      </w:r>
      <w:r>
        <w:rPr>
          <w:b/>
          <w:bCs/>
        </w:rPr>
        <w:t xml:space="preserve">upon her children.</w:t>
      </w:r>
      <w:r>
        <w:br/>
      </w:r>
      <w:r>
        <w:t xml:space="preserve">    (a) worries</w:t>
      </w:r>
      <w:r>
        <w:br/>
      </w:r>
      <w:r>
        <w:t xml:space="preserve">    (b) adores</w:t>
      </w:r>
      <w:r>
        <w:br/>
      </w:r>
      <w:r>
        <w:t xml:space="preserve">    (c) criticizes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second paragraph, the narrator's focus shifts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factors</w:t>
      </w:r>
      <w:r>
        <w:rPr>
          <w:b/>
          <w:bCs/>
        </w:rPr>
        <w:t xml:space="preserve"> </w:t>
      </w:r>
      <w:r>
        <w:rPr>
          <w:b/>
          <w:bCs/>
        </w:rPr>
        <w:t xml:space="preserve">making her unhappy to identification of possible solutions to her unhappiness.</w:t>
      </w:r>
      <w:r>
        <w:br/>
      </w:r>
      <w:r>
        <w:t xml:space="preserve">    (a) examples of illnesses</w:t>
      </w:r>
      <w:r>
        <w:br/>
      </w:r>
      <w:r>
        <w:t xml:space="preserve">    (b) things (that influence an outcome)</w:t>
      </w:r>
      <w:r>
        <w:br/>
      </w:r>
      <w:r>
        <w:t xml:space="preserve">    (c) things that are unfair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very fitting for the situation</w:t>
      </w:r>
      <w:r>
        <w:br/>
      </w:r>
      <w:r>
        <w:t xml:space="preserve">    (b) when what happens is very different than what might be expected</w:t>
      </w:r>
      <w:r>
        <w:br/>
      </w:r>
      <w:r>
        <w:t xml:space="preserve">    (c) when what happens is exactly what usually happens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dripping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as she said, "You look beautiful."</w:t>
      </w:r>
      <w:r>
        <w:br/>
      </w:r>
      <w:r>
        <w:t xml:space="preserve">    (a) kindness</w:t>
      </w:r>
      <w:r>
        <w:br/>
      </w:r>
      <w:r>
        <w:t xml:space="preserve">    (b) sincerity</w:t>
      </w:r>
      <w:r>
        <w:br/>
      </w:r>
      <w:r>
        <w:t xml:space="preserve">    (c) sarcasm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feel like singing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also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left instructions for us, but they are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we can't agree on what they are.</w:t>
      </w:r>
      <w:r>
        <w:br/>
      </w:r>
      <w:r>
        <w:t xml:space="preserve">    (a) controversial</w:t>
      </w:r>
      <w:r>
        <w:br/>
      </w:r>
      <w:r>
        <w:t xml:space="preserve">    (b) not clearly expressed or understood</w:t>
      </w:r>
      <w:r>
        <w:br/>
      </w:r>
      <w:r>
        <w:t xml:space="preserve">    (c) unrelated to the subject at hand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of interest</w:t>
      </w:r>
      <w:r>
        <w:br/>
      </w:r>
      <w:r>
        <w:t xml:space="preserve">    (b) thing that is hidden</w:t>
      </w:r>
      <w:r>
        <w:br/>
      </w:r>
      <w:r>
        <w:t xml:space="preserve">    (c) thing that is growing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theory was neat,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and wrong.</w:t>
      </w:r>
      <w:r>
        <w:br/>
      </w:r>
      <w:r>
        <w:t xml:space="preserve">    (a) praiseworthy</w:t>
      </w:r>
      <w:r>
        <w:br/>
      </w:r>
      <w:r>
        <w:t xml:space="preserve">    (b) reasonable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Successful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pragmatists</w:t>
      </w:r>
      <w:r>
        <w:rPr>
          <w:b/>
          <w:bCs/>
        </w:rPr>
        <w:t xml:space="preserve">. Compromise is built into the system.</w:t>
      </w:r>
      <w:r>
        <w:br/>
      </w:r>
      <w:r>
        <w:t xml:space="preserve">    (a) personable</w:t>
      </w:r>
      <w:r>
        <w:br/>
      </w:r>
      <w:r>
        <w:t xml:space="preserve">    (b) practical</w:t>
      </w:r>
      <w:r>
        <w:br/>
      </w:r>
      <w:r>
        <w:t xml:space="preserve">    (c) busy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precedent</w:t>
      </w:r>
      <w:r>
        <w:rPr>
          <w:b/>
          <w:bCs/>
        </w:rPr>
        <w:t xml:space="preserve"> </w:t>
      </w:r>
      <w:r>
        <w:rPr>
          <w:b/>
          <w:bCs/>
        </w:rPr>
        <w:t xml:space="preserve">set by the Supreme Court should be followed by all lower courts.</w:t>
      </w:r>
      <w:r>
        <w:br/>
      </w:r>
      <w:r>
        <w:t xml:space="preserve">    (a) a decision made at a prior time</w:t>
      </w:r>
      <w:r>
        <w:br/>
      </w:r>
      <w:r>
        <w:t xml:space="preserve">    (b) an exception to a general rule</w:t>
      </w:r>
      <w:r>
        <w:br/>
      </w:r>
      <w:r>
        <w:t xml:space="preserve">    (c) a law passed by the legislature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Students analyzed the senator's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rhetoric</w:t>
      </w:r>
      <w:r>
        <w:rPr>
          <w:b/>
          <w:bCs/>
        </w:rPr>
        <w:t xml:space="preserve"> </w:t>
      </w:r>
      <w:r>
        <w:rPr>
          <w:b/>
          <w:bCs/>
        </w:rPr>
        <w:t xml:space="preserve">before writing their essays.</w:t>
      </w:r>
      <w:r>
        <w:br/>
      </w:r>
      <w:r>
        <w:t xml:space="preserve">    (a) persuasive language</w:t>
      </w:r>
      <w:r>
        <w:br/>
      </w:r>
      <w:r>
        <w:t xml:space="preserve">    (b) family history</w:t>
      </w:r>
      <w:r>
        <w:br/>
      </w:r>
      <w:r>
        <w:t xml:space="preserve">    (c) voting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rear of the room.</w:t>
      </w:r>
      <w:r>
        <w:br/>
      </w:r>
      <w:r>
        <w:t xml:space="preserve">    (a) without drawing attention</w:t>
      </w:r>
      <w:r>
        <w:br/>
      </w:r>
      <w:r>
        <w:t xml:space="preserve">    (b) while shouting loudly</w:t>
      </w:r>
      <w:r>
        <w:br/>
      </w:r>
      <w:r>
        <w:t xml:space="preserve">    (c) while crying softly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evolutionary benefit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is supported by studies showing that a person's desire for revenge increases when others see their mistreatment.</w:t>
      </w:r>
      <w:r>
        <w:br/>
      </w:r>
      <w:r>
        <w:t xml:space="preserve">    (a) fairness</w:t>
      </w:r>
      <w:r>
        <w:br/>
      </w:r>
      <w:r>
        <w:t xml:space="preserve">    (b) revenge</w:t>
      </w:r>
      <w:r>
        <w:br/>
      </w:r>
      <w:r>
        <w:t xml:space="preserve">    (c)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threw herself into 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with intensity</w:t>
      </w:r>
      <w:r>
        <w:br/>
      </w:r>
      <w:r>
        <w:t xml:space="preserve">    (b) with reluctance</w:t>
      </w:r>
      <w:r>
        <w:br/>
      </w:r>
      <w:r>
        <w:t xml:space="preserve">    (c) with careful thought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2026-07-31T18:07:36Z</dcterms:created>
  <dcterms:modified xsi:type="dcterms:W3CDTF">2026-07-31T18:07:36Z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