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5e9a098822c508619cba9f61275e7ebf4f51ee"/>
    <w:p>
      <w:pPr>
        <w:pStyle w:val="Heading1"/>
      </w:pPr>
      <w:r>
        <w:rPr>
          <w:b/>
          <w:bCs/>
        </w:rPr>
        <w:t xml:space="preserve">Rosencrantz and Guildenstern Are Dead</w:t>
      </w:r>
      <w:r>
        <w:br/>
      </w:r>
      <w:r>
        <w:rPr>
          <w:i/>
          <w:iCs/>
        </w:rPr>
        <w:t xml:space="preserve">Tom Stoppard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Two, probability is not operating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</w:t>
      </w:r>
      <w:r>
        <w:rPr>
          <w:b/>
          <w:bCs/>
        </w:rPr>
        <w:t xml:space="preserve">.</w:t>
      </w:r>
      <w:r>
        <w:br/>
      </w:r>
      <w:r>
        <w:t xml:space="preserve">    (a) something that is made or manufactured</w:t>
      </w:r>
      <w:r>
        <w:br/>
      </w:r>
      <w:r>
        <w:t xml:space="preserve">    (b) thing that affects a result or outcome</w:t>
      </w:r>
      <w:r>
        <w:br/>
      </w:r>
      <w:r>
        <w:t xml:space="preserve">    (c) job, reservation, booking, or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GUIL: The scientific approach to the examination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phenomena</w:t>
      </w:r>
      <w:r>
        <w:rPr>
          <w:b/>
          <w:bCs/>
        </w:rPr>
        <w:t xml:space="preserve"> </w:t>
      </w:r>
      <w:r>
        <w:rPr>
          <w:b/>
          <w:bCs/>
        </w:rPr>
        <w:t xml:space="preserve">is a defence against the pure emotion of fear.</w:t>
      </w:r>
      <w:r>
        <w:br/>
      </w:r>
      <w:r>
        <w:t xml:space="preserve">    (a) computer code modules each of which perform a specific task</w:t>
      </w:r>
      <w:r>
        <w:br/>
      </w:r>
      <w:r>
        <w:t xml:space="preserve">    (b) things that exists or happened -- often of special interest</w:t>
      </w:r>
      <w:r>
        <w:br/>
      </w:r>
      <w:r>
        <w:t xml:space="preserve">    (c) stock markets during times of generally rising stock values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GUIL: You and I, Alfred-we could create a dramatic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precedent</w:t>
      </w:r>
      <w:r>
        <w:rPr>
          <w:b/>
          <w:bCs/>
        </w:rPr>
        <w:t xml:space="preserve"> </w:t>
      </w:r>
      <w:r>
        <w:rPr>
          <w:b/>
          <w:bCs/>
        </w:rPr>
        <w:t xml:space="preserve">here.</w:t>
      </w:r>
      <w:r>
        <w:br/>
      </w:r>
      <w:r>
        <w:t xml:space="preserve">    (a) related to a mental illness most commonly associated with undeveloped social abilities, language, and other communication skills</w:t>
      </w:r>
      <w:r>
        <w:br/>
      </w:r>
      <w:r>
        <w:t xml:space="preserve">    (b) related to accepting someone's membership though a special procedure such as a ceremony and/or period of instruction and/or test</w:t>
      </w:r>
      <w:r>
        <w:br/>
      </w:r>
      <w:r>
        <w:t xml:space="preserve">    (c) an example from a prior time -- typically used to justify similar occurrences at a later time (especially a judicial decision)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GUIL: He's always talking about us-there aren't two people living whom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dotes</w:t>
      </w:r>
      <w:r>
        <w:rPr>
          <w:b/>
          <w:bCs/>
        </w:rPr>
        <w:t xml:space="preserve"> </w:t>
      </w:r>
      <w:r>
        <w:rPr>
          <w:b/>
          <w:bCs/>
        </w:rPr>
        <w:t xml:space="preserve">on more than us.</w:t>
      </w:r>
      <w:r>
        <w:br/>
      </w:r>
      <w:r>
        <w:t xml:space="preserve">    (a) demonstrates love and uncritical affection</w:t>
      </w:r>
      <w:r>
        <w:br/>
      </w:r>
      <w:r>
        <w:t xml:space="preserve">    (b) moves back and forth; or is unsure or weak</w:t>
      </w:r>
      <w:r>
        <w:br/>
      </w:r>
      <w:r>
        <w:t xml:space="preserve">    (c) is most powerful, important, or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GUIL: Difficult to say, really-some kings tend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amnesiac</w:t>
      </w:r>
      <w:r>
        <w:rPr>
          <w:b/>
          <w:bCs/>
        </w:rPr>
        <w:t xml:space="preserve">, others I suppose-the opposite, whatever that is.... ROS: Yes-but GUIL: Elephantine ...?</w:t>
      </w:r>
      <w:r>
        <w:br/>
      </w:r>
      <w:r>
        <w:t xml:space="preserve">    (a) someone who has lost their memory</w:t>
      </w:r>
      <w:r>
        <w:br/>
      </w:r>
      <w:r>
        <w:t xml:space="preserve">    (b) someone who mocks or makes fun of</w:t>
      </w:r>
      <w:r>
        <w:br/>
      </w:r>
      <w:r>
        <w:t xml:space="preserve">    (c) someone who expels or gets rid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afflicted</w:t>
      </w:r>
      <w:r>
        <w:rPr>
          <w:b/>
          <w:bCs/>
        </w:rPr>
        <w:t xml:space="preserve">.</w:t>
      </w:r>
      <w:r>
        <w:br/>
      </w:r>
      <w:r>
        <w:t xml:space="preserve">    (a) suffering from something</w:t>
      </w:r>
      <w:r>
        <w:br/>
      </w:r>
      <w:r>
        <w:t xml:space="preserve">    (b) not judged in a negative way</w:t>
      </w:r>
      <w:r>
        <w:br/>
      </w:r>
      <w:r>
        <w:t xml:space="preserve">    (c) told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ROS: Why don't you go and have a look?</w:t>
      </w:r>
      <w:r>
        <w:br/>
      </w:r>
      <w:r>
        <w:rPr>
          <w:b/>
          <w:bCs/>
        </w:rPr>
        <w:t xml:space="preserve">  GUIL: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Pragmatism</w:t>
      </w:r>
      <w:r>
        <w:rPr>
          <w:b/>
          <w:bCs/>
        </w:rPr>
        <w:t xml:space="preserve">?!--is that all you have to offer?</w:t>
      </w:r>
      <w:r>
        <w:br/>
      </w:r>
      <w:r>
        <w:t xml:space="preserve">    (a) between daylight and darkness</w:t>
      </w:r>
      <w:r>
        <w:br/>
      </w:r>
      <w:r>
        <w:t xml:space="preserve">    (b) concern with practical matters -- especially where quick results and/or practical experience triumph over theory</w:t>
      </w:r>
      <w:r>
        <w:br/>
      </w:r>
      <w:r>
        <w:t xml:space="preserve">    (c) doubt (that something is true)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we start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arbitrary</w:t>
      </w:r>
      <w:r>
        <w:rPr>
          <w:b/>
          <w:bCs/>
        </w:rPr>
        <w:t xml:space="preserve"> </w:t>
      </w:r>
      <w:r>
        <w:rPr>
          <w:b/>
          <w:bCs/>
        </w:rPr>
        <w:t xml:space="preserve">it'll just be a shambles:</w:t>
      </w:r>
      <w:r>
        <w:br/>
      </w:r>
      <w:r>
        <w:t xml:space="preserve">    (a) the quality of disagreeing</w:t>
      </w:r>
      <w:r>
        <w:br/>
      </w:r>
      <w:r>
        <w:t xml:space="preserve">    (b) doing things based on chance or impulse</w:t>
      </w:r>
      <w:r>
        <w:br/>
      </w:r>
      <w:r>
        <w:t xml:space="preserve">    (c) able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GUIL claps solo with slow measured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irony</w:t>
      </w:r>
      <w:r>
        <w:rPr>
          <w:b/>
          <w:bCs/>
        </w:rPr>
        <w:t xml:space="preserve">.</w:t>
      </w:r>
      <w:r>
        <w:br/>
      </w:r>
      <w:r>
        <w:t xml:space="preserve">    (a) soft leather shoe traditionally worn by Native Americans</w:t>
      </w:r>
      <w:r>
        <w:br/>
      </w:r>
      <w:r>
        <w:t xml:space="preserve">    (b) saying one thing while meaning the opposite</w:t>
      </w:r>
      <w:r>
        <w:br/>
      </w:r>
      <w:r>
        <w:t xml:space="preserve">    (c) belief or opinion formed by viewing things a certain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Between "just desserts" and "tragic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irony</w:t>
      </w:r>
      <w:r>
        <w:rPr>
          <w:b/>
          <w:bCs/>
        </w:rPr>
        <w:t xml:space="preserve">" we are given quite a lot of scope for our particular talent.</w:t>
      </w:r>
      <w:r>
        <w:br/>
      </w:r>
      <w:r>
        <w:t xml:space="preserve">    (a) someone who believe behavior should be guided by high ideals or standards -- often with the implication that the person is unrealistic</w:t>
      </w:r>
      <w:r>
        <w:br/>
      </w:r>
      <w:r>
        <w:t xml:space="preserve">    (b) when what happens is very different than what might be expected</w:t>
      </w:r>
      <w:r>
        <w:br/>
      </w:r>
      <w:r>
        <w:t xml:space="preserve">    (c) lymph node -- one of many bean-sized organs that filter bacteria and other toxins from circulating white-blood-cell filled lymph fluid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so here you are-</w:t>
      </w:r>
      <w:r>
        <w:rPr>
          <w:b/>
          <w:bCs/>
          <w:u w:val="single"/>
        </w:rPr>
        <w:t xml:space="preserve">with a vengeance</w:t>
      </w:r>
      <w:r>
        <w:rPr>
          <w:b/>
          <w:bCs/>
        </w:rPr>
        <w:t xml:space="preserve">.</w:t>
      </w:r>
      <w:r>
        <w:br/>
      </w:r>
      <w:r>
        <w:t xml:space="preserve">    (a) very important</w:t>
      </w:r>
      <w:r>
        <w:br/>
      </w:r>
      <w:r>
        <w:t xml:space="preserve">    (b) with intensity</w:t>
      </w:r>
      <w:r>
        <w:br/>
      </w:r>
      <w:r>
        <w:t xml:space="preserve">    (c) available cash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GUIL (fear,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vengeance</w:t>
      </w:r>
      <w:r>
        <w:rPr>
          <w:b/>
          <w:bCs/>
        </w:rPr>
        <w:t xml:space="preserve">, scorn): Your experience!</w:t>
      </w:r>
      <w:r>
        <w:br/>
      </w:r>
      <w:r>
        <w:t xml:space="preserve">    (a) something that stands out</w:t>
      </w:r>
      <w:r>
        <w:br/>
      </w:r>
      <w:r>
        <w:t xml:space="preserve">    (b) the act of taking revenge</w:t>
      </w:r>
      <w:r>
        <w:br/>
      </w:r>
      <w:r>
        <w:t xml:space="preserve">    (c) something made from parts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PLAYER: It's about a King and Queen....</w:t>
      </w:r>
      <w:r>
        <w:br/>
      </w:r>
      <w:r>
        <w:rPr>
          <w:b/>
          <w:bCs/>
        </w:rPr>
        <w:t xml:space="preserve">GUIL: Escapism! What else?</w:t>
      </w:r>
      <w:r>
        <w:br/>
      </w:r>
      <w:r>
        <w:rPr>
          <w:b/>
          <w:bCs/>
        </w:rPr>
        <w:t xml:space="preserve">PLAYER: Blood</w:t>
      </w:r>
      <w:r>
        <w:br/>
      </w:r>
      <w:r>
        <w:rPr>
          <w:b/>
          <w:bCs/>
        </w:rPr>
        <w:t xml:space="preserve">GUIL: -Love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rhetoric</w:t>
      </w:r>
      <w:r>
        <w:rPr>
          <w:b/>
          <w:bCs/>
        </w:rPr>
        <w:t xml:space="preserve">.</w:t>
      </w:r>
      <w:r>
        <w:br/>
      </w:r>
      <w:r>
        <w:t xml:space="preserve">    (a) the use of words to make a point</w:t>
      </w:r>
      <w:r>
        <w:br/>
      </w:r>
      <w:r>
        <w:t xml:space="preserve">    (b) the quality of being very bad (deserving no respect)</w:t>
      </w:r>
      <w:r>
        <w:br/>
      </w:r>
      <w:r>
        <w:t xml:space="preserve">    (c) the state or degree of being optimistic or agreeable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GUIL: He's-</w:t>
      </w:r>
      <w:r>
        <w:rPr>
          <w:b/>
          <w:bCs/>
          <w:u w:val="single"/>
        </w:rPr>
        <w:t xml:space="preserve">melancholy</w:t>
      </w:r>
      <w:r>
        <w:rPr>
          <w:b/>
          <w:bCs/>
        </w:rPr>
        <w:t xml:space="preserve">.</w:t>
      </w:r>
      <w:r>
        <w:br/>
      </w:r>
      <w:r>
        <w:t xml:space="preserve">    (a) a sad feeling or manner</w:t>
      </w:r>
      <w:r>
        <w:br/>
      </w:r>
      <w:r>
        <w:t xml:space="preserve">    (b) about (but not exactly)</w:t>
      </w:r>
      <w:r>
        <w:br/>
      </w:r>
      <w:r>
        <w:t xml:space="preserve">    (c) relating to the outside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ROS: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Nevertheless</w:t>
      </w:r>
      <w:r>
        <w:rPr>
          <w:b/>
          <w:bCs/>
        </w:rPr>
        <w:t xml:space="preserve">, I suppose one might say that this was a chance.... One might well ...accost him.... Yes, it definitely looks like a chance to me.... Something on the lines of a direct informal approach ...man to man ...straight from the shoulder.... Now look here, what's it all about ...sort of thing.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in keeping with or in agreement with what was just stated</w:t>
      </w:r>
      <w:r>
        <w:br/>
      </w:r>
      <w:r>
        <w:t xml:space="preserve">    (c) therefore (for that reason)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...we are tied down to a language which makes up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obscurity</w:t>
      </w:r>
      <w:r>
        <w:rPr>
          <w:b/>
          <w:bCs/>
        </w:rPr>
        <w:t xml:space="preserve"> </w:t>
      </w:r>
      <w:r>
        <w:rPr>
          <w:b/>
          <w:bCs/>
        </w:rPr>
        <w:t xml:space="preserve">what it lacks in style.</w:t>
      </w:r>
      <w:r>
        <w:br/>
      </w:r>
      <w:r>
        <w:t xml:space="preserve">    (a) the quality of being difficult to understand</w:t>
      </w:r>
      <w:r>
        <w:br/>
      </w:r>
      <w:r>
        <w:t xml:space="preserve">    (b) a particular way of seeing or thinking about things</w:t>
      </w:r>
      <w:r>
        <w:br/>
      </w:r>
      <w:r>
        <w:t xml:space="preserve">    (c) a place of worship for a people of the Jewish faith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just a man failing to reappear, that's all —now you see him, now you don't, that's the only thing that's real: here one minute and gone the next and never coming back-an exit,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unobtrusive</w:t>
      </w:r>
      <w:r>
        <w:rPr>
          <w:b/>
          <w:bCs/>
        </w:rPr>
        <w:t xml:space="preserve"> </w:t>
      </w:r>
      <w:r>
        <w:rPr>
          <w:b/>
          <w:bCs/>
        </w:rPr>
        <w:t xml:space="preserve">and unannounced, a disappearance gathering weight as it goes on, until, finally, it is heavy with death.</w:t>
      </w:r>
      <w:r>
        <w:br/>
      </w:r>
      <w:r>
        <w:t xml:space="preserve">    (a) fitting in so as not to attract much attention or disturb</w:t>
      </w:r>
      <w:r>
        <w:br/>
      </w:r>
      <w:r>
        <w:t xml:space="preserve">    (b) the state of not being aware or concerned about something</w:t>
      </w:r>
      <w:r>
        <w:br/>
      </w:r>
      <w:r>
        <w:t xml:space="preserve">    (c) a state similar to sleep where one is unaware of anything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face and his hands indicate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incredulity</w:t>
      </w:r>
      <w:r>
        <w:rPr>
          <w:b/>
          <w:bCs/>
        </w:rPr>
        <w:t xml:space="preserve">.</w:t>
      </w:r>
      <w:r>
        <w:br/>
      </w:r>
      <w:r>
        <w:t xml:space="preserve">    (a) social event or ceremony</w:t>
      </w:r>
      <w:r>
        <w:br/>
      </w:r>
      <w:r>
        <w:t xml:space="preserve">    (b) Islamic religious leader</w:t>
      </w:r>
      <w:r>
        <w:br/>
      </w:r>
      <w:r>
        <w:t xml:space="preserve">    (c) a state of not believing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doesn't sound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plausible</w:t>
      </w:r>
      <w:r>
        <w:rPr>
          <w:b/>
          <w:bCs/>
        </w:rPr>
        <w:t xml:space="preserve">.</w:t>
      </w:r>
      <w:r>
        <w:br/>
      </w:r>
      <w:r>
        <w:t xml:space="preserve">    (a) likely (reasonable that it would be true)</w:t>
      </w:r>
      <w:r>
        <w:br/>
      </w:r>
      <w:r>
        <w:t xml:space="preserve">    (b) full of strong desire for something</w:t>
      </w:r>
      <w:r>
        <w:br/>
      </w:r>
      <w:r>
        <w:t xml:space="preserve">    (c) in a manner that takes on or adopts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GUIL: But why? Was it all for this? Who are we that so much should converge on our little deaths? (In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anguish</w:t>
      </w:r>
      <w:r>
        <w:rPr>
          <w:b/>
          <w:bCs/>
        </w:rPr>
        <w:t xml:space="preserve"> </w:t>
      </w:r>
      <w:r>
        <w:rPr>
          <w:b/>
          <w:bCs/>
        </w:rPr>
        <w:t xml:space="preserve">to the PLAYER:) Who are we?</w:t>
      </w:r>
      <w:r>
        <w:br/>
      </w:r>
      <w:r>
        <w:t xml:space="preserve">    (a) extreme depression</w:t>
      </w:r>
      <w:r>
        <w:br/>
      </w:r>
      <w:r>
        <w:t xml:space="preserve">    (b) extreme introversion</w:t>
      </w:r>
      <w:r>
        <w:br/>
      </w:r>
      <w:r>
        <w:t xml:space="preserve">    (c) extreme pain, suffering, or distress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2026-07-31T18:07:36Z</dcterms:created>
  <dcterms:modified xsi:type="dcterms:W3CDTF">2026-07-31T18:07:36Z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