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rose-red-stephen-king-vocabulary-preview"/>
    <w:p>
      <w:pPr>
        <w:pStyle w:val="Heading1"/>
      </w:pPr>
      <w:r>
        <w:rPr>
          <w:b/>
          <w:bCs/>
        </w:rPr>
        <w:t xml:space="preserve">Rose Red</w:t>
      </w:r>
      <w:r>
        <w:br/>
      </w:r>
      <w:r>
        <w:rPr>
          <w:i/>
          <w:iCs/>
        </w:rPr>
        <w:t xml:space="preserve">Stephen King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video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.</w:t>
      </w:r>
      <w:r>
        <w:br/>
      </w:r>
      <w:r>
        <w:t xml:space="preserve">    (a) theft</w:t>
      </w:r>
      <w:r>
        <w:br/>
      </w:r>
      <w:r>
        <w:t xml:space="preserve">    (b) fight</w:t>
      </w:r>
      <w:r>
        <w:br/>
      </w:r>
      <w:r>
        <w:t xml:space="preserve">    (c) accident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continues</w:t>
      </w:r>
      <w:r>
        <w:br/>
      </w:r>
      <w:r>
        <w:t xml:space="preserve">    (b) is remembered</w:t>
      </w:r>
      <w:r>
        <w:br/>
      </w:r>
      <w:r>
        <w:t xml:space="preserve">    (c) gets nearer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asked</w:t>
      </w:r>
      <w:r>
        <w:br/>
      </w:r>
      <w:r>
        <w:t xml:space="preserve">    (b) complained to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characteristics</w:t>
      </w:r>
      <w:r>
        <w:br/>
      </w:r>
      <w:r>
        <w:t xml:space="preserve">    (b) weaknesses</w:t>
      </w:r>
      <w:r>
        <w:br/>
      </w:r>
      <w:r>
        <w:t xml:space="preserve">    (c) strengths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credit for</w:t>
      </w:r>
      <w:r>
        <w:br/>
      </w:r>
      <w:r>
        <w:t xml:space="preserve">    (b) gives help for</w:t>
      </w:r>
      <w:r>
        <w:br/>
      </w:r>
      <w:r>
        <w:t xml:space="preserve">    (c) gives money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United Nations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condemned</w:t>
      </w:r>
      <w:r>
        <w:rPr>
          <w:b/>
          <w:bCs/>
        </w:rPr>
        <w:t xml:space="preserve"> </w:t>
      </w:r>
      <w:r>
        <w:rPr>
          <w:b/>
          <w:bCs/>
        </w:rPr>
        <w:t xml:space="preserve">North Korea's development of nuclear weapons.</w:t>
      </w:r>
      <w:r>
        <w:br/>
      </w:r>
      <w:r>
        <w:t xml:space="preserve">    (a) ended</w:t>
      </w:r>
      <w:r>
        <w:br/>
      </w:r>
      <w:r>
        <w:t xml:space="preserve">    (b) criticized</w:t>
      </w:r>
      <w:r>
        <w:br/>
      </w:r>
      <w:r>
        <w:t xml:space="preserve">    (c) delayed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condemned</w:t>
      </w:r>
      <w:r>
        <w:rPr>
          <w:b/>
          <w:bCs/>
        </w:rPr>
        <w:t xml:space="preserve"> </w:t>
      </w:r>
      <w:r>
        <w:rPr>
          <w:b/>
          <w:bCs/>
        </w:rPr>
        <w:t xml:space="preserve">to ten years in prison.</w:t>
      </w:r>
      <w:r>
        <w:br/>
      </w:r>
      <w:r>
        <w:t xml:space="preserve">    (a) given punishment</w:t>
      </w:r>
      <w:r>
        <w:br/>
      </w:r>
      <w:r>
        <w:t xml:space="preserve">    (b) expecting punishment</w:t>
      </w:r>
      <w:r>
        <w:br/>
      </w:r>
      <w:r>
        <w:t xml:space="preserve">    (c) spared punishment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describes a night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debauchery</w:t>
      </w:r>
      <w:r>
        <w:rPr>
          <w:b/>
          <w:bCs/>
        </w:rPr>
        <w:t xml:space="preserve"> </w:t>
      </w:r>
      <w:r>
        <w:rPr>
          <w:b/>
          <w:bCs/>
        </w:rPr>
        <w:t xml:space="preserve">that leaves the guests ashamed.</w:t>
      </w:r>
      <w:r>
        <w:br/>
      </w:r>
      <w:r>
        <w:t xml:space="preserve">    (a) careful planning</w:t>
      </w:r>
      <w:r>
        <w:br/>
      </w:r>
      <w:r>
        <w:t xml:space="preserve">    (b) wild immoral behavior</w:t>
      </w:r>
      <w:r>
        <w:br/>
      </w:r>
      <w:r>
        <w:t xml:space="preserve">    (c) quiet reflection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not be able</w:t>
      </w:r>
      <w:r>
        <w:br/>
      </w:r>
      <w:r>
        <w:t xml:space="preserve">    (b) promise</w:t>
      </w:r>
      <w:r>
        <w:br/>
      </w:r>
      <w:r>
        <w:t xml:space="preserve">    (c) 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challenge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.</w:t>
      </w:r>
      <w:r>
        <w:br/>
      </w:r>
      <w:r>
        <w:t xml:space="preserve">    (a) understood</w:t>
      </w:r>
      <w:r>
        <w:br/>
      </w:r>
      <w:r>
        <w:t xml:space="preserve">    (b) trivial</w:t>
      </w:r>
      <w:r>
        <w:br/>
      </w:r>
      <w:r>
        <w:t xml:space="preserve">    (c) intimidating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also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even if in a non-standard manner</w:t>
      </w:r>
      <w:r>
        <w:br/>
      </w:r>
      <w:r>
        <w:t xml:space="preserve">    (b) to whatever degree</w:t>
      </w:r>
      <w:r>
        <w:br/>
      </w:r>
      <w:r>
        <w:t xml:space="preserve">    (c) whatever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denied</w:t>
      </w:r>
      <w:r>
        <w:br/>
      </w:r>
      <w:r>
        <w:t xml:space="preserve">    (b) insisted</w:t>
      </w:r>
      <w:r>
        <w:br/>
      </w:r>
      <w:r>
        <w:t xml:space="preserve">    (c) hinted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admit it, there are serious divides splitting the party.</w:t>
      </w:r>
      <w:r>
        <w:br/>
      </w:r>
      <w:r>
        <w:t xml:space="preserve">    (a) are excited</w:t>
      </w:r>
      <w:r>
        <w:br/>
      </w:r>
      <w:r>
        <w:t xml:space="preserve">    (b) are eager</w:t>
      </w:r>
      <w:r>
        <w:br/>
      </w:r>
      <w:r>
        <w:t xml:space="preserve">    (c) are reluctant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Successful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pragmatists</w:t>
      </w:r>
      <w:r>
        <w:rPr>
          <w:b/>
          <w:bCs/>
        </w:rPr>
        <w:t xml:space="preserve">. Compromise is built into the system.</w:t>
      </w:r>
      <w:r>
        <w:br/>
      </w:r>
      <w:r>
        <w:t xml:space="preserve">    (a) busy</w:t>
      </w:r>
      <w:r>
        <w:br/>
      </w:r>
      <w:r>
        <w:t xml:space="preserve">    (b) practical</w:t>
      </w:r>
      <w:r>
        <w:br/>
      </w:r>
      <w:r>
        <w:t xml:space="preserve">    (c) personable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flattering</w:t>
      </w:r>
      <w:r>
        <w:br/>
      </w:r>
      <w:r>
        <w:t xml:space="preserve">    (b) magnificent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use of innocents as human shields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transgresses</w:t>
      </w:r>
      <w:r>
        <w:rPr>
          <w:b/>
          <w:bCs/>
        </w:rPr>
        <w:t xml:space="preserve"> </w:t>
      </w:r>
      <w:r>
        <w:rPr>
          <w:b/>
          <w:bCs/>
        </w:rPr>
        <w:t xml:space="preserve">"the laws of war."</w:t>
      </w:r>
      <w:r>
        <w:br/>
      </w:r>
      <w:r>
        <w:t xml:space="preserve">    (a) expands</w:t>
      </w:r>
      <w:r>
        <w:br/>
      </w:r>
      <w:r>
        <w:t xml:space="preserve">    (b) violates</w:t>
      </w:r>
      <w:r>
        <w:br/>
      </w:r>
      <w:r>
        <w:t xml:space="preserve">    (c) is within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vexing</w:t>
      </w:r>
      <w:r>
        <w:rPr>
          <w:b/>
          <w:bCs/>
        </w:rPr>
        <w:t xml:space="preserve"> </w:t>
      </w:r>
      <w:r>
        <w:rPr>
          <w:b/>
          <w:bCs/>
        </w:rPr>
        <w:t xml:space="preserve">puzzle kept her up late into the night.</w:t>
      </w:r>
      <w:r>
        <w:br/>
      </w:r>
      <w:r>
        <w:t xml:space="preserve">    (a) soothing</w:t>
      </w:r>
      <w:r>
        <w:br/>
      </w:r>
      <w:r>
        <w:t xml:space="preserve">    (b) annoying</w:t>
      </w:r>
      <w:r>
        <w:br/>
      </w:r>
      <w:r>
        <w:t xml:space="preserve">    (c)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water, the plants in the garden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</w:t>
      </w:r>
      <w:r>
        <w:rPr>
          <w:b/>
          <w:bCs/>
        </w:rPr>
        <w:t xml:space="preserve"> </w:t>
      </w:r>
      <w:r>
        <w:rPr>
          <w:b/>
          <w:bCs/>
        </w:rPr>
        <w:t xml:space="preserve">and die.</w:t>
      </w:r>
      <w:r>
        <w:br/>
      </w:r>
      <w:r>
        <w:t xml:space="preserve">    (a) dry out</w:t>
      </w:r>
      <w:r>
        <w:br/>
      </w:r>
      <w:r>
        <w:t xml:space="preserve">    (b) grow stronger</w:t>
      </w:r>
      <w:r>
        <w:br/>
      </w:r>
      <w:r>
        <w:t xml:space="preserve">    (c) become dormant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disease progressed, her once strong muscles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</w:t>
      </w:r>
      <w:r>
        <w:rPr>
          <w:b/>
          <w:bCs/>
        </w:rPr>
        <w:t xml:space="preserve"> </w:t>
      </w:r>
      <w:r>
        <w:rPr>
          <w:b/>
          <w:bCs/>
        </w:rPr>
        <w:t xml:space="preserve">and she struggled to even lift a glass of water.</w:t>
      </w:r>
      <w:r>
        <w:br/>
      </w:r>
      <w:r>
        <w:t xml:space="preserve">    (a) lose feeling</w:t>
      </w:r>
      <w:r>
        <w:br/>
      </w:r>
      <w:r>
        <w:t xml:space="preserve">    (b) hurt</w:t>
      </w:r>
      <w:r>
        <w:br/>
      </w:r>
      <w:r>
        <w:t xml:space="preserve">    (c) weaken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2026-07-31T16:12:24Z</dcterms:created>
  <dcterms:modified xsi:type="dcterms:W3CDTF">2026-07-31T16:12:24Z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