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7be69bee08f003d0ba88ee438fdb433e19b7b3"/>
    <w:p>
      <w:pPr>
        <w:pStyle w:val="Heading1"/>
      </w:pPr>
      <w:r>
        <w:rPr>
          <w:b/>
          <w:bCs/>
        </w:rPr>
        <w:t xml:space="preserve">Rose Red</w:t>
      </w:r>
      <w:r>
        <w:br/>
      </w:r>
      <w:r>
        <w:rPr>
          <w:i/>
          <w:iCs/>
        </w:rPr>
        <w:t xml:space="preserve">Stephen King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proud to have my picture hung in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august</w:t>
      </w:r>
      <w:r>
        <w:rPr>
          <w:b/>
          <w:bCs/>
        </w:rPr>
        <w:t xml:space="preserve"> </w:t>
      </w:r>
      <w:r>
        <w:rPr>
          <w:b/>
          <w:bCs/>
        </w:rPr>
        <w:t xml:space="preserve">hall of this university.</w:t>
      </w:r>
      <w:r>
        <w:br/>
      </w:r>
      <w:r>
        <w:t xml:space="preserve">    (a) expensive</w:t>
      </w:r>
      <w:r>
        <w:br/>
      </w:r>
      <w:r>
        <w:t xml:space="preserve">    (b) greatly admired</w:t>
      </w:r>
      <w:r>
        <w:br/>
      </w:r>
      <w:r>
        <w:t xml:space="preserve">    (c) hidden away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compromise that was announced, amounted to complete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capitulation</w:t>
      </w:r>
      <w:r>
        <w:rPr>
          <w:b/>
          <w:bCs/>
        </w:rPr>
        <w:t xml:space="preserve"> </w:t>
      </w:r>
      <w:r>
        <w:rPr>
          <w:b/>
          <w:bCs/>
        </w:rPr>
        <w:t xml:space="preserve">on the part of the company.</w:t>
      </w:r>
      <w:r>
        <w:br/>
      </w:r>
      <w:r>
        <w:t xml:space="preserve">    (a) surrender</w:t>
      </w:r>
      <w:r>
        <w:br/>
      </w:r>
      <w:r>
        <w:t xml:space="preserve">    (b) compromise</w:t>
      </w:r>
      <w:r>
        <w:br/>
      </w:r>
      <w:r>
        <w:t xml:space="preserve">    (c) victory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novel treats his attraction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carnal</w:t>
      </w:r>
      <w:r>
        <w:rPr>
          <w:b/>
          <w:bCs/>
        </w:rPr>
        <w:t xml:space="preserve"> </w:t>
      </w:r>
      <w:r>
        <w:rPr>
          <w:b/>
          <w:bCs/>
        </w:rPr>
        <w:t xml:space="preserve">rather than romantic.</w:t>
      </w:r>
      <w:r>
        <w:br/>
      </w:r>
      <w:r>
        <w:t xml:space="preserve">    (a) careful and polite</w:t>
      </w:r>
      <w:r>
        <w:br/>
      </w:r>
      <w:r>
        <w:t xml:space="preserve">    (b) legal or official</w:t>
      </w:r>
      <w:r>
        <w:br/>
      </w:r>
      <w:r>
        <w:t xml:space="preserve">    (c) physical or sexual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Feed your better nature--not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depravity</w:t>
      </w:r>
      <w:r>
        <w:rPr>
          <w:b/>
          <w:bCs/>
        </w:rPr>
        <w:t xml:space="preserve"> </w:t>
      </w:r>
      <w:r>
        <w:rPr>
          <w:b/>
          <w:bCs/>
        </w:rPr>
        <w:t xml:space="preserve">within you.</w:t>
      </w:r>
      <w:r>
        <w:br/>
      </w:r>
      <w:r>
        <w:t xml:space="preserve">    (a) weakness</w:t>
      </w:r>
      <w:r>
        <w:br/>
      </w:r>
      <w:r>
        <w:t xml:space="preserve">    (b) evilness</w:t>
      </w:r>
      <w:r>
        <w:br/>
      </w:r>
      <w:r>
        <w:t xml:space="preserve">    (c) impatience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offices are housed in an imposing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</w:t>
      </w:r>
      <w:r>
        <w:rPr>
          <w:b/>
          <w:bCs/>
        </w:rPr>
        <w:t xml:space="preserve">.</w:t>
      </w:r>
      <w:r>
        <w:br/>
      </w:r>
      <w:r>
        <w:t xml:space="preserve">    (a) building</w:t>
      </w:r>
      <w:r>
        <w:br/>
      </w:r>
      <w:r>
        <w:t xml:space="preserve">    (b) neighborhood</w:t>
      </w:r>
      <w:r>
        <w:br/>
      </w:r>
      <w:r>
        <w:t xml:space="preserve">    (c) color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photographs depict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enormity</w:t>
      </w:r>
      <w:r>
        <w:rPr>
          <w:b/>
          <w:bCs/>
        </w:rPr>
        <w:t xml:space="preserve"> </w:t>
      </w:r>
      <w:r>
        <w:rPr>
          <w:b/>
          <w:bCs/>
        </w:rPr>
        <w:t xml:space="preserve">of the crime.</w:t>
      </w:r>
      <w:r>
        <w:br/>
      </w:r>
      <w:r>
        <w:t xml:space="preserve">    (a) extreme wickedness</w:t>
      </w:r>
      <w:r>
        <w:br/>
      </w:r>
      <w:r>
        <w:t xml:space="preserve">    (b) a system of government with a ruler who has absolute power -- especially one who abuses that power</w:t>
      </w:r>
      <w:r>
        <w:br/>
      </w:r>
      <w:r>
        <w:t xml:space="preserve">    (c) gradual destruction (of something previously established) -- such as a government, rule,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found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ensconced</w:t>
      </w:r>
      <w:r>
        <w:rPr>
          <w:b/>
          <w:bCs/>
        </w:rPr>
        <w:t xml:space="preserve"> </w:t>
      </w:r>
      <w:r>
        <w:rPr>
          <w:b/>
          <w:bCs/>
        </w:rPr>
        <w:t xml:space="preserve">in her new offices at the United Nations.</w:t>
      </w:r>
      <w:r>
        <w:br/>
      </w:r>
      <w:r>
        <w:t xml:space="preserve">    (a) working hard</w:t>
      </w:r>
      <w:r>
        <w:br/>
      </w:r>
      <w:r>
        <w:t xml:space="preserve">    (b) hiding</w:t>
      </w:r>
      <w:r>
        <w:br/>
      </w:r>
      <w:r>
        <w:t xml:space="preserve">    (c) settled comfortably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trust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implicitly</w:t>
      </w:r>
      <w:r>
        <w:rPr>
          <w:b/>
          <w:bCs/>
        </w:rPr>
        <w:t xml:space="preserve">.</w:t>
      </w:r>
      <w:r>
        <w:br/>
      </w:r>
      <w:r>
        <w:t xml:space="preserve">    (a) guardedly</w:t>
      </w:r>
      <w:r>
        <w:br/>
      </w:r>
      <w:r>
        <w:t xml:space="preserve">    (b) with concern</w:t>
      </w:r>
      <w:r>
        <w:br/>
      </w:r>
      <w:r>
        <w:t xml:space="preserve">    (c) without question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shoes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orthopedic</w:t>
      </w:r>
      <w:r>
        <w:rPr>
          <w:b/>
          <w:bCs/>
        </w:rPr>
        <w:t xml:space="preserve"> </w:t>
      </w:r>
      <w:r>
        <w:rPr>
          <w:b/>
          <w:bCs/>
        </w:rPr>
        <w:t xml:space="preserve">and help with her arthritis.</w:t>
      </w:r>
      <w:r>
        <w:br/>
      </w:r>
      <w:r>
        <w:t xml:space="preserve">    (a) for vision problems</w:t>
      </w:r>
      <w:r>
        <w:br/>
      </w:r>
      <w:r>
        <w:t xml:space="preserve">    (b) for bones and joints</w:t>
      </w:r>
      <w:r>
        <w:br/>
      </w:r>
      <w:r>
        <w:t xml:space="preserve">    (c) for warm weather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pinnacle</w:t>
      </w:r>
      <w:r>
        <w:rPr>
          <w:b/>
          <w:bCs/>
        </w:rPr>
        <w:t xml:space="preserve"> </w:t>
      </w:r>
      <w:r>
        <w:rPr>
          <w:b/>
          <w:bCs/>
        </w:rPr>
        <w:t xml:space="preserve">of her success, she was earning over a million dollars a year.</w:t>
      </w:r>
      <w:r>
        <w:br/>
      </w:r>
      <w:r>
        <w:t xml:space="preserve">    (a) beginning</w:t>
      </w:r>
      <w:r>
        <w:br/>
      </w:r>
      <w:r>
        <w:t xml:space="preserve">    (b) end</w:t>
      </w:r>
      <w:r>
        <w:br/>
      </w:r>
      <w:r>
        <w:t xml:space="preserve">    (c) highest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most soldiers, I was scared before battle, but it's not like I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premonition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something bad was going to happen to me.</w:t>
      </w:r>
      <w:r>
        <w:br/>
      </w:r>
      <w:r>
        <w:t xml:space="preserve">    (a) expectation</w:t>
      </w:r>
      <w:r>
        <w:br/>
      </w:r>
      <w:r>
        <w:t xml:space="preserve">    (b) certainty</w:t>
      </w:r>
      <w:r>
        <w:br/>
      </w:r>
      <w:r>
        <w:t xml:space="preserve">    (c) feeling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natural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proclivity</w:t>
      </w:r>
      <w:r>
        <w:rPr>
          <w:b/>
          <w:bCs/>
        </w:rPr>
        <w:t xml:space="preserve"> </w:t>
      </w:r>
      <w:r>
        <w:rPr>
          <w:b/>
          <w:bCs/>
        </w:rPr>
        <w:t xml:space="preserve">is to spend rather than to save.</w:t>
      </w:r>
      <w:r>
        <w:br/>
      </w:r>
      <w:r>
        <w:t xml:space="preserve">    (a) inclination</w:t>
      </w:r>
      <w:r>
        <w:br/>
      </w:r>
      <w:r>
        <w:t xml:space="preserve">    (b) obligation</w:t>
      </w:r>
      <w:r>
        <w:br/>
      </w:r>
      <w:r>
        <w:t xml:space="preserve">    (c) reluctance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Finally, there was an end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protracted</w:t>
      </w:r>
      <w:r>
        <w:rPr>
          <w:b/>
          <w:bCs/>
        </w:rPr>
        <w:t xml:space="preserve"> </w:t>
      </w:r>
      <w:r>
        <w:rPr>
          <w:b/>
          <w:bCs/>
        </w:rPr>
        <w:t xml:space="preserve">conflict.</w:t>
      </w:r>
      <w:r>
        <w:br/>
      </w:r>
      <w:r>
        <w:t xml:space="preserve">    (a) violent</w:t>
      </w:r>
      <w:r>
        <w:br/>
      </w:r>
      <w:r>
        <w:t xml:space="preserve">    (b) needless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rampant</w:t>
      </w:r>
      <w:r>
        <w:rPr>
          <w:b/>
          <w:bCs/>
        </w:rPr>
        <w:t xml:space="preserve"> </w:t>
      </w:r>
      <w:r>
        <w:rPr>
          <w:b/>
          <w:bCs/>
        </w:rPr>
        <w:t xml:space="preserve">inflation was making it difficult for people to afford basic necessities.</w:t>
      </w:r>
      <w:r>
        <w:br/>
      </w:r>
      <w:r>
        <w:t xml:space="preserve">    (a) harmful</w:t>
      </w:r>
      <w:r>
        <w:br/>
      </w:r>
      <w:r>
        <w:t xml:space="preserve">    (b) new</w:t>
      </w:r>
      <w:r>
        <w:br/>
      </w:r>
      <w:r>
        <w:t xml:space="preserve">    (c) uncontrolled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the young king was ill, his uncle served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regent</w:t>
      </w:r>
      <w:r>
        <w:rPr>
          <w:b/>
          <w:bCs/>
        </w:rPr>
        <w:t xml:space="preserve"> </w:t>
      </w:r>
      <w:r>
        <w:rPr>
          <w:b/>
          <w:bCs/>
        </w:rPr>
        <w:t xml:space="preserve">to rule the kingdom.</w:t>
      </w:r>
      <w:r>
        <w:br/>
      </w:r>
      <w:r>
        <w:t xml:space="preserve">    (a) elected prime minister</w:t>
      </w:r>
      <w:r>
        <w:br/>
      </w:r>
      <w:r>
        <w:t xml:space="preserve">    (b) temporary substitute ruler</w:t>
      </w:r>
      <w:r>
        <w:br/>
      </w:r>
      <w:r>
        <w:t xml:space="preserve">    (c) royal court advisor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highly amusing</w:t>
      </w:r>
      <w:r>
        <w:br/>
      </w:r>
      <w:r>
        <w:t xml:space="preserve">    (b) warmly welcomed</w:t>
      </w:r>
      <w:r>
        <w:br/>
      </w:r>
      <w:r>
        <w:t xml:space="preserve">    (c) deeply offensive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Susan B. Anthony fought for women's political rights, especially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suffrage</w:t>
      </w:r>
      <w:r>
        <w:rPr>
          <w:b/>
          <w:bCs/>
        </w:rPr>
        <w:t xml:space="preserve">.</w:t>
      </w:r>
      <w:r>
        <w:br/>
      </w:r>
      <w:r>
        <w:t xml:space="preserve">    (a) the right to own property</w:t>
      </w:r>
      <w:r>
        <w:br/>
      </w:r>
      <w:r>
        <w:t xml:space="preserve">    (b) the right to vote</w:t>
      </w:r>
      <w:r>
        <w:br/>
      </w:r>
      <w:r>
        <w:t xml:space="preserve">    (c) freedom of expression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charity provided essential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sustenance</w:t>
      </w:r>
      <w:r>
        <w:rPr>
          <w:b/>
          <w:bCs/>
        </w:rPr>
        <w:t xml:space="preserve"> </w:t>
      </w:r>
      <w:r>
        <w:rPr>
          <w:b/>
          <w:bCs/>
        </w:rPr>
        <w:t xml:space="preserve">to the families affected by the disaster.</w:t>
      </w:r>
      <w:r>
        <w:br/>
      </w:r>
      <w:r>
        <w:t xml:space="preserve">    (a) food and resources</w:t>
      </w:r>
      <w:r>
        <w:br/>
      </w:r>
      <w:r>
        <w:t xml:space="preserve">    (b) medical supplies</w:t>
      </w:r>
      <w:r>
        <w:br/>
      </w:r>
      <w:r>
        <w:t xml:space="preserve">    (c) moral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Russia presented Ukraine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ultimatum</w:t>
      </w:r>
      <w:r>
        <w:rPr>
          <w:b/>
          <w:bCs/>
        </w:rPr>
        <w:t xml:space="preserve"> </w:t>
      </w:r>
      <w:r>
        <w:rPr>
          <w:b/>
          <w:bCs/>
        </w:rPr>
        <w:t xml:space="preserve">that could not be ignored.</w:t>
      </w:r>
      <w:r>
        <w:br/>
      </w:r>
      <w:r>
        <w:t xml:space="preserve">    (a) final demand that carried a threat if it is rejected</w:t>
      </w:r>
      <w:r>
        <w:br/>
      </w:r>
      <w:r>
        <w:t xml:space="preserve">    (b) an act that violates a rule, promise, or social norm</w:t>
      </w:r>
      <w:r>
        <w:br/>
      </w:r>
      <w:r>
        <w:t xml:space="preserve">    (c) something added to increase attractiveness or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ungainly</w:t>
      </w:r>
      <w:r>
        <w:rPr>
          <w:b/>
          <w:bCs/>
        </w:rPr>
        <w:t xml:space="preserve"> </w:t>
      </w:r>
      <w:r>
        <w:rPr>
          <w:b/>
          <w:bCs/>
        </w:rPr>
        <w:t xml:space="preserve">teenager tripped over his own feet at the dance.</w:t>
      </w:r>
      <w:r>
        <w:br/>
      </w:r>
      <w:r>
        <w:t xml:space="preserve">    (a) shy and quiet</w:t>
      </w:r>
      <w:r>
        <w:br/>
      </w:r>
      <w:r>
        <w:t xml:space="preserve">    (b) awkward and clumsy</w:t>
      </w:r>
      <w:r>
        <w:br/>
      </w:r>
      <w:r>
        <w:t xml:space="preserve">    (c) graceful and elegant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2026-07-31T16:12:25Z</dcterms:created>
  <dcterms:modified xsi:type="dcterms:W3CDTF">2026-07-31T16:12:25Z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