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afe3f4da6766d245e624bb84ee9c4a9d328dc4"/>
    <w:p>
      <w:pPr>
        <w:pStyle w:val="Heading1"/>
      </w:pPr>
      <w:r>
        <w:rPr>
          <w:b/>
          <w:bCs/>
        </w:rPr>
        <w:t xml:space="preserve">Rose Red</w:t>
      </w:r>
      <w:r>
        <w:br/>
      </w:r>
      <w:r>
        <w:rPr>
          <w:i/>
          <w:iCs/>
        </w:rPr>
        <w:t xml:space="preserve">Stephen King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Certainly not by me, nor has John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approached</w:t>
      </w:r>
      <w:r>
        <w:rPr>
          <w:b/>
          <w:bCs/>
        </w:rPr>
        <w:t xml:space="preserve"> </w:t>
      </w:r>
      <w:r>
        <w:rPr>
          <w:b/>
          <w:bCs/>
        </w:rPr>
        <w:t xml:space="preserve">my father (my mother has informed me in the strictest of confidences) with any discussion of dowry.</w:t>
      </w:r>
      <w:r>
        <w:br/>
      </w:r>
      <w:r>
        <w:t xml:space="preserve">    (a) concentrated, look at, or paid attention to</w:t>
      </w:r>
      <w:r>
        <w:br/>
      </w:r>
      <w:r>
        <w:t xml:space="preserve">    (b) begun talking with</w:t>
      </w:r>
      <w:r>
        <w:br/>
      </w:r>
      <w:r>
        <w:t xml:space="preserve">    (c) thought carefully and made a judgment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Now, as 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</w:t>
      </w:r>
      <w:r>
        <w:rPr>
          <w:b/>
          <w:bCs/>
        </w:rPr>
        <w:t xml:space="preserve"> </w:t>
      </w:r>
      <w:r>
        <w:rPr>
          <w:b/>
          <w:bCs/>
        </w:rPr>
        <w:t xml:space="preserve">the second turn, I finally hear what it is that has frightened my dear friend, what she has heard that I did not-the creaking of the stairs no longer sounds like lumber rubbing on lumber, nails straining against nails-increasingly it sounds like a voice, a familiar voice, a child's voice.</w:t>
      </w:r>
      <w:r>
        <w:br/>
      </w:r>
      <w:r>
        <w:t xml:space="preserve">    (a) mirror back (an image)</w:t>
      </w:r>
      <w:r>
        <w:br/>
      </w:r>
      <w:r>
        <w:t xml:space="preserve">    (b) create dramatic change</w:t>
      </w:r>
      <w:r>
        <w:br/>
      </w:r>
      <w:r>
        <w:t xml:space="preserve">    (c) get near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of course a tiny part of the woman in me fears another truth altogether, as that part of town is known for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debaucheries</w:t>
      </w:r>
      <w:r>
        <w:rPr>
          <w:b/>
          <w:bCs/>
        </w:rPr>
        <w:t xml:space="preserve">.</w:t>
      </w:r>
      <w:r>
        <w:br/>
      </w:r>
      <w:r>
        <w:t xml:space="preserve">    (a) extreme indulgence in pleasures -- especially those considered immoral or harmful, such as drinking, partying, or other reckless behavior</w:t>
      </w:r>
      <w:r>
        <w:br/>
      </w:r>
      <w:r>
        <w:t xml:space="preserve">    (b) (noun) people who like sexual practices considered unacceptable by society  OR  (verb) converts something so it is not what it should be</w:t>
      </w:r>
      <w:r>
        <w:br/>
      </w:r>
      <w:r>
        <w:t xml:space="preserve">    (c)</w:t>
      </w:r>
      <w:r>
        <w:t xml:space="preserve"> </w:t>
      </w:r>
      <w:r>
        <w:rPr>
          <w:u w:val="single"/>
        </w:rPr>
        <w:t xml:space="preserve">n</w:t>
      </w:r>
      <w:r>
        <w:t xml:space="preserve">on-</w:t>
      </w:r>
      <w:r>
        <w:rPr>
          <w:u w:val="single"/>
        </w:rPr>
        <w:t xml:space="preserve">g</w:t>
      </w:r>
      <w:r>
        <w:t xml:space="preserve">overnmental</w:t>
      </w:r>
      <w:r>
        <w:t xml:space="preserve"> </w:t>
      </w:r>
      <w:r>
        <w:rPr>
          <w:u w:val="single"/>
        </w:rPr>
        <w:t xml:space="preserve">o</w:t>
      </w:r>
      <w:r>
        <w:t xml:space="preserve">rganizations (private, non-profit organizations working for member goals at the international level)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John Rimbauer ...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pragmatic</w:t>
      </w:r>
      <w:r>
        <w:rPr>
          <w:b/>
          <w:bCs/>
        </w:rPr>
        <w:t xml:space="preserve"> </w:t>
      </w:r>
      <w:r>
        <w:rPr>
          <w:b/>
          <w:bCs/>
        </w:rPr>
        <w:t xml:space="preserve">man (which possibly accounts for his success in the oil business),</w:t>
      </w:r>
      <w:r>
        <w:br/>
      </w:r>
      <w:r>
        <w:t xml:space="preserve">    (a) describing someone as antisocial</w:t>
      </w:r>
      <w:r>
        <w:br/>
      </w:r>
      <w:r>
        <w:t xml:space="preserve">    (b) another battle with the same foe</w:t>
      </w:r>
      <w:r>
        <w:br/>
      </w:r>
      <w:r>
        <w:t xml:space="preserve">    (c) concerned with practical matters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can only wonder now if this brief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altercation</w:t>
      </w:r>
      <w:r>
        <w:rPr>
          <w:b/>
          <w:bCs/>
        </w:rPr>
        <w:t xml:space="preserve"> </w:t>
      </w:r>
      <w:r>
        <w:rPr>
          <w:b/>
          <w:bCs/>
        </w:rPr>
        <w:t xml:space="preserve">with my beloved, an altercation that resulted from my attendance there, had something to do with the events that would soon transpire.</w:t>
      </w:r>
      <w:r>
        <w:br/>
      </w:r>
      <w:r>
        <w:t xml:space="preserve">    (a) a noisy argument, confrontation, or fight</w:t>
      </w:r>
      <w:r>
        <w:br/>
      </w:r>
      <w:r>
        <w:t xml:space="preserve">    (b) the time during which something continues</w:t>
      </w:r>
      <w:r>
        <w:br/>
      </w:r>
      <w:r>
        <w:t xml:space="preserve">    (c) a particular understanding or explanation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how this woman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vexes</w:t>
      </w:r>
      <w:r>
        <w:rPr>
          <w:b/>
          <w:bCs/>
        </w:rPr>
        <w:t xml:space="preserve"> </w:t>
      </w:r>
      <w:r>
        <w:rPr>
          <w:b/>
          <w:bCs/>
        </w:rPr>
        <w:t xml:space="preserve">me!</w:t>
      </w:r>
      <w:r>
        <w:br/>
      </w:r>
      <w:r>
        <w:t xml:space="preserve">    (a) trades</w:t>
      </w:r>
      <w:r>
        <w:br/>
      </w:r>
      <w:r>
        <w:t xml:space="preserve">    (b) adapts</w:t>
      </w:r>
      <w:r>
        <w:br/>
      </w:r>
      <w:r>
        <w:t xml:space="preserve">    (c) annoys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it would be improper and wrong of me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imply</w:t>
      </w:r>
      <w:r>
        <w:rPr>
          <w:b/>
          <w:bCs/>
        </w:rPr>
        <w:t xml:space="preserve"> </w:t>
      </w:r>
      <w:r>
        <w:rPr>
          <w:b/>
          <w:bCs/>
        </w:rPr>
        <w:t xml:space="preserve">it all has to do with angels and prayer.</w:t>
      </w:r>
      <w:r>
        <w:br/>
      </w:r>
      <w:r>
        <w:t xml:space="preserve">    (a) struggle or disagreement</w:t>
      </w:r>
      <w:r>
        <w:br/>
      </w:r>
      <w:r>
        <w:t xml:space="preserve">    (b) suggest (say indirectly)</w:t>
      </w:r>
      <w:r>
        <w:br/>
      </w:r>
      <w:r>
        <w:t xml:space="preserve">    (c) include consideration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God, whoever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He may be, was nowhere to be found in that room this afternoon.</w:t>
      </w:r>
      <w:r>
        <w:br/>
      </w:r>
      <w:r>
        <w:t xml:space="preserve">    (a) starts (a fire)</w:t>
      </w:r>
      <w:r>
        <w:br/>
      </w:r>
      <w:r>
        <w:t xml:space="preserve">    (b) starts fighting</w:t>
      </w:r>
      <w:r>
        <w:br/>
      </w:r>
      <w:r>
        <w:t xml:space="preserve">    (c) in whatever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intrigues me now,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is my mistaken assumption that my prayers were responsible for Delora's disappearance.</w:t>
      </w:r>
      <w:r>
        <w:br/>
      </w:r>
      <w:r>
        <w:t xml:space="preserve">    (a) a word used to connect contrasting ideas as when using</w:t>
      </w:r>
      <w:r>
        <w:t xml:space="preserve"> </w:t>
      </w:r>
      <w:r>
        <w:rPr>
          <w:i/>
          <w:iCs/>
        </w:rPr>
        <w:t xml:space="preserve">though</w:t>
      </w:r>
      <w:r>
        <w:t xml:space="preserve">,</w:t>
      </w:r>
      <w:r>
        <w:t xml:space="preserve"> </w:t>
      </w:r>
      <w:r>
        <w:rPr>
          <w:i/>
          <w:iCs/>
        </w:rPr>
        <w:t xml:space="preserve">in spite of that</w:t>
      </w:r>
      <w:r>
        <w:t xml:space="preserve">,</w:t>
      </w:r>
      <w:r>
        <w:t xml:space="preserve"> </w:t>
      </w:r>
      <w:r>
        <w:rPr>
          <w:i/>
          <w:iCs/>
        </w:rPr>
        <w:t xml:space="preserve">in contrast</w:t>
      </w:r>
      <w:r>
        <w:t xml:space="preserve">,</w:t>
      </w:r>
      <w:r>
        <w:t xml:space="preserve"> </w:t>
      </w:r>
      <w:r>
        <w:rPr>
          <w:i/>
          <w:iCs/>
        </w:rPr>
        <w:t xml:space="preserve">nevertheless</w:t>
      </w:r>
      <w:r>
        <w:t xml:space="preserve">, etc.</w:t>
      </w:r>
      <w:r>
        <w:br/>
      </w:r>
      <w:r>
        <w:t xml:space="preserve">    (b) therefore (for that reason)</w:t>
      </w:r>
      <w:r>
        <w:br/>
      </w:r>
      <w:r>
        <w:t xml:space="preserve">    (c) in keeping with or in agreement with what was just stated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Another time perhaps, although some things are better left to blossom in memory rather than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wither</w:t>
      </w:r>
      <w:r>
        <w:rPr>
          <w:b/>
          <w:bCs/>
        </w:rPr>
        <w:t xml:space="preserve"> </w:t>
      </w:r>
      <w:r>
        <w:rPr>
          <w:b/>
          <w:bCs/>
        </w:rPr>
        <w:t xml:space="preserve">in reflection.</w:t>
      </w:r>
      <w:r>
        <w:br/>
      </w:r>
      <w:r>
        <w:t xml:space="preserve">    (a) started (a fire)</w:t>
      </w:r>
      <w:r>
        <w:br/>
      </w:r>
      <w:r>
        <w:t xml:space="preserve">    (b) weaken</w:t>
      </w:r>
      <w:r>
        <w:br/>
      </w:r>
      <w:r>
        <w:t xml:space="preserve">    (c) restart (a fire)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stained-glass window, the lovely rose changed before our eyes into a ghostly specter of my daughter's misshapen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withered</w:t>
      </w:r>
      <w:r>
        <w:rPr>
          <w:b/>
          <w:bCs/>
        </w:rPr>
        <w:t xml:space="preserve"> </w:t>
      </w:r>
      <w:r>
        <w:rPr>
          <w:b/>
          <w:bCs/>
        </w:rPr>
        <w:t xml:space="preserve">arm.</w:t>
      </w:r>
      <w:r>
        <w:br/>
      </w:r>
      <w:r>
        <w:t xml:space="preserve">    (a) not accepted as true</w:t>
      </w:r>
      <w:r>
        <w:br/>
      </w:r>
      <w:r>
        <w:t xml:space="preserve">    (b) shriveled and weakened</w:t>
      </w:r>
      <w:r>
        <w:br/>
      </w:r>
      <w:r>
        <w:t xml:space="preserve">    (c) began fighting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Christmas away from home was most trying, and though John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endeavored</w:t>
      </w:r>
      <w:r>
        <w:rPr>
          <w:b/>
          <w:bCs/>
        </w:rPr>
        <w:t xml:space="preserve"> </w:t>
      </w:r>
      <w:r>
        <w:rPr>
          <w:b/>
          <w:bCs/>
        </w:rPr>
        <w:t xml:space="preserve">to explain to me that I had a new home now, it only made matters worse.</w:t>
      </w:r>
      <w:r>
        <w:br/>
      </w:r>
      <w:r>
        <w:t xml:space="preserve">    (a) not disagreed with</w:t>
      </w:r>
      <w:r>
        <w:br/>
      </w:r>
      <w:r>
        <w:t xml:space="preserve">    (b) tried or attempted</w:t>
      </w:r>
      <w:r>
        <w:br/>
      </w:r>
      <w:r>
        <w:t xml:space="preserve">    (c) decided in advance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...has taken root in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condemnation</w:t>
      </w:r>
      <w:r>
        <w:rPr>
          <w:b/>
          <w:bCs/>
        </w:rPr>
        <w:t xml:space="preserve"> </w:t>
      </w:r>
      <w:r>
        <w:rPr>
          <w:b/>
          <w:bCs/>
        </w:rPr>
        <w:t xml:space="preserve">of my husband and my determination for revenge.</w:t>
      </w:r>
      <w:r>
        <w:br/>
      </w:r>
      <w:r>
        <w:t xml:space="preserve">    (a) expression of strong criticism</w:t>
      </w:r>
      <w:r>
        <w:br/>
      </w:r>
      <w:r>
        <w:t xml:space="preserve">    (b) a type of small portable radio</w:t>
      </w:r>
      <w:r>
        <w:br/>
      </w:r>
      <w:r>
        <w:t xml:space="preserve">    (c) a change; or a changed version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April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condemned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rest of us; Adam is to be saved.</w:t>
      </w:r>
      <w:r>
        <w:br/>
      </w:r>
      <w:r>
        <w:t xml:space="preserve">    (a) forced into a bad situation</w:t>
      </w:r>
      <w:r>
        <w:br/>
      </w:r>
      <w:r>
        <w:t xml:space="preserve">    (b) treated in a manner that demonstrated a sense of superiority, but was supposed to seem kind  OR  acted like a patron (supported someone or something; or was a customer)</w:t>
      </w:r>
      <w:r>
        <w:br/>
      </w:r>
      <w:r>
        <w:t xml:space="preserve">    (c) examined carefully for accuracy with the intent of verification -- especially an inspection of a company's accounting procedures and records by a trained accountant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he will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loath</w:t>
      </w:r>
      <w:r>
        <w:rPr>
          <w:b/>
          <w:bCs/>
        </w:rPr>
        <w:t xml:space="preserve"> </w:t>
      </w:r>
      <w:r>
        <w:rPr>
          <w:b/>
          <w:bCs/>
        </w:rPr>
        <w:t xml:space="preserve">to stop it, to even tryfor my legs shall close upon his lineage forever, like a springed trap.</w:t>
      </w:r>
      <w:r>
        <w:br/>
      </w:r>
      <w:r>
        <w:t xml:space="preserve">    (a) able to accept as true (without proof)</w:t>
      </w:r>
      <w:r>
        <w:br/>
      </w:r>
      <w:r>
        <w:t xml:space="preserve">    (b) reluctant or unwilling to do something</w:t>
      </w:r>
      <w:r>
        <w:br/>
      </w:r>
      <w:r>
        <w:t xml:space="preserve">    (c) able to be protected or kept unchanged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Installed into my bedroom, the craftsmanship looks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sumptuous</w:t>
      </w:r>
      <w:r>
        <w:rPr>
          <w:b/>
          <w:bCs/>
        </w:rPr>
        <w:t xml:space="preserve">, ornate and quite rich!</w:t>
      </w:r>
      <w:r>
        <w:br/>
      </w:r>
      <w:r>
        <w:t xml:space="preserve">    (a) the quality of behaving in an instinctive, uninhibited, and unplanned manner</w:t>
      </w:r>
      <w:r>
        <w:br/>
      </w:r>
      <w:r>
        <w:t xml:space="preserve">    (b) magnificent (impressively wonderful) -- often indicating something expensive</w:t>
      </w:r>
      <w:r>
        <w:br/>
      </w:r>
      <w:r>
        <w:t xml:space="preserve">    (c) the state or degree of having the ability to change for different situations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fear this power (if it exists at all)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formidable</w:t>
      </w:r>
      <w:r>
        <w:rPr>
          <w:b/>
          <w:bCs/>
        </w:rPr>
        <w:t xml:space="preserve"> </w:t>
      </w:r>
      <w:r>
        <w:rPr>
          <w:b/>
          <w:bCs/>
        </w:rPr>
        <w:t xml:space="preserve">indeed.</w:t>
      </w:r>
      <w:r>
        <w:br/>
      </w:r>
      <w:r>
        <w:t xml:space="preserve">    (a) the quality of disagreeing</w:t>
      </w:r>
      <w:r>
        <w:br/>
      </w:r>
      <w:r>
        <w:t xml:space="preserve">    (b) intimidating or impressive</w:t>
      </w:r>
      <w:r>
        <w:br/>
      </w:r>
      <w:r>
        <w:t xml:space="preserve">    (c) the quality of being Dutch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of Sukeena's many wonderful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attributes</w:t>
      </w:r>
      <w:r>
        <w:rPr>
          <w:b/>
          <w:bCs/>
        </w:rPr>
        <w:t xml:space="preserve"> </w:t>
      </w:r>
      <w:r>
        <w:rPr>
          <w:b/>
          <w:bCs/>
        </w:rPr>
        <w:t xml:space="preserve">is her ability to remain calm and consistent.</w:t>
      </w:r>
      <w:r>
        <w:br/>
      </w:r>
      <w:r>
        <w:t xml:space="preserve">    (a) characteristics</w:t>
      </w:r>
      <w:r>
        <w:br/>
      </w:r>
      <w:r>
        <w:t xml:space="preserve">    (b) weaknesses</w:t>
      </w:r>
      <w:r>
        <w:br/>
      </w:r>
      <w:r>
        <w:t xml:space="preserve">    (c) strengths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Sukeena's recovery impresses me greatly, and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</w:t>
      </w:r>
      <w:r>
        <w:rPr>
          <w:b/>
          <w:bCs/>
        </w:rPr>
        <w:t xml:space="preserve"> </w:t>
      </w:r>
      <w:r>
        <w:rPr>
          <w:b/>
          <w:bCs/>
        </w:rPr>
        <w:t xml:space="preserve">that recovery in no small part to both her herbs and my prayer.</w:t>
      </w:r>
      <w:r>
        <w:br/>
      </w:r>
      <w:r>
        <w:t xml:space="preserve">    (a) say something or make a sound with the voice</w:t>
      </w:r>
      <w:r>
        <w:br/>
      </w:r>
      <w:r>
        <w:t xml:space="preserve">    (b) credit (point to as the cause of)</w:t>
      </w:r>
      <w:r>
        <w:br/>
      </w:r>
      <w:r>
        <w:t xml:space="preserve">    (c) move out of an interacting position; or stop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these months of not so much as a kiss between us, I had assumed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transgressions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women of the night had satisfied whatever urges a man like John Rimbauer has-substantial urges indeed.</w:t>
      </w:r>
      <w:r>
        <w:br/>
      </w:r>
      <w:r>
        <w:t xml:space="preserve">    (a) inexperience, innocence, or lack of sophistication</w:t>
      </w:r>
      <w:r>
        <w:br/>
      </w:r>
      <w:r>
        <w:t xml:space="preserve">    (b) acts that violate rules, promises, or social norms</w:t>
      </w:r>
      <w:r>
        <w:br/>
      </w:r>
      <w:r>
        <w:t xml:space="preserve">    (c) light seen after bouncing off a surface to another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2026-07-31T16:12:25Z</dcterms:created>
  <dcterms:modified xsi:type="dcterms:W3CDTF">2026-07-31T16:12:25Z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