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2be2c9cff1f07b757fa76f5c0dbbdf5e396acc4"/>
    <w:p>
      <w:pPr>
        <w:pStyle w:val="Heading1"/>
      </w:pPr>
      <w:r>
        <w:rPr>
          <w:b/>
          <w:bCs/>
        </w:rPr>
        <w:t xml:space="preserve">Romeo and Juliet</w:t>
      </w:r>
      <w:r>
        <w:br/>
      </w:r>
      <w:r>
        <w:rPr>
          <w:i/>
          <w:iCs/>
        </w:rPr>
        <w:t xml:space="preserve">William Shakespeare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apprehended</w:t>
      </w:r>
      <w:r>
        <w:rPr>
          <w:b/>
          <w:bCs/>
        </w:rPr>
        <w:t xml:space="preserve"> </w:t>
      </w:r>
      <w:r>
        <w:rPr>
          <w:b/>
          <w:bCs/>
        </w:rPr>
        <w:t xml:space="preserve">the suspect late last night.</w:t>
      </w:r>
      <w:r>
        <w:br/>
      </w:r>
      <w:r>
        <w:t xml:space="preserve">    (a) caught and arrested</w:t>
      </w:r>
      <w:r>
        <w:br/>
      </w:r>
      <w:r>
        <w:t xml:space="preserve">    (b) found the location of</w:t>
      </w:r>
      <w:r>
        <w:br/>
      </w:r>
      <w:r>
        <w:t xml:space="preserve">    (c) understood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tried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banish</w:t>
      </w:r>
      <w:r>
        <w:rPr>
          <w:b/>
          <w:bCs/>
        </w:rPr>
        <w:t xml:space="preserve"> </w:t>
      </w:r>
      <w:r>
        <w:rPr>
          <w:b/>
          <w:bCs/>
        </w:rPr>
        <w:t xml:space="preserve">the thought from my mind.</w:t>
      </w:r>
      <w:r>
        <w:br/>
      </w:r>
      <w:r>
        <w:t xml:space="preserve">    (a) understand</w:t>
      </w:r>
      <w:r>
        <w:br/>
      </w:r>
      <w:r>
        <w:t xml:space="preserve">    (b) send away</w:t>
      </w:r>
      <w:r>
        <w:br/>
      </w:r>
      <w:r>
        <w:t xml:space="preserve">    (c) collect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closed the prayer by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beseeching</w:t>
      </w:r>
      <w:r>
        <w:rPr>
          <w:b/>
          <w:bCs/>
        </w:rPr>
        <w:t xml:space="preserve"> </w:t>
      </w:r>
      <w:r>
        <w:rPr>
          <w:b/>
          <w:bCs/>
        </w:rPr>
        <w:t xml:space="preserve">God to grant them wisdom and patience.</w:t>
      </w:r>
      <w:r>
        <w:br/>
      </w:r>
      <w:r>
        <w:t xml:space="preserve">    (a) instructing</w:t>
      </w:r>
      <w:r>
        <w:br/>
      </w:r>
      <w:r>
        <w:t xml:space="preserve">    (b) asking</w:t>
      </w:r>
      <w:r>
        <w:br/>
      </w:r>
      <w:r>
        <w:t xml:space="preserve">    (c) demanding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gently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chides</w:t>
      </w:r>
      <w:r>
        <w:rPr>
          <w:b/>
          <w:bCs/>
        </w:rPr>
        <w:t xml:space="preserve"> </w:t>
      </w:r>
      <w:r>
        <w:rPr>
          <w:b/>
          <w:bCs/>
        </w:rPr>
        <w:t xml:space="preserve">her friends who run up credit card debt unnecessarily.</w:t>
      </w:r>
      <w:r>
        <w:br/>
      </w:r>
      <w:r>
        <w:t xml:space="preserve">    (a) avoids</w:t>
      </w:r>
      <w:r>
        <w:br/>
      </w:r>
      <w:r>
        <w:t xml:space="preserve">    (b) celebrates with</w:t>
      </w:r>
      <w:r>
        <w:br/>
      </w:r>
      <w:r>
        <w:t xml:space="preserve">    (c) criticizes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song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conjures</w:t>
      </w:r>
      <w:r>
        <w:rPr>
          <w:b/>
          <w:bCs/>
        </w:rPr>
        <w:t xml:space="preserve"> </w:t>
      </w:r>
      <w:r>
        <w:rPr>
          <w:b/>
          <w:bCs/>
        </w:rPr>
        <w:t xml:space="preserve">memories of good times.</w:t>
      </w:r>
      <w:r>
        <w:br/>
      </w:r>
      <w:r>
        <w:t xml:space="preserve">    (a) is about</w:t>
      </w:r>
      <w:r>
        <w:br/>
      </w:r>
      <w:r>
        <w:t xml:space="preserve">    (b) brings to mind</w:t>
      </w:r>
      <w:r>
        <w:br/>
      </w:r>
      <w:r>
        <w:t xml:space="preserve">    (c) drives away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 may be our last chance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devise</w:t>
      </w:r>
      <w:r>
        <w:rPr>
          <w:b/>
          <w:bCs/>
        </w:rPr>
        <w:t xml:space="preserve"> </w:t>
      </w:r>
      <w:r>
        <w:rPr>
          <w:b/>
          <w:bCs/>
        </w:rPr>
        <w:t xml:space="preserve">a compromise that will save the peace.</w:t>
      </w:r>
      <w:r>
        <w:br/>
      </w:r>
      <w:r>
        <w:t xml:space="preserve">    (a) save</w:t>
      </w:r>
      <w:r>
        <w:br/>
      </w:r>
      <w:r>
        <w:t xml:space="preserve">    (b) create</w:t>
      </w:r>
      <w:r>
        <w:br/>
      </w:r>
      <w:r>
        <w:t xml:space="preserve">    (c) consider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 is too much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discord</w:t>
      </w:r>
      <w:r>
        <w:rPr>
          <w:b/>
          <w:bCs/>
        </w:rPr>
        <w:t xml:space="preserve"> </w:t>
      </w:r>
      <w:r>
        <w:rPr>
          <w:b/>
          <w:bCs/>
        </w:rPr>
        <w:t xml:space="preserve">in their home.</w:t>
      </w:r>
      <w:r>
        <w:br/>
      </w:r>
      <w:r>
        <w:t xml:space="preserve">    (a) loud noise</w:t>
      </w:r>
      <w:r>
        <w:br/>
      </w:r>
      <w:r>
        <w:t xml:space="preserve">    (b) conflict</w:t>
      </w:r>
      <w:r>
        <w:br/>
      </w:r>
      <w:r>
        <w:t xml:space="preserve">    (c) uncritical agreement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heard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discordant</w:t>
      </w:r>
      <w:r>
        <w:rPr>
          <w:b/>
          <w:bCs/>
        </w:rPr>
        <w:t xml:space="preserve"> </w:t>
      </w:r>
      <w:r>
        <w:rPr>
          <w:b/>
          <w:bCs/>
        </w:rPr>
        <w:t xml:space="preserve">clanging of pots in the kitchen.</w:t>
      </w:r>
      <w:r>
        <w:br/>
      </w:r>
      <w:r>
        <w:t xml:space="preserve">    (a) attractive sound</w:t>
      </w:r>
      <w:r>
        <w:br/>
      </w:r>
      <w:r>
        <w:t xml:space="preserve">    (b) unpleasant sound</w:t>
      </w:r>
      <w:r>
        <w:br/>
      </w:r>
      <w:r>
        <w:t xml:space="preserve">    (c) loud sound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Their family has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dwelled</w:t>
      </w:r>
      <w:r>
        <w:rPr>
          <w:b/>
          <w:bCs/>
        </w:rPr>
        <w:t xml:space="preserve"> </w:t>
      </w:r>
      <w:r>
        <w:rPr>
          <w:b/>
          <w:bCs/>
        </w:rPr>
        <w:t xml:space="preserve">in that valley for ten generations.</w:t>
      </w:r>
      <w:r>
        <w:br/>
      </w:r>
      <w:r>
        <w:t xml:space="preserve">    (a) lived</w:t>
      </w:r>
      <w:r>
        <w:br/>
      </w:r>
      <w:r>
        <w:t xml:space="preserve">    (b) visited</w:t>
      </w:r>
      <w:r>
        <w:br/>
      </w:r>
      <w:r>
        <w:t xml:space="preserve">    (c) looked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Napoleon was forced into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exile</w:t>
      </w:r>
      <w:r>
        <w:rPr>
          <w:b/>
          <w:bCs/>
        </w:rPr>
        <w:t xml:space="preserve"> </w:t>
      </w:r>
      <w:r>
        <w:rPr>
          <w:b/>
          <w:bCs/>
        </w:rPr>
        <w:t xml:space="preserve">on the island of Elba.</w:t>
      </w:r>
      <w:r>
        <w:br/>
      </w:r>
      <w:r>
        <w:t xml:space="preserve">    (a) apologizing</w:t>
      </w:r>
      <w:r>
        <w:br/>
      </w:r>
      <w:r>
        <w:t xml:space="preserve">    (b) living elsewhere</w:t>
      </w:r>
      <w:r>
        <w:br/>
      </w:r>
      <w:r>
        <w:t xml:space="preserve">    (c) hard labor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got the independent vote last time, but the independent vote is notoriously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fickle</w:t>
      </w:r>
      <w:r>
        <w:rPr>
          <w:b/>
          <w:bCs/>
        </w:rPr>
        <w:t xml:space="preserve">.</w:t>
      </w:r>
      <w:r>
        <w:br/>
      </w:r>
      <w:r>
        <w:t xml:space="preserve">    (a) small</w:t>
      </w:r>
      <w:r>
        <w:br/>
      </w:r>
      <w:r>
        <w:t xml:space="preserve">    (b) hard to get</w:t>
      </w:r>
      <w:r>
        <w:br/>
      </w:r>
      <w:r>
        <w:t xml:space="preserve">    (c) quick to change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special forces operation put the US back into the political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fray</w:t>
      </w:r>
      <w:r>
        <w:rPr>
          <w:b/>
          <w:bCs/>
        </w:rPr>
        <w:t xml:space="preserve"> </w:t>
      </w:r>
      <w:r>
        <w:rPr>
          <w:b/>
          <w:bCs/>
        </w:rPr>
        <w:t xml:space="preserve">in the Middle East.</w:t>
      </w:r>
      <w:r>
        <w:br/>
      </w:r>
      <w:r>
        <w:t xml:space="preserve">    (a) gamesmanship</w:t>
      </w:r>
      <w:r>
        <w:br/>
      </w:r>
      <w:r>
        <w:t xml:space="preserve">    (b) fight or struggle</w:t>
      </w:r>
      <w:r>
        <w:br/>
      </w:r>
      <w:r>
        <w:t xml:space="preserve">    (c) rewards or benefits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lamented</w:t>
      </w:r>
      <w:r>
        <w:rPr>
          <w:b/>
          <w:bCs/>
        </w:rPr>
        <w:t xml:space="preserve"> </w:t>
      </w:r>
      <w:r>
        <w:rPr>
          <w:b/>
          <w:bCs/>
        </w:rPr>
        <w:t xml:space="preserve">our sad circumstances.</w:t>
      </w:r>
      <w:r>
        <w:br/>
      </w:r>
      <w:r>
        <w:t xml:space="preserve">    (a) expressed grief about</w:t>
      </w:r>
      <w:r>
        <w:br/>
      </w:r>
      <w:r>
        <w:t xml:space="preserve">    (b) improved</w:t>
      </w:r>
      <w:r>
        <w:br/>
      </w:r>
      <w:r>
        <w:t xml:space="preserve">    (c) made worse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loathe</w:t>
      </w:r>
      <w:r>
        <w:rPr>
          <w:b/>
          <w:bCs/>
        </w:rPr>
        <w:t xml:space="preserve"> </w:t>
      </w:r>
      <w:r>
        <w:rPr>
          <w:b/>
          <w:bCs/>
        </w:rPr>
        <w:t xml:space="preserve">that man. He ruined my life.</w:t>
      </w:r>
      <w:r>
        <w:br/>
      </w:r>
      <w:r>
        <w:t xml:space="preserve">    (a) hate</w:t>
      </w:r>
      <w:r>
        <w:br/>
      </w:r>
      <w:r>
        <w:t xml:space="preserve">    (b) avoid</w:t>
      </w:r>
      <w:r>
        <w:br/>
      </w:r>
      <w:r>
        <w:t xml:space="preserve">    (c) fear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the story, she was neither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mortal</w:t>
      </w:r>
      <w:r>
        <w:rPr>
          <w:b/>
          <w:bCs/>
        </w:rPr>
        <w:t xml:space="preserve"> </w:t>
      </w:r>
      <w:r>
        <w:rPr>
          <w:b/>
          <w:bCs/>
        </w:rPr>
        <w:t xml:space="preserve">nor a god. She was a demi-god.</w:t>
      </w:r>
      <w:r>
        <w:br/>
      </w:r>
      <w:r>
        <w:t xml:space="preserve">    (a) type of bird</w:t>
      </w:r>
      <w:r>
        <w:br/>
      </w:r>
      <w:r>
        <w:t xml:space="preserve">    (b) lucky survivor</w:t>
      </w:r>
      <w:r>
        <w:br/>
      </w:r>
      <w:r>
        <w:t xml:space="preserve">    (c) human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That coach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scorns</w:t>
      </w:r>
      <w:r>
        <w:rPr>
          <w:b/>
          <w:bCs/>
        </w:rPr>
        <w:t xml:space="preserve"> </w:t>
      </w:r>
      <w:r>
        <w:rPr>
          <w:b/>
          <w:bCs/>
        </w:rPr>
        <w:t xml:space="preserve">students who don't have natural ability.</w:t>
      </w:r>
      <w:r>
        <w:br/>
      </w:r>
      <w:r>
        <w:t xml:space="preserve">    (a) trains</w:t>
      </w:r>
      <w:r>
        <w:br/>
      </w:r>
      <w:r>
        <w:t xml:space="preserve">    (b) encourages</w:t>
      </w:r>
      <w:r>
        <w:br/>
      </w:r>
      <w:r>
        <w:t xml:space="preserve">    (c) disrespects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mood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variable</w:t>
      </w:r>
      <w:r>
        <w:rPr>
          <w:b/>
          <w:bCs/>
        </w:rPr>
        <w:t xml:space="preserve"> </w:t>
      </w:r>
      <w:r>
        <w:rPr>
          <w:b/>
          <w:bCs/>
        </w:rPr>
        <w:t xml:space="preserve">throughout the day, sometimes cheerful and at other times noticeably quiet.</w:t>
      </w:r>
      <w:r>
        <w:br/>
      </w:r>
      <w:r>
        <w:t xml:space="preserve">    (a) changing</w:t>
      </w:r>
      <w:r>
        <w:br/>
      </w:r>
      <w:r>
        <w:t xml:space="preserve">    (b) improving</w:t>
      </w:r>
      <w:r>
        <w:br/>
      </w:r>
      <w:r>
        <w:t xml:space="preserve">    (c) consistent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will rain tonight. I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warrant</w:t>
      </w:r>
      <w:r>
        <w:rPr>
          <w:b/>
          <w:bCs/>
        </w:rPr>
        <w:t xml:space="preserve"> </w:t>
      </w:r>
      <w:r>
        <w:rPr>
          <w:b/>
          <w:bCs/>
        </w:rPr>
        <w:t xml:space="preserve">it.</w:t>
      </w:r>
      <w:r>
        <w:br/>
      </w:r>
      <w:r>
        <w:t xml:space="preserve">    (a) fear</w:t>
      </w:r>
      <w:r>
        <w:br/>
      </w:r>
      <w:r>
        <w:t xml:space="preserve">    (b) am certain of</w:t>
      </w:r>
      <w:r>
        <w:br/>
      </w:r>
      <w:r>
        <w:t xml:space="preserve">    (c) order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Moving Finger writes; and, having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writ</w:t>
      </w:r>
      <w:r>
        <w:rPr>
          <w:b/>
          <w:bCs/>
        </w:rPr>
        <w:t xml:space="preserve">, moves on:</w:t>
      </w:r>
      <w:r>
        <w:br/>
      </w:r>
      <w:r>
        <w:t xml:space="preserve">    (a) moved</w:t>
      </w:r>
      <w:r>
        <w:br/>
      </w:r>
      <w:r>
        <w:t xml:space="preserve">    (b) changed</w:t>
      </w:r>
      <w:r>
        <w:br/>
      </w:r>
      <w:r>
        <w:t xml:space="preserve">    (c) written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the scandal, 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yielded</w:t>
      </w:r>
      <w:r>
        <w:rPr>
          <w:b/>
          <w:bCs/>
        </w:rPr>
        <w:t xml:space="preserve"> </w:t>
      </w:r>
      <w:r>
        <w:rPr>
          <w:b/>
          <w:bCs/>
        </w:rPr>
        <w:t xml:space="preserve">to public pressure and resigned her position.</w:t>
      </w:r>
      <w:r>
        <w:br/>
      </w:r>
      <w:r>
        <w:t xml:space="preserve">    (a) produced</w:t>
      </w:r>
      <w:r>
        <w:br/>
      </w:r>
      <w:r>
        <w:t xml:space="preserve">    (b) gave in</w:t>
      </w:r>
      <w:r>
        <w:br/>
      </w:r>
      <w:r>
        <w:t xml:space="preserve">    (c) added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2026-07-31T14:28:37Z</dcterms:created>
  <dcterms:modified xsi:type="dcterms:W3CDTF">2026-07-31T14:28:37Z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