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ad290f42c1ba73136f02cb472a03f77f059020"/>
    <w:p>
      <w:pPr>
        <w:pStyle w:val="Heading1"/>
      </w:pPr>
      <w:r>
        <w:rPr>
          <w:b/>
          <w:bCs/>
        </w:rPr>
        <w:t xml:space="preserve">Romeo and Juliet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doesn't think of him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way.</w:t>
      </w:r>
      <w:r>
        <w:br/>
      </w:r>
      <w:r>
        <w:t xml:space="preserve">    (a) romantic or sexual</w:t>
      </w:r>
      <w:r>
        <w:br/>
      </w:r>
      <w:r>
        <w:t xml:space="preserve">    (b) light-hearted</w:t>
      </w:r>
      <w:r>
        <w:br/>
      </w:r>
      <w:r>
        <w:t xml:space="preserve">    (c) logical or analytical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consorts</w:t>
      </w:r>
      <w:r>
        <w:rPr>
          <w:b/>
          <w:bCs/>
        </w:rPr>
        <w:t xml:space="preserve"> </w:t>
      </w:r>
      <w:r>
        <w:rPr>
          <w:b/>
          <w:bCs/>
        </w:rPr>
        <w:t xml:space="preserve">with gang members and criminals.</w:t>
      </w:r>
      <w:r>
        <w:br/>
      </w:r>
      <w:r>
        <w:t xml:space="preserve">    (a) avoids company</w:t>
      </w:r>
      <w:r>
        <w:br/>
      </w:r>
      <w:r>
        <w:t xml:space="preserve">    (b) associates</w:t>
      </w:r>
      <w:r>
        <w:br/>
      </w:r>
      <w:r>
        <w:t xml:space="preserve">    (c) fights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just said it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contrary</w:t>
      </w:r>
      <w:r>
        <w:rPr>
          <w:b/>
          <w:bCs/>
        </w:rPr>
        <w:t xml:space="preserve">.</w:t>
      </w:r>
      <w:r>
        <w:br/>
      </w:r>
      <w:r>
        <w:t xml:space="preserve">    (a) funny</w:t>
      </w:r>
      <w:r>
        <w:br/>
      </w:r>
      <w:r>
        <w:t xml:space="preserve">    (b) disagreeable</w:t>
      </w:r>
      <w:r>
        <w:br/>
      </w:r>
      <w:r>
        <w:t xml:space="preserve">    (c) self-important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explain</w:t>
      </w:r>
      <w:r>
        <w:br/>
      </w:r>
      <w:r>
        <w:t xml:space="preserve">    (b) transport</w:t>
      </w:r>
      <w:r>
        <w:br/>
      </w:r>
      <w:r>
        <w:t xml:space="preserve">    (c) give service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paintings depict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Cupid</w:t>
      </w:r>
      <w:r>
        <w:rPr>
          <w:b/>
          <w:bCs/>
        </w:rPr>
        <w:t xml:space="preserve"> </w:t>
      </w:r>
      <w:r>
        <w:rPr>
          <w:b/>
          <w:bCs/>
        </w:rPr>
        <w:t xml:space="preserve">as a winged child with a bow.</w:t>
      </w:r>
      <w:r>
        <w:br/>
      </w:r>
      <w:r>
        <w:t xml:space="preserve">    (a) god of war</w:t>
      </w:r>
      <w:r>
        <w:br/>
      </w:r>
      <w:r>
        <w:t xml:space="preserve">    (b) god of sleep</w:t>
      </w:r>
      <w:r>
        <w:br/>
      </w:r>
      <w:r>
        <w:t xml:space="preserve">    (c) god of love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Jefferson described the legislation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detestable</w:t>
      </w:r>
      <w:r>
        <w:rPr>
          <w:b/>
          <w:bCs/>
        </w:rPr>
        <w:t xml:space="preserve">.</w:t>
      </w:r>
      <w:r>
        <w:br/>
      </w:r>
      <w:r>
        <w:t xml:space="preserve">    (a) terrible</w:t>
      </w:r>
      <w:r>
        <w:br/>
      </w:r>
      <w:r>
        <w:t xml:space="preserve">    (b) outstanding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it when they stick to the numbers and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digress</w:t>
      </w:r>
      <w:r>
        <w:rPr>
          <w:b/>
          <w:bCs/>
        </w:rPr>
        <w:t xml:space="preserve"> </w:t>
      </w:r>
      <w:r>
        <w:rPr>
          <w:b/>
          <w:bCs/>
        </w:rPr>
        <w:t xml:space="preserve">into storytelling.</w:t>
      </w:r>
      <w:r>
        <w:br/>
      </w:r>
      <w:r>
        <w:t xml:space="preserve">    (a) elaborate</w:t>
      </w:r>
      <w:r>
        <w:br/>
      </w:r>
      <w:r>
        <w:t xml:space="preserve">    (b) compete</w:t>
      </w:r>
      <w:r>
        <w:br/>
      </w:r>
      <w:r>
        <w:t xml:space="preserve">    (c) wander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victors write the history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their enemies.</w:t>
      </w:r>
      <w:r>
        <w:br/>
      </w:r>
      <w:r>
        <w:t xml:space="preserve">    (a) erase from history</w:t>
      </w:r>
      <w:r>
        <w:br/>
      </w:r>
      <w:r>
        <w:t xml:space="preserve">    (b) criticize</w:t>
      </w:r>
      <w:r>
        <w:br/>
      </w:r>
      <w:r>
        <w:t xml:space="preserve">    (c)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We'll see if her cheerful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continues when she's tired and under stress.</w:t>
      </w:r>
      <w:r>
        <w:br/>
      </w:r>
      <w:r>
        <w:t xml:space="preserve">    (a) team</w:t>
      </w:r>
      <w:r>
        <w:br/>
      </w:r>
      <w:r>
        <w:t xml:space="preserve">    (b) personality</w:t>
      </w:r>
      <w:r>
        <w:br/>
      </w:r>
      <w:r>
        <w:t xml:space="preserve">    (c) generosity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doing what she can to change the subject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dissemble</w:t>
      </w:r>
      <w:r>
        <w:rPr>
          <w:b/>
          <w:bCs/>
        </w:rPr>
        <w:t xml:space="preserve">.</w:t>
      </w:r>
      <w:r>
        <w:br/>
      </w:r>
      <w:r>
        <w:t xml:space="preserve">    (a) re-think beliefs</w:t>
      </w:r>
      <w:r>
        <w:br/>
      </w:r>
      <w:r>
        <w:t xml:space="preserve">    (b) change reality</w:t>
      </w:r>
      <w:r>
        <w:br/>
      </w:r>
      <w:r>
        <w:t xml:space="preserve">    (c) disguise the truth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love</w:t>
      </w:r>
      <w:r>
        <w:br/>
      </w:r>
      <w:r>
        <w:t xml:space="preserve">    (b) hatred</w:t>
      </w:r>
      <w:r>
        <w:br/>
      </w:r>
      <w:r>
        <w:t xml:space="preserve">    (c)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patience or tolerance</w:t>
      </w:r>
      <w:r>
        <w:br/>
      </w:r>
      <w:r>
        <w:t xml:space="preserve">    (b) family concerns</w:t>
      </w:r>
      <w:r>
        <w:br/>
      </w:r>
      <w:r>
        <w:t xml:space="preserve">    (c) financial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forswear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contributions from special interest groups.</w:t>
      </w:r>
      <w:r>
        <w:br/>
      </w:r>
      <w:r>
        <w:t xml:space="preserve">    (a) stop (taking)</w:t>
      </w:r>
      <w:r>
        <w:br/>
      </w:r>
      <w:r>
        <w:t xml:space="preserve">    (b) make public</w:t>
      </w:r>
      <w:r>
        <w:br/>
      </w:r>
      <w:r>
        <w:t xml:space="preserve">    (c) take advantage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herald</w:t>
      </w:r>
      <w:r>
        <w:rPr>
          <w:b/>
          <w:bCs/>
        </w:rPr>
        <w:t xml:space="preserve"> </w:t>
      </w:r>
      <w:r>
        <w:rPr>
          <w:b/>
          <w:bCs/>
        </w:rPr>
        <w:t xml:space="preserve">announced it this morning.</w:t>
      </w:r>
      <w:r>
        <w:br/>
      </w:r>
      <w:r>
        <w:t xml:space="preserve">    (a) lawyer</w:t>
      </w:r>
      <w:r>
        <w:br/>
      </w:r>
      <w:r>
        <w:t xml:space="preserve">    (b) advisor</w:t>
      </w:r>
      <w:r>
        <w:br/>
      </w:r>
      <w:r>
        <w:t xml:space="preserve">    (c) announcer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became quick friends, finding in each other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kindred</w:t>
      </w:r>
      <w:r>
        <w:rPr>
          <w:b/>
          <w:bCs/>
        </w:rPr>
        <w:t xml:space="preserve"> </w:t>
      </w:r>
      <w:r>
        <w:rPr>
          <w:b/>
          <w:bCs/>
        </w:rPr>
        <w:t xml:space="preserve">spirit.</w:t>
      </w:r>
      <w:r>
        <w:br/>
      </w:r>
      <w:r>
        <w:t xml:space="preserve">    (a) similar</w:t>
      </w:r>
      <w:r>
        <w:br/>
      </w:r>
      <w:r>
        <w:t xml:space="preserve">    (b) lively</w:t>
      </w:r>
      <w:r>
        <w:br/>
      </w:r>
      <w:r>
        <w:t xml:space="preserve">    (c) thoughtful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a few details to place herself in a more favorable light.</w:t>
      </w:r>
      <w:r>
        <w:br/>
      </w:r>
      <w:r>
        <w:t xml:space="preserve">    (a) made up</w:t>
      </w:r>
      <w:r>
        <w:br/>
      </w:r>
      <w:r>
        <w:t xml:space="preserve">    (b) left out</w:t>
      </w:r>
      <w:r>
        <w:br/>
      </w:r>
      <w:r>
        <w:t xml:space="preserve">    (c) exaggerated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signed a written declaration under penalty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.</w:t>
      </w:r>
      <w:r>
        <w:br/>
      </w:r>
      <w:r>
        <w:t xml:space="preserve">    (a) the criminal offense of lying</w:t>
      </w:r>
      <w:r>
        <w:br/>
      </w:r>
      <w:r>
        <w:t xml:space="preserve">    (b) the criminal offense of disrespecting the court</w:t>
      </w:r>
      <w:r>
        <w:br/>
      </w:r>
      <w:r>
        <w:t xml:space="preserve">    (c) the criminal offense of ignoring a subpoena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Hollywood is always pressing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profane</w:t>
      </w:r>
      <w:r>
        <w:rPr>
          <w:b/>
          <w:bCs/>
        </w:rPr>
        <w:t xml:space="preserve"> </w:t>
      </w:r>
      <w:r>
        <w:rPr>
          <w:b/>
          <w:bCs/>
        </w:rPr>
        <w:t xml:space="preserve">limits.</w:t>
      </w:r>
      <w:r>
        <w:br/>
      </w:r>
      <w:r>
        <w:t xml:space="preserve">    (a) funding</w:t>
      </w:r>
      <w:r>
        <w:br/>
      </w:r>
      <w:r>
        <w:t xml:space="preserve">    (b) disrespect</w:t>
      </w:r>
      <w:r>
        <w:br/>
      </w:r>
      <w:r>
        <w:t xml:space="preserve">    (c)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committee expressed a desire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 </w:t>
      </w:r>
      <w:r>
        <w:rPr>
          <w:b/>
          <w:bCs/>
        </w:rPr>
        <w:t xml:space="preserve">the oversight.</w:t>
      </w:r>
      <w:r>
        <w:br/>
      </w:r>
      <w:r>
        <w:t xml:space="preserve">    (a) change clothing after</w:t>
      </w:r>
      <w:r>
        <w:br/>
      </w:r>
      <w:r>
        <w:t xml:space="preserve">    (b) make up for</w:t>
      </w:r>
      <w:r>
        <w:br/>
      </w:r>
      <w:r>
        <w:t xml:space="preserve">    (c) investigate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you making any New Year's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resolutions</w:t>
      </w:r>
      <w:r>
        <w:rPr>
          <w:b/>
          <w:bCs/>
        </w:rPr>
        <w:t xml:space="preserve"> </w:t>
      </w:r>
      <w:r>
        <w:rPr>
          <w:b/>
          <w:bCs/>
        </w:rPr>
        <w:t xml:space="preserve">this year?</w:t>
      </w:r>
      <w:r>
        <w:br/>
      </w:r>
      <w:r>
        <w:t xml:space="preserve">    (a) decisions</w:t>
      </w:r>
      <w:r>
        <w:br/>
      </w:r>
      <w:r>
        <w:t xml:space="preserve">    (b) decorations</w:t>
      </w:r>
      <w:r>
        <w:br/>
      </w:r>
      <w:r>
        <w:t xml:space="preserve">    (c) event plans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2026-07-31T14:28:38Z</dcterms:created>
  <dcterms:modified xsi:type="dcterms:W3CDTF">2026-07-31T14:28:38Z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