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31345c26f4a8c65248bfa93b19c3976214f40d"/>
    <w:p>
      <w:pPr>
        <w:pStyle w:val="Heading1"/>
      </w:pPr>
      <w:r>
        <w:rPr>
          <w:b/>
          <w:bCs/>
        </w:rPr>
        <w:t xml:space="preserve">Romeo and Juliet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Uncle, this is a Montague, our foe.</w:t>
      </w:r>
      <w:r>
        <w:br/>
      </w:r>
      <w:r>
        <w:rPr>
          <w:b/>
          <w:bCs/>
        </w:rPr>
        <w:t xml:space="preserve">A villain, that is hither come in spite,</w:t>
      </w:r>
      <w:r>
        <w:br/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 </w:t>
      </w:r>
      <w:r>
        <w:rPr>
          <w:b/>
          <w:bCs/>
        </w:rPr>
        <w:t xml:space="preserve">at our solemnity this night.</w:t>
      </w:r>
      <w:r>
        <w:br/>
      </w:r>
      <w:r>
        <w:t xml:space="preserve">    (a) observe or watch</w:t>
      </w:r>
      <w:r>
        <w:br/>
      </w:r>
      <w:r>
        <w:t xml:space="preserve">    (b) study</w:t>
      </w:r>
      <w:r>
        <w:br/>
      </w:r>
      <w:r>
        <w:t xml:space="preserve">    (c) mock (disrespect)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conjure</w:t>
      </w:r>
      <w:r>
        <w:rPr>
          <w:b/>
          <w:bCs/>
        </w:rPr>
        <w:t xml:space="preserve"> </w:t>
      </w:r>
      <w:r>
        <w:rPr>
          <w:b/>
          <w:bCs/>
        </w:rPr>
        <w:t xml:space="preserve">thee by Rosaline's bright eyes</w:t>
      </w:r>
      <w:r>
        <w:br/>
      </w:r>
      <w:r>
        <w:t xml:space="preserve">    (a) summon</w:t>
      </w:r>
      <w:r>
        <w:br/>
      </w:r>
      <w:r>
        <w:t xml:space="preserve">    (b) see</w:t>
      </w:r>
      <w:r>
        <w:br/>
      </w:r>
      <w:r>
        <w:t xml:space="preserve">    (c) admire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  O, speak again, bright angel! for thou art</w:t>
      </w:r>
      <w:r>
        <w:br/>
      </w:r>
      <w:r>
        <w:rPr>
          <w:b/>
          <w:bCs/>
        </w:rPr>
        <w:t xml:space="preserve">  As glorious to this night, being o'er my head,</w:t>
      </w:r>
      <w:r>
        <w:br/>
      </w:r>
      <w:r>
        <w:rPr>
          <w:b/>
          <w:bCs/>
        </w:rPr>
        <w:t xml:space="preserve">  As is a winged messenger of heaven</w:t>
      </w:r>
      <w:r>
        <w:br/>
      </w:r>
      <w:r>
        <w:rPr>
          <w:b/>
          <w:bCs/>
        </w:rPr>
        <w:t xml:space="preserve">  Unto the white-upturned wondering eyes</w:t>
      </w:r>
      <w:r>
        <w:br/>
      </w:r>
      <w:r>
        <w:rPr>
          <w:b/>
          <w:bCs/>
        </w:rPr>
        <w:t xml:space="preserve"> 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mortals</w:t>
      </w:r>
      <w:r>
        <w:rPr>
          <w:b/>
          <w:bCs/>
        </w:rPr>
        <w:t xml:space="preserve"> </w:t>
      </w:r>
      <w:r>
        <w:rPr>
          <w:b/>
          <w:bCs/>
        </w:rPr>
        <w:t xml:space="preserve">that fall back to gaze on him</w:t>
      </w:r>
      <w:r>
        <w:br/>
      </w:r>
      <w:r>
        <w:t xml:space="preserve">    (a) patients</w:t>
      </w:r>
      <w:r>
        <w:br/>
      </w:r>
      <w:r>
        <w:t xml:space="preserve">    (b) humans</w:t>
      </w:r>
      <w:r>
        <w:br/>
      </w:r>
      <w:r>
        <w:t xml:space="preserve">    (c) gods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...Therefore pardon me,</w:t>
      </w:r>
      <w:r>
        <w:br/>
      </w:r>
      <w:r>
        <w:rPr>
          <w:b/>
          <w:bCs/>
        </w:rPr>
        <w:t xml:space="preserve">And not impute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yielding</w:t>
      </w:r>
      <w:r>
        <w:rPr>
          <w:b/>
          <w:bCs/>
        </w:rPr>
        <w:t xml:space="preserve"> </w:t>
      </w:r>
      <w:r>
        <w:rPr>
          <w:b/>
          <w:bCs/>
        </w:rPr>
        <w:t xml:space="preserve">to light love,</w:t>
      </w:r>
      <w:r>
        <w:br/>
      </w:r>
      <w:r>
        <w:rPr>
          <w:b/>
          <w:bCs/>
        </w:rPr>
        <w:t xml:space="preserve">Which the dark night hath so discovered.</w:t>
      </w:r>
      <w:r>
        <w:br/>
      </w:r>
      <w:r>
        <w:t xml:space="preserve">    (a) giving in</w:t>
      </w:r>
      <w:r>
        <w:br/>
      </w:r>
      <w:r>
        <w:t xml:space="preserve">    (b) producing</w:t>
      </w:r>
      <w:r>
        <w:br/>
      </w:r>
      <w:r>
        <w:t xml:space="preserve">    (c) slowing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O, swear not by the moon, the inconstant moon,</w:t>
      </w:r>
      <w:r>
        <w:br/>
      </w:r>
      <w:r>
        <w:rPr>
          <w:b/>
          <w:bCs/>
        </w:rPr>
        <w:t xml:space="preserve">That monthly changes in her circled orb,</w:t>
      </w:r>
      <w:r>
        <w:br/>
      </w:r>
      <w:r>
        <w:rPr>
          <w:b/>
          <w:bCs/>
        </w:rPr>
        <w:t xml:space="preserve">Lest that thy love prove likewise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variable</w:t>
      </w:r>
      <w:r>
        <w:rPr>
          <w:b/>
          <w:bCs/>
        </w:rPr>
        <w:t xml:space="preserve">.</w:t>
      </w:r>
      <w:r>
        <w:br/>
      </w:r>
      <w:r>
        <w:t xml:space="preserve">    (a) distant</w:t>
      </w:r>
      <w:r>
        <w:br/>
      </w:r>
      <w:r>
        <w:t xml:space="preserve">    (b) dim</w:t>
      </w:r>
      <w:r>
        <w:br/>
      </w:r>
      <w:r>
        <w:t xml:space="preserve">    (c) changing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warrant</w:t>
      </w:r>
      <w:r>
        <w:rPr>
          <w:b/>
          <w:bCs/>
        </w:rPr>
        <w:t xml:space="preserve"> </w:t>
      </w:r>
      <w:r>
        <w:rPr>
          <w:b/>
          <w:bCs/>
        </w:rPr>
        <w:t xml:space="preserve">him as gentle as a lamb.</w:t>
      </w:r>
      <w:r>
        <w:br/>
      </w:r>
      <w:r>
        <w:t xml:space="preserve">    (a) guarantee (assure you)</w:t>
      </w:r>
      <w:r>
        <w:br/>
      </w:r>
      <w:r>
        <w:t xml:space="preserve">    (b) treat</w:t>
      </w:r>
      <w:r>
        <w:br/>
      </w:r>
      <w:r>
        <w:t xml:space="preserve">    (c) make (cause to become)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Benvolio, who began this bloody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fray</w:t>
      </w:r>
      <w:r>
        <w:rPr>
          <w:b/>
          <w:bCs/>
        </w:rPr>
        <w:t xml:space="preserve">?</w:t>
      </w:r>
      <w:r>
        <w:br/>
      </w:r>
      <w:r>
        <w:t xml:space="preserve">    (a) fight</w:t>
      </w:r>
      <w:r>
        <w:br/>
      </w:r>
      <w:r>
        <w:t xml:space="preserve">    (b) day</w:t>
      </w:r>
      <w:r>
        <w:br/>
      </w:r>
      <w:r>
        <w:t xml:space="preserve">    (c) wearing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for that offence</w:t>
      </w:r>
      <w:r>
        <w:br/>
      </w:r>
      <w:r>
        <w:rPr>
          <w:b/>
          <w:bCs/>
        </w:rPr>
        <w:t xml:space="preserve">Immediately we do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</w:t>
      </w:r>
      <w:r>
        <w:rPr>
          <w:b/>
          <w:bCs/>
        </w:rPr>
        <w:t xml:space="preserve"> </w:t>
      </w:r>
      <w:r>
        <w:rPr>
          <w:b/>
          <w:bCs/>
        </w:rPr>
        <w:t xml:space="preserve">him hence.</w:t>
      </w:r>
      <w:r>
        <w:br/>
      </w:r>
      <w:r>
        <w:t xml:space="preserve">    (a) put in prison</w:t>
      </w:r>
      <w:r>
        <w:br/>
      </w:r>
      <w:r>
        <w:t xml:space="preserve">    (b) condemn to death</w:t>
      </w:r>
      <w:r>
        <w:br/>
      </w:r>
      <w:r>
        <w:t xml:space="preserve">    (c) force to leave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O, what a beast was I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chide</w:t>
      </w:r>
      <w:r>
        <w:rPr>
          <w:b/>
          <w:bCs/>
        </w:rPr>
        <w:t xml:space="preserve"> </w:t>
      </w:r>
      <w:r>
        <w:rPr>
          <w:b/>
          <w:bCs/>
        </w:rPr>
        <w:t xml:space="preserve">at him!</w:t>
      </w:r>
      <w:r>
        <w:br/>
      </w:r>
      <w:r>
        <w:t xml:space="preserve">    (a) throw stones</w:t>
      </w:r>
      <w:r>
        <w:br/>
      </w:r>
      <w:r>
        <w:t xml:space="preserve">    (b) criticize</w:t>
      </w:r>
      <w:r>
        <w:br/>
      </w:r>
      <w:r>
        <w:t xml:space="preserve">    (c) share unhappiness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Romeo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banished</w:t>
      </w:r>
      <w:r>
        <w:rPr>
          <w:b/>
          <w:bCs/>
        </w:rPr>
        <w:t xml:space="preserve">.</w:t>
      </w:r>
      <w:r>
        <w:br/>
      </w:r>
      <w:r>
        <w:t xml:space="preserve">    (a) saddened</w:t>
      </w:r>
      <w:r>
        <w:br/>
      </w:r>
      <w:r>
        <w:t xml:space="preserve">    (b) forced to leave</w:t>
      </w:r>
      <w:r>
        <w:br/>
      </w:r>
      <w:r>
        <w:t xml:space="preserve">    (c) abandoned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lark that sings so out of tune,</w:t>
      </w:r>
      <w:r>
        <w:br/>
      </w:r>
      <w:r>
        <w:rPr>
          <w:b/>
          <w:bCs/>
        </w:rPr>
        <w:t xml:space="preserve">Straining harsh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discords</w:t>
      </w:r>
      <w:r>
        <w:rPr>
          <w:b/>
          <w:bCs/>
        </w:rPr>
        <w:t xml:space="preserve"> </w:t>
      </w:r>
      <w:r>
        <w:rPr>
          <w:b/>
          <w:bCs/>
        </w:rPr>
        <w:t xml:space="preserve">and unpleasing sharps.</w:t>
      </w:r>
      <w:r>
        <w:br/>
      </w:r>
      <w:r>
        <w:t xml:space="preserve">    (a) unpleasant sounds</w:t>
      </w:r>
      <w:r>
        <w:br/>
      </w:r>
      <w:r>
        <w:t xml:space="preserve">    (b) low notes</w:t>
      </w:r>
      <w:r>
        <w:br/>
      </w:r>
      <w:r>
        <w:t xml:space="preserve">    (c) high notes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I, for winking at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discords</w:t>
      </w:r>
      <w:r>
        <w:rPr>
          <w:b/>
          <w:bCs/>
        </w:rPr>
        <w:t xml:space="preserve"> </w:t>
      </w:r>
      <w:r>
        <w:rPr>
          <w:b/>
          <w:bCs/>
        </w:rPr>
        <w:t xml:space="preserve">too,</w:t>
      </w:r>
      <w:r>
        <w:br/>
      </w:r>
      <w:r>
        <w:rPr>
          <w:b/>
          <w:bCs/>
        </w:rPr>
        <w:t xml:space="preserve">Have lost a brace of kinsmen:</w:t>
      </w:r>
      <w:r>
        <w:br/>
      </w:r>
      <w:r>
        <w:t xml:space="preserve">    (a) bad singing</w:t>
      </w:r>
      <w:r>
        <w:br/>
      </w:r>
      <w:r>
        <w:t xml:space="preserve">    (b) disagreements</w:t>
      </w:r>
      <w:r>
        <w:br/>
      </w:r>
      <w:r>
        <w:t xml:space="preserve">    (c) misdeeds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fortune, fortune! All men call thee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fickle</w:t>
      </w:r>
      <w:r>
        <w:rPr>
          <w:b/>
          <w:bCs/>
        </w:rPr>
        <w:t xml:space="preserve">.</w:t>
      </w:r>
      <w:r>
        <w:br/>
      </w:r>
      <w:r>
        <w:t xml:space="preserve">    (a) quick to change</w:t>
      </w:r>
      <w:r>
        <w:br/>
      </w:r>
      <w:r>
        <w:t xml:space="preserve">    (b) promising</w:t>
      </w:r>
      <w:r>
        <w:br/>
      </w:r>
      <w:r>
        <w:t xml:space="preserve">    (c) frightening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Good father,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</w:t>
      </w:r>
      <w:r>
        <w:rPr>
          <w:b/>
          <w:bCs/>
        </w:rPr>
        <w:t xml:space="preserve"> </w:t>
      </w:r>
      <w:r>
        <w:rPr>
          <w:b/>
          <w:bCs/>
        </w:rPr>
        <w:t xml:space="preserve">you on my knees,</w:t>
      </w:r>
      <w:r>
        <w:br/>
      </w:r>
      <w:r>
        <w:t xml:space="preserve">    (a) beg</w:t>
      </w:r>
      <w:r>
        <w:br/>
      </w:r>
      <w:r>
        <w:t xml:space="preserve">    (b) run from</w:t>
      </w:r>
      <w:r>
        <w:br/>
      </w:r>
      <w:r>
        <w:t xml:space="preserve">    (c) pray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loathsome</w:t>
      </w:r>
      <w:r>
        <w:rPr>
          <w:b/>
          <w:bCs/>
        </w:rPr>
        <w:t xml:space="preserve"> </w:t>
      </w:r>
      <w:r>
        <w:rPr>
          <w:b/>
          <w:bCs/>
        </w:rPr>
        <w:t xml:space="preserve">smells</w:t>
      </w:r>
      <w:r>
        <w:br/>
      </w:r>
      <w:r>
        <w:t xml:space="preserve">    (a) desirable</w:t>
      </w:r>
      <w:r>
        <w:br/>
      </w:r>
      <w:r>
        <w:t xml:space="preserve">    (b) disgusting</w:t>
      </w:r>
      <w:r>
        <w:br/>
      </w:r>
      <w:r>
        <w:t xml:space="preserve">    (c) complex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lamentable</w:t>
      </w:r>
      <w:r>
        <w:rPr>
          <w:b/>
          <w:bCs/>
        </w:rPr>
        <w:t xml:space="preserve"> </w:t>
      </w:r>
      <w:r>
        <w:rPr>
          <w:b/>
          <w:bCs/>
        </w:rPr>
        <w:t xml:space="preserve">day, most woeful day</w:t>
      </w:r>
      <w:r>
        <w:br/>
      </w:r>
      <w:r>
        <w:rPr>
          <w:b/>
          <w:bCs/>
        </w:rPr>
        <w:t xml:space="preserve">That ever, ever, I did yet behold!</w:t>
      </w:r>
      <w:r>
        <w:br/>
      </w:r>
      <w:r>
        <w:t xml:space="preserve">    (a) sad</w:t>
      </w:r>
      <w:r>
        <w:br/>
      </w:r>
      <w:r>
        <w:t xml:space="preserve">    (b) unusual</w:t>
      </w:r>
      <w:r>
        <w:br/>
      </w:r>
      <w:r>
        <w:t xml:space="preserve">    (c) exciting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 remember an apothecary—</w:t>
      </w:r>
      <w:r>
        <w:br/>
      </w:r>
      <w:r>
        <w:rPr>
          <w:b/>
          <w:bCs/>
        </w:rPr>
        <w:t xml:space="preserve">And hereabouts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dwells</w:t>
      </w:r>
      <w:r>
        <w:rPr>
          <w:b/>
          <w:bCs/>
        </w:rPr>
        <w:t xml:space="preserve">,</w:t>
      </w:r>
      <w:r>
        <w:br/>
      </w:r>
      <w:r>
        <w:t xml:space="preserve">    (a) eats</w:t>
      </w:r>
      <w:r>
        <w:br/>
      </w:r>
      <w:r>
        <w:t xml:space="preserve">    (b) hides</w:t>
      </w:r>
      <w:r>
        <w:br/>
      </w:r>
      <w:r>
        <w:t xml:space="preserve">    (c) lives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Stop thy unhallowed toil, vile Montague.</w:t>
      </w:r>
      <w:r>
        <w:br/>
      </w:r>
      <w:r>
        <w:rPr>
          <w:b/>
          <w:bCs/>
        </w:rPr>
        <w:t xml:space="preserve">Can vengeance be pursued further than death?</w:t>
      </w:r>
      <w:r>
        <w:br/>
      </w:r>
      <w:r>
        <w:rPr>
          <w:b/>
          <w:bCs/>
        </w:rPr>
        <w:t xml:space="preserve">Condemned villain, I do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thee.</w:t>
      </w:r>
      <w:r>
        <w:br/>
      </w:r>
      <w:r>
        <w:rPr>
          <w:b/>
          <w:bCs/>
        </w:rPr>
        <w:t xml:space="preserve">Obey and go with me, for thou must die.</w:t>
      </w:r>
      <w:r>
        <w:br/>
      </w:r>
      <w:r>
        <w:t xml:space="preserve">    (a) condemn</w:t>
      </w:r>
      <w:r>
        <w:br/>
      </w:r>
      <w:r>
        <w:t xml:space="preserve">    (b) capture</w:t>
      </w:r>
      <w:r>
        <w:br/>
      </w:r>
      <w:r>
        <w:t xml:space="preserve">    (c) expel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comes she to me,</w:t>
      </w:r>
      <w:r>
        <w:br/>
      </w:r>
      <w:r>
        <w:rPr>
          <w:b/>
          <w:bCs/>
        </w:rPr>
        <w:t xml:space="preserve">And with wild looks, bid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some means</w:t>
      </w:r>
      <w:r>
        <w:br/>
      </w:r>
      <w:r>
        <w:rPr>
          <w:b/>
          <w:bCs/>
        </w:rPr>
        <w:t xml:space="preserve">To rid her from this second marriage,</w:t>
      </w:r>
      <w:r>
        <w:br/>
      </w:r>
      <w:r>
        <w:t xml:space="preserve">    (a) come up with (invent)</w:t>
      </w:r>
      <w:r>
        <w:br/>
      </w:r>
      <w:r>
        <w:t xml:space="preserve">    (b) stop (prevent)</w:t>
      </w:r>
      <w:r>
        <w:br/>
      </w:r>
      <w:r>
        <w:t xml:space="preserve">    (c) divide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  Then gave I her, so tutored by my art,</w:t>
      </w:r>
      <w:r>
        <w:br/>
      </w:r>
      <w:r>
        <w:rPr>
          <w:b/>
          <w:bCs/>
        </w:rPr>
        <w:t xml:space="preserve">  A sleeping potion; which so took effect</w:t>
      </w:r>
      <w:r>
        <w:br/>
      </w:r>
      <w:r>
        <w:rPr>
          <w:b/>
          <w:bCs/>
        </w:rPr>
        <w:t xml:space="preserve">  As I intended, for it wrought on her</w:t>
      </w:r>
      <w:r>
        <w:br/>
      </w:r>
      <w:r>
        <w:rPr>
          <w:b/>
          <w:bCs/>
        </w:rPr>
        <w:t xml:space="preserve">  The form of death: meantime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</w:t>
      </w:r>
      <w:r>
        <w:rPr>
          <w:b/>
          <w:bCs/>
        </w:rPr>
        <w:t xml:space="preserve"> </w:t>
      </w:r>
      <w:r>
        <w:rPr>
          <w:b/>
          <w:bCs/>
        </w:rPr>
        <w:t xml:space="preserve">to Romeo</w:t>
      </w:r>
      <w:r>
        <w:br/>
      </w:r>
      <w:r>
        <w:rPr>
          <w:b/>
          <w:bCs/>
        </w:rPr>
        <w:t xml:space="preserve">  That he should hither come as this dire night,</w:t>
      </w:r>
      <w:r>
        <w:br/>
      </w:r>
      <w:r>
        <w:rPr>
          <w:b/>
          <w:bCs/>
        </w:rPr>
        <w:t xml:space="preserve">  To help to take her from her borrow'd grave,</w:t>
      </w:r>
      <w:r>
        <w:br/>
      </w:r>
      <w:r>
        <w:rPr>
          <w:b/>
          <w:bCs/>
        </w:rPr>
        <w:t xml:space="preserve">  Being the time the potion's force should cease.</w:t>
      </w:r>
      <w:r>
        <w:br/>
      </w:r>
      <w:r>
        <w:t xml:space="preserve">    (a) suggested</w:t>
      </w:r>
      <w:r>
        <w:br/>
      </w:r>
      <w:r>
        <w:t xml:space="preserve">    (b) asked</w:t>
      </w:r>
      <w:r>
        <w:br/>
      </w:r>
      <w:r>
        <w:t xml:space="preserve">    (c) wrote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2026-07-31T14:28:38Z</dcterms:created>
  <dcterms:modified xsi:type="dcterms:W3CDTF">2026-07-31T14:28:38Z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