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6ab22a1164cc37da027d141e2662f559c4b1b8"/>
    <w:p>
      <w:pPr>
        <w:pStyle w:val="Heading1"/>
      </w:pPr>
      <w:r>
        <w:rPr>
          <w:b/>
          <w:bCs/>
        </w:rPr>
        <w:t xml:space="preserve">Romeo and Juliet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She'll not be hit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Cupid</w:t>
      </w:r>
      <w:r>
        <w:rPr>
          <w:b/>
          <w:bCs/>
        </w:rPr>
        <w:t xml:space="preserve">'s arrow.</w:t>
      </w:r>
      <w:r>
        <w:br/>
      </w:r>
      <w:r>
        <w:t xml:space="preserve">    (a) Roman mythology: (small, winged boy whose arrows make those struck fall in love)</w:t>
      </w:r>
      <w:r>
        <w:br/>
      </w:r>
      <w:r>
        <w:t xml:space="preserve">    (b) Roman mythology: (small, winged boy whose arrows make those struck get confused)</w:t>
      </w:r>
      <w:r>
        <w:br/>
      </w:r>
      <w:r>
        <w:t xml:space="preserve">    (c) Roman mythology: (small, winged boy whose arrows make those struck suffer misfortune)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Did my heart love till now?</w:t>
      </w:r>
      <w:r>
        <w:br/>
      </w:r>
      <w:r>
        <w:rPr>
          <w:b/>
          <w:bCs/>
          <w:u w:val="single"/>
        </w:rPr>
        <w:t xml:space="preserve">Forswear</w:t>
      </w:r>
      <w:r>
        <w:rPr>
          <w:b/>
          <w:bCs/>
        </w:rPr>
        <w:t xml:space="preserve"> </w:t>
      </w:r>
      <w:r>
        <w:rPr>
          <w:b/>
          <w:bCs/>
        </w:rPr>
        <w:t xml:space="preserve">it, sight!</w:t>
      </w:r>
      <w:r>
        <w:br/>
      </w:r>
      <w:r>
        <w:rPr>
          <w:b/>
          <w:bCs/>
        </w:rPr>
        <w:t xml:space="preserve">For I never saw true beauty till this night.</w:t>
      </w:r>
      <w:r>
        <w:br/>
      </w:r>
      <w:r>
        <w:t xml:space="preserve">    (a) pictures of lights</w:t>
      </w:r>
      <w:r>
        <w:br/>
      </w:r>
      <w:r>
        <w:t xml:space="preserve">    (b) paintings of stars</w:t>
      </w:r>
      <w:r>
        <w:br/>
      </w:r>
      <w:r>
        <w:t xml:space="preserve">    (c) swear it is not true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not for the wealth of all the town</w:t>
      </w:r>
      <w:r>
        <w:br/>
      </w:r>
      <w:r>
        <w:rPr>
          <w:b/>
          <w:bCs/>
        </w:rPr>
        <w:t xml:space="preserve">Here in my house do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disparagement</w:t>
      </w:r>
      <w:r>
        <w:rPr>
          <w:b/>
          <w:bCs/>
        </w:rPr>
        <w:t xml:space="preserve">:</w:t>
      </w:r>
      <w:r>
        <w:br/>
      </w:r>
      <w:r>
        <w:t xml:space="preserve">    (a) honor</w:t>
      </w:r>
      <w:r>
        <w:br/>
      </w:r>
      <w:r>
        <w:t xml:space="preserve">    (b) kindness</w:t>
      </w:r>
      <w:r>
        <w:br/>
      </w:r>
      <w:r>
        <w:t xml:space="preserve">    (c)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[Romeo taking Juliet's hand]</w:t>
      </w:r>
      <w:r>
        <w:br/>
      </w:r>
      <w:r>
        <w:rPr>
          <w:b/>
          <w:bCs/>
        </w:rPr>
        <w:t xml:space="preserve">If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profane</w:t>
      </w:r>
      <w:r>
        <w:rPr>
          <w:b/>
          <w:bCs/>
        </w:rPr>
        <w:t xml:space="preserve"> </w:t>
      </w:r>
      <w:r>
        <w:rPr>
          <w:b/>
          <w:bCs/>
        </w:rPr>
        <w:t xml:space="preserve">with my unworthiest hand</w:t>
      </w:r>
      <w:r>
        <w:br/>
      </w:r>
      <w:r>
        <w:rPr>
          <w:b/>
          <w:bCs/>
        </w:rPr>
        <w:t xml:space="preserve">This holy shrine, the gentle fine is this:</w:t>
      </w:r>
      <w:r>
        <w:br/>
      </w:r>
      <w:r>
        <w:rPr>
          <w:b/>
          <w:bCs/>
        </w:rPr>
        <w:t xml:space="preserve">My lips, two blushing pilgrims, ready stand</w:t>
      </w:r>
      <w:r>
        <w:br/>
      </w:r>
      <w:r>
        <w:rPr>
          <w:b/>
          <w:bCs/>
        </w:rPr>
        <w:t xml:space="preserve">To smooth that rough touch with a tender kiss.</w:t>
      </w:r>
      <w:r>
        <w:br/>
      </w:r>
      <w:r>
        <w:t xml:space="preserve">    (a) treat without proper reverence</w:t>
      </w:r>
      <w:r>
        <w:br/>
      </w:r>
      <w:r>
        <w:t xml:space="preserve">    (b) treat without proper understanding</w:t>
      </w:r>
      <w:r>
        <w:br/>
      </w:r>
      <w:r>
        <w:t xml:space="preserve">    (c) treat without adequate love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Come, he hath hid himself among these trees,</w:t>
      </w:r>
      <w:r>
        <w:br/>
      </w:r>
      <w:r>
        <w:rPr>
          <w:b/>
          <w:bCs/>
        </w:rPr>
        <w:t xml:space="preserve">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consorted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humorous night:</w:t>
      </w:r>
      <w:r>
        <w:br/>
      </w:r>
      <w:r>
        <w:rPr>
          <w:b/>
          <w:bCs/>
        </w:rPr>
        <w:t xml:space="preserve">Blind is his love, and best befits the dark.</w:t>
      </w:r>
      <w:r>
        <w:br/>
      </w:r>
      <w:r>
        <w:t xml:space="preserve">    (a) afraid to be seen</w:t>
      </w:r>
      <w:r>
        <w:br/>
      </w:r>
      <w:r>
        <w:t xml:space="preserve">    (b) separated</w:t>
      </w:r>
      <w:r>
        <w:br/>
      </w:r>
      <w:r>
        <w:t xml:space="preserve">    (c) spending time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Dost thou love me? I know thou wilt say "ay,"</w:t>
      </w:r>
      <w:r>
        <w:br/>
      </w:r>
      <w:r>
        <w:rPr>
          <w:b/>
          <w:bCs/>
        </w:rPr>
        <w:t xml:space="preserve">And I will take thy word. Yet, if thou swear'st,</w:t>
      </w:r>
      <w:r>
        <w:br/>
      </w:r>
      <w:r>
        <w:rPr>
          <w:b/>
          <w:bCs/>
        </w:rPr>
        <w:t xml:space="preserve">Thou mayst prove false. At lovers'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perjuries</w:t>
      </w:r>
      <w:r>
        <w:rPr>
          <w:b/>
          <w:bCs/>
        </w:rPr>
        <w:t xml:space="preserve">,</w:t>
      </w:r>
      <w:r>
        <w:br/>
      </w:r>
      <w:r>
        <w:rPr>
          <w:b/>
          <w:bCs/>
        </w:rPr>
        <w:t xml:space="preserve">They say Jove laughs.</w:t>
      </w:r>
      <w:r>
        <w:br/>
      </w:r>
      <w:r>
        <w:t xml:space="preserve">    (a) dreams</w:t>
      </w:r>
      <w:r>
        <w:br/>
      </w:r>
      <w:r>
        <w:t xml:space="preserve">    (b) lies</w:t>
      </w:r>
      <w:r>
        <w:br/>
      </w:r>
      <w:r>
        <w:t xml:space="preserve">    (c) plans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Forbear</w:t>
      </w:r>
      <w:r>
        <w:rPr>
          <w:b/>
          <w:bCs/>
        </w:rPr>
        <w:t xml:space="preserve"> </w:t>
      </w:r>
      <w:r>
        <w:rPr>
          <w:b/>
          <w:bCs/>
        </w:rPr>
        <w:t xml:space="preserve">this outrage!</w:t>
      </w:r>
      <w:r>
        <w:br/>
      </w:r>
      <w:r>
        <w:t xml:space="preserve">    (a) ignore</w:t>
      </w:r>
      <w:r>
        <w:br/>
      </w:r>
      <w:r>
        <w:t xml:space="preserve">    (b) stop</w:t>
      </w:r>
      <w:r>
        <w:br/>
      </w:r>
      <w:r>
        <w:t xml:space="preserve">    (c) fight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storm is this that blows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contrary</w:t>
      </w:r>
      <w:r>
        <w:rPr>
          <w:b/>
          <w:bCs/>
        </w:rPr>
        <w:t xml:space="preserve">?</w:t>
      </w:r>
      <w:r>
        <w:br/>
      </w:r>
      <w:r>
        <w:t xml:space="preserve">    (a) unusually</w:t>
      </w:r>
      <w:r>
        <w:br/>
      </w:r>
      <w:r>
        <w:t xml:space="preserve">    (b) disagreeably</w:t>
      </w:r>
      <w:r>
        <w:br/>
      </w:r>
      <w:r>
        <w:t xml:space="preserve">    (c) strongly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There's no trust,</w:t>
      </w:r>
      <w:r>
        <w:br/>
      </w:r>
      <w:r>
        <w:rPr>
          <w:b/>
          <w:bCs/>
        </w:rPr>
        <w:t xml:space="preserve">No faith, no honesty in men; all perjur'd,</w:t>
      </w:r>
      <w:r>
        <w:br/>
      </w:r>
      <w:r>
        <w:rPr>
          <w:b/>
          <w:bCs/>
        </w:rPr>
        <w:t xml:space="preserve">All forsworn, all naught, 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dissemblers</w:t>
      </w:r>
      <w:r>
        <w:rPr>
          <w:b/>
          <w:bCs/>
        </w:rPr>
        <w:t xml:space="preserve">.</w:t>
      </w:r>
      <w:r>
        <w:br/>
      </w:r>
      <w:r>
        <w:t xml:space="preserve">    (a) fools</w:t>
      </w:r>
      <w:r>
        <w:br/>
      </w:r>
      <w:r>
        <w:t xml:space="preserve">    (b) cowards</w:t>
      </w:r>
      <w:r>
        <w:br/>
      </w:r>
      <w:r>
        <w:t xml:space="preserve">    (c) deceivers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thought thy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disposition</w:t>
      </w:r>
      <w:r>
        <w:rPr>
          <w:b/>
          <w:bCs/>
        </w:rPr>
        <w:t xml:space="preserve"> </w:t>
      </w:r>
      <w:r>
        <w:rPr>
          <w:b/>
          <w:bCs/>
        </w:rPr>
        <w:t xml:space="preserve">better tempered.</w:t>
      </w:r>
      <w:r>
        <w:br/>
      </w:r>
      <w:r>
        <w:t xml:space="preserve">    (a) mood or personality</w:t>
      </w:r>
      <w:r>
        <w:br/>
      </w:r>
      <w:r>
        <w:t xml:space="preserve">    (b) decision</w:t>
      </w:r>
      <w:r>
        <w:br/>
      </w:r>
      <w:r>
        <w:t xml:space="preserve">    (c) sword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Thy noble shape is but a form of wax,</w:t>
      </w:r>
      <w:r>
        <w:br/>
      </w:r>
      <w:r>
        <w:rPr>
          <w:b/>
          <w:bCs/>
          <w:u w:val="single"/>
        </w:rPr>
        <w:t xml:space="preserve">Digressing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valor of a man;</w:t>
      </w:r>
      <w:r>
        <w:br/>
      </w:r>
      <w:r>
        <w:t xml:space="preserve">    (a) emulating (being like)</w:t>
      </w:r>
      <w:r>
        <w:br/>
      </w:r>
      <w:r>
        <w:t xml:space="preserve">    (b) deviating (different)</w:t>
      </w:r>
      <w:r>
        <w:br/>
      </w:r>
      <w:r>
        <w:t xml:space="preserve">    (c) growing out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the lark,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herald</w:t>
      </w:r>
      <w:r>
        <w:rPr>
          <w:b/>
          <w:bCs/>
        </w:rPr>
        <w:t xml:space="preserve"> </w:t>
      </w:r>
      <w:r>
        <w:rPr>
          <w:b/>
          <w:bCs/>
        </w:rPr>
        <w:t xml:space="preserve">of the morn,</w:t>
      </w:r>
      <w:r>
        <w:br/>
      </w:r>
      <w:r>
        <w:t xml:space="preserve">    (a) first awake</w:t>
      </w:r>
      <w:r>
        <w:br/>
      </w:r>
      <w:r>
        <w:t xml:space="preserve">    (b) announcer</w:t>
      </w:r>
      <w:r>
        <w:br/>
      </w:r>
      <w:r>
        <w:t xml:space="preserve">    (c) sunshine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omit</w:t>
      </w:r>
      <w:r>
        <w:rPr>
          <w:b/>
          <w:bCs/>
        </w:rPr>
        <w:t xml:space="preserve"> </w:t>
      </w:r>
      <w:r>
        <w:rPr>
          <w:b/>
          <w:bCs/>
        </w:rPr>
        <w:t xml:space="preserve">no opportunity</w:t>
      </w:r>
      <w:r>
        <w:br/>
      </w:r>
      <w:r>
        <w:rPr>
          <w:b/>
          <w:bCs/>
        </w:rPr>
        <w:t xml:space="preserve">That may convey my greetings, love, to thee.</w:t>
      </w:r>
      <w:r>
        <w:br/>
      </w:r>
      <w:r>
        <w:t xml:space="preserve">    (a) exaggerate</w:t>
      </w:r>
      <w:r>
        <w:br/>
      </w:r>
      <w:r>
        <w:t xml:space="preserve">    (b) make up</w:t>
      </w:r>
      <w:r>
        <w:br/>
      </w:r>
      <w:r>
        <w:t xml:space="preserve">    (c) leave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omit no opportunity</w:t>
      </w:r>
      <w:r>
        <w:br/>
      </w:r>
      <w:r>
        <w:rPr>
          <w:b/>
          <w:bCs/>
        </w:rPr>
        <w:t xml:space="preserve">That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greetings, love, to thee.</w:t>
      </w:r>
      <w:r>
        <w:br/>
      </w:r>
      <w:r>
        <w:t xml:space="preserve">    (a) enjoy</w:t>
      </w:r>
      <w:r>
        <w:br/>
      </w:r>
      <w:r>
        <w:t xml:space="preserve">    (b) understand</w:t>
      </w:r>
      <w:r>
        <w:br/>
      </w:r>
      <w:r>
        <w:t xml:space="preserve">    (c) carry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Tell me not, friar, that thou hear'st of this,</w:t>
      </w:r>
      <w:r>
        <w:br/>
      </w:r>
      <w:r>
        <w:rPr>
          <w:b/>
          <w:bCs/>
        </w:rPr>
        <w:t xml:space="preserve">Unless thou tell me how I may prevent it:</w:t>
      </w:r>
      <w:r>
        <w:br/>
      </w:r>
      <w:r>
        <w:rPr>
          <w:b/>
          <w:bCs/>
        </w:rPr>
        <w:t xml:space="preserve">If, in thy wisdom, thou canst give no help,</w:t>
      </w:r>
      <w:r>
        <w:br/>
      </w:r>
      <w:r>
        <w:rPr>
          <w:b/>
          <w:bCs/>
        </w:rPr>
        <w:t xml:space="preserve">Do thou but call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resolution</w:t>
      </w:r>
      <w:r>
        <w:rPr>
          <w:b/>
          <w:bCs/>
        </w:rPr>
        <w:t xml:space="preserve"> </w:t>
      </w:r>
      <w:r>
        <w:rPr>
          <w:b/>
          <w:bCs/>
        </w:rPr>
        <w:t xml:space="preserve">wise,</w:t>
      </w:r>
      <w:r>
        <w:br/>
      </w:r>
      <w:r>
        <w:rPr>
          <w:b/>
          <w:bCs/>
        </w:rPr>
        <w:t xml:space="preserve">And with this knife I'll help it presently.</w:t>
      </w:r>
      <w:r>
        <w:br/>
      </w:r>
      <w:r>
        <w:t xml:space="preserve">    (a) focus</w:t>
      </w:r>
      <w:r>
        <w:br/>
      </w:r>
      <w:r>
        <w:t xml:space="preserve">    (b) decision</w:t>
      </w:r>
      <w:r>
        <w:br/>
      </w:r>
      <w:r>
        <w:t xml:space="preserve">    (c) banishment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music with her silver sound</w:t>
      </w:r>
      <w:r>
        <w:br/>
      </w:r>
      <w:r>
        <w:rPr>
          <w:b/>
          <w:bCs/>
        </w:rPr>
        <w:t xml:space="preserve">With speedy help doth lend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redress</w:t>
      </w:r>
      <w:r>
        <w:rPr>
          <w:b/>
          <w:bCs/>
        </w:rPr>
        <w:t xml:space="preserve">.</w:t>
      </w:r>
      <w:r>
        <w:br/>
      </w:r>
      <w:r>
        <w:t xml:space="preserve">    (a) fixing a problem</w:t>
      </w:r>
      <w:r>
        <w:br/>
      </w:r>
      <w:r>
        <w:t xml:space="preserve">    (b) cheerfulness</w:t>
      </w:r>
      <w:r>
        <w:br/>
      </w:r>
      <w:r>
        <w:t xml:space="preserve">    (c) a sympathetic 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saw her laid low in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kindred</w:t>
      </w:r>
      <w:r>
        <w:rPr>
          <w:b/>
          <w:bCs/>
        </w:rPr>
        <w:t xml:space="preserve">'s vault,</w:t>
      </w:r>
      <w:r>
        <w:br/>
      </w:r>
      <w:r>
        <w:t xml:space="preserve">    (a) family</w:t>
      </w:r>
      <w:r>
        <w:br/>
      </w:r>
      <w:r>
        <w:t xml:space="preserve">    (b) church</w:t>
      </w:r>
      <w:r>
        <w:br/>
      </w:r>
      <w:r>
        <w:t xml:space="preserve">    (c) 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[speaking to the tomb that holds Juliet]</w:t>
      </w:r>
      <w:r>
        <w:br/>
      </w:r>
      <w:r>
        <w:rPr>
          <w:b/>
          <w:bCs/>
        </w:rPr>
        <w:t xml:space="preserve">Thou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detestable</w:t>
      </w:r>
      <w:r>
        <w:rPr>
          <w:b/>
          <w:bCs/>
        </w:rPr>
        <w:t xml:space="preserve"> </w:t>
      </w:r>
      <w:r>
        <w:rPr>
          <w:b/>
          <w:bCs/>
        </w:rPr>
        <w:t xml:space="preserve">maw, thou womb of death,</w:t>
      </w:r>
      <w:r>
        <w:br/>
      </w:r>
      <w:r>
        <w:rPr>
          <w:b/>
          <w:bCs/>
        </w:rPr>
        <w:t xml:space="preserve">Gorged with the dearest morsel of the earth,</w:t>
      </w:r>
      <w:r>
        <w:br/>
      </w:r>
      <w:r>
        <w:t xml:space="preserve">    (a) unfeeling</w:t>
      </w:r>
      <w:r>
        <w:br/>
      </w:r>
      <w:r>
        <w:t xml:space="preserve">    (b) horrible</w:t>
      </w:r>
      <w:r>
        <w:br/>
      </w:r>
      <w:r>
        <w:t xml:space="preserve">    (c) large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Shall I believe</w:t>
      </w:r>
      <w:r>
        <w:br/>
      </w:r>
      <w:r>
        <w:rPr>
          <w:b/>
          <w:bCs/>
        </w:rPr>
        <w:t xml:space="preserve">That unsubstantial death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,</w:t>
      </w:r>
      <w:r>
        <w:br/>
      </w:r>
      <w:r>
        <w:rPr>
          <w:b/>
          <w:bCs/>
        </w:rPr>
        <w:t xml:space="preserve">And that the lean abhorred monster keeps</w:t>
      </w:r>
      <w:r>
        <w:br/>
      </w:r>
      <w:r>
        <w:rPr>
          <w:b/>
          <w:bCs/>
        </w:rPr>
        <w:t xml:space="preserve">Thee here in dark to be his paramour?</w:t>
      </w:r>
      <w:r>
        <w:br/>
      </w:r>
      <w:r>
        <w:t xml:space="preserve">    (a) in love (with you)</w:t>
      </w:r>
      <w:r>
        <w:br/>
      </w:r>
      <w:r>
        <w:t xml:space="preserve">    (b) short-lived (for you)</w:t>
      </w:r>
      <w:r>
        <w:br/>
      </w:r>
      <w:r>
        <w:t xml:space="preserve">    (c) jealous (about you)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Poor sacrifices of 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enmity</w:t>
      </w:r>
      <w:r>
        <w:rPr>
          <w:b/>
          <w:bCs/>
        </w:rPr>
        <w:t xml:space="preserve">!</w:t>
      </w:r>
      <w:r>
        <w:br/>
      </w:r>
      <w:r>
        <w:t xml:space="preserve">    (a) confusion</w:t>
      </w:r>
      <w:r>
        <w:br/>
      </w:r>
      <w:r>
        <w:t xml:space="preserve">    (b) intentions</w:t>
      </w:r>
      <w:r>
        <w:br/>
      </w:r>
      <w:r>
        <w:t xml:space="preserve">    (c) hatred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2026-07-31T14:28:38Z</dcterms:created>
  <dcterms:modified xsi:type="dcterms:W3CDTF">2026-07-31T14:28:38Z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