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30a17359197efc200f49cd6546e251e8e41bd3"/>
    <w:p>
      <w:pPr>
        <w:pStyle w:val="Heading1"/>
      </w:pPr>
      <w:r>
        <w:rPr>
          <w:b/>
          <w:bCs/>
        </w:rPr>
        <w:t xml:space="preserve">Romeo and Juliet — adapted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Two families in Verona, Italy, equally respected, Have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feuding</w:t>
      </w:r>
      <w:r>
        <w:rPr>
          <w:b/>
          <w:bCs/>
        </w:rPr>
        <w:t xml:space="preserve"> </w:t>
      </w:r>
      <w:r>
        <w:rPr>
          <w:b/>
          <w:bCs/>
        </w:rPr>
        <w:t xml:space="preserve">for many years.</w:t>
      </w:r>
      <w:r>
        <w:br/>
      </w:r>
      <w:r>
        <w:t xml:space="preserve">    (a) cooperating</w:t>
      </w:r>
      <w:r>
        <w:br/>
      </w:r>
      <w:r>
        <w:t xml:space="preserve">    (b) fighting or quarreling</w:t>
      </w:r>
      <w:r>
        <w:br/>
      </w:r>
      <w:r>
        <w:t xml:space="preserve">    (c) avoiding each other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swung it about and cut the winds, which,</w:t>
      </w:r>
      <w:r>
        <w:br/>
      </w:r>
      <w:r>
        <w:rPr>
          <w:b/>
          <w:bCs/>
        </w:rPr>
        <w:t xml:space="preserve">Not being hurt, hissed at him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</w:t>
      </w:r>
      <w:r>
        <w:rPr>
          <w:b/>
          <w:bCs/>
        </w:rPr>
        <w:t xml:space="preserve">.</w:t>
      </w:r>
      <w:r>
        <w:br/>
      </w:r>
      <w:r>
        <w:t xml:space="preserve">    (a) admiration</w:t>
      </w:r>
      <w:r>
        <w:br/>
      </w:r>
      <w:r>
        <w:t xml:space="preserve">    (b) disrespect</w:t>
      </w:r>
      <w:r>
        <w:br/>
      </w:r>
      <w:r>
        <w:t xml:space="preserve">    (c)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BENVOLIO: Then she has sworn that she will live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chaste</w:t>
      </w:r>
      <w:r>
        <w:rPr>
          <w:b/>
          <w:bCs/>
        </w:rPr>
        <w:t xml:space="preserve">?</w:t>
      </w:r>
      <w:r>
        <w:br/>
      </w:r>
      <w:r>
        <w:t xml:space="preserve">    (a) in the open (without secrets)</w:t>
      </w:r>
      <w:r>
        <w:br/>
      </w:r>
      <w:r>
        <w:t xml:space="preserve">    (b) without sexual intercourse</w:t>
      </w:r>
      <w:r>
        <w:br/>
      </w:r>
      <w:r>
        <w:t xml:space="preserve">    (c) in a loyal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[of the fairy queen, Queen Mab]</w:t>
      </w:r>
      <w:r>
        <w:br/>
      </w:r>
      <w:r>
        <w:rPr>
          <w:b/>
          <w:bCs/>
        </w:rPr>
        <w:t xml:space="preserve">Her wagon-spokes are made of spiders' legs.</w:t>
      </w:r>
      <w:r>
        <w:br/>
      </w:r>
      <w:r>
        <w:rPr>
          <w:b/>
          <w:bCs/>
        </w:rPr>
        <w:t xml:space="preserve">The cover is made of grasshoppers' wings.</w:t>
      </w:r>
      <w:r>
        <w:br/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reins</w:t>
      </w:r>
      <w:r>
        <w:rPr>
          <w:b/>
          <w:bCs/>
        </w:rPr>
        <w:t xml:space="preserve"> </w:t>
      </w:r>
      <w:r>
        <w:rPr>
          <w:b/>
          <w:bCs/>
        </w:rPr>
        <w:t xml:space="preserve">are of the smallest spider's web.</w:t>
      </w:r>
      <w:r>
        <w:br/>
      </w:r>
      <w:r>
        <w:t xml:space="preserve">    (a) rules to maintain control</w:t>
      </w:r>
      <w:r>
        <w:br/>
      </w:r>
      <w:r>
        <w:t xml:space="preserve">    (b) a pair of straps attached to a bit in a horse's mouth and used to control it</w:t>
      </w:r>
      <w:r>
        <w:br/>
      </w:r>
      <w:r>
        <w:t xml:space="preserve">    (c) water drops falling from the sky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[of the fairy queen, Queen Mab]</w:t>
      </w:r>
      <w:r>
        <w:br/>
      </w:r>
      <w:r>
        <w:rPr>
          <w:b/>
          <w:bCs/>
        </w:rPr>
        <w:t xml:space="preserve">This is the same Mab that braids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manes</w:t>
      </w:r>
      <w:r>
        <w:br/>
      </w:r>
      <w:r>
        <w:rPr>
          <w:b/>
          <w:bCs/>
        </w:rPr>
        <w:t xml:space="preserve">Of horses in the night</w:t>
      </w:r>
      <w:r>
        <w:br/>
      </w:r>
      <w:r>
        <w:rPr>
          <w:b/>
          <w:bCs/>
        </w:rPr>
        <w:t xml:space="preserve">And tangles your hair in bed.</w:t>
      </w:r>
      <w:r>
        <w:br/>
      </w:r>
      <w:r>
        <w:t xml:space="preserve">    (a) hair around the ears</w:t>
      </w:r>
      <w:r>
        <w:br/>
      </w:r>
      <w:r>
        <w:t xml:space="preserve">    (b) important parts</w:t>
      </w:r>
      <w:r>
        <w:br/>
      </w:r>
      <w:r>
        <w:t xml:space="preserve">    (c) long coarse hair growing on the back of the neck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are nothing but fantasy, Thin as the air,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fickle</w:t>
      </w:r>
      <w:r>
        <w:rPr>
          <w:b/>
          <w:bCs/>
        </w:rPr>
        <w:t xml:space="preserve"> </w:t>
      </w:r>
      <w:r>
        <w:rPr>
          <w:b/>
          <w:bCs/>
        </w:rPr>
        <w:t xml:space="preserve">than the wind.</w:t>
      </w:r>
      <w:r>
        <w:br/>
      </w:r>
      <w:r>
        <w:t xml:space="preserve">    (a) unreliable (changing quickly)</w:t>
      </w:r>
      <w:r>
        <w:br/>
      </w:r>
      <w:r>
        <w:t xml:space="preserve">    (b) cold (heartless)</w:t>
      </w:r>
      <w:r>
        <w:br/>
      </w:r>
      <w:r>
        <w:t xml:space="preserve">    (c) constant or reliable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Does he dare Come here, covered with a party mask,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mock</w:t>
      </w:r>
      <w:r>
        <w:rPr>
          <w:b/>
          <w:bCs/>
        </w:rPr>
        <w:t xml:space="preserve"> </w:t>
      </w:r>
      <w:r>
        <w:rPr>
          <w:b/>
          <w:bCs/>
        </w:rPr>
        <w:t xml:space="preserve">us at our own party?</w:t>
      </w:r>
      <w:r>
        <w:br/>
      </w:r>
      <w:r>
        <w:t xml:space="preserve">    (a) windy storm</w:t>
      </w:r>
      <w:r>
        <w:br/>
      </w:r>
      <w:r>
        <w:t xml:space="preserve">    (b) make fun of</w:t>
      </w:r>
      <w:r>
        <w:br/>
      </w:r>
      <w:r>
        <w:t xml:space="preserve">    (c) bounce back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may think I am not modest,</w:t>
      </w:r>
      <w:r>
        <w:br/>
      </w:r>
      <w:r>
        <w:rPr>
          <w:b/>
          <w:bCs/>
        </w:rPr>
        <w:t xml:space="preserve">But trust me, gentleman, I'll be more true</w:t>
      </w:r>
      <w:r>
        <w:br/>
      </w:r>
      <w:r>
        <w:rPr>
          <w:b/>
          <w:bCs/>
        </w:rPr>
        <w:t xml:space="preserve">Than those who are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.</w:t>
      </w:r>
      <w:r>
        <w:br/>
      </w:r>
      <w:r>
        <w:t xml:space="preserve">    (a) odd or unusual</w:t>
      </w:r>
      <w:r>
        <w:br/>
      </w:r>
      <w:r>
        <w:t xml:space="preserve">    (b) clever and deceptive</w:t>
      </w:r>
      <w:r>
        <w:br/>
      </w:r>
      <w:r>
        <w:t xml:space="preserve">    (c) foolish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should have been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coy</w:t>
      </w:r>
      <w:r>
        <w:rPr>
          <w:b/>
          <w:bCs/>
        </w:rPr>
        <w:t xml:space="preserve">, perhaps, But you overheard my true feelings, Before I was aware that you were here.</w:t>
      </w:r>
      <w:r>
        <w:br/>
      </w:r>
      <w:r>
        <w:t xml:space="preserve">    (a) bold</w:t>
      </w:r>
      <w:r>
        <w:br/>
      </w:r>
      <w:r>
        <w:t xml:space="preserve">    (b) secretive</w:t>
      </w:r>
      <w:r>
        <w:br/>
      </w:r>
      <w:r>
        <w:t xml:space="preserve">    (c) devious (tricky)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 visit Friar Lawrence in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monk</w:t>
      </w:r>
      <w:r>
        <w:rPr>
          <w:b/>
          <w:bCs/>
        </w:rPr>
        <w:t xml:space="preserve">'s cell, His help to ask and my good fortune to tell.</w:t>
      </w:r>
      <w:r>
        <w:br/>
      </w:r>
      <w:r>
        <w:t xml:space="preserve">    (a) a male cook</w:t>
      </w:r>
      <w:r>
        <w:br/>
      </w:r>
      <w:r>
        <w:t xml:space="preserve">    (b) a title of respect for a male</w:t>
      </w:r>
      <w:r>
        <w:br/>
      </w:r>
      <w:r>
        <w:t xml:space="preserve">    (c) a male member of a religious 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Stabbed in the eye with Rosaline's looks, Shot through the ear with a love song, Pierced in the heart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Cupid</w:t>
      </w:r>
      <w:r>
        <w:rPr>
          <w:b/>
          <w:bCs/>
        </w:rPr>
        <w:t xml:space="preserve">'s arrow.</w:t>
      </w:r>
      <w:r>
        <w:br/>
      </w:r>
      <w:r>
        <w:t xml:space="preserve">    (a) Roman mythology:  the god of the underworld</w:t>
      </w:r>
      <w:r>
        <w:br/>
      </w:r>
      <w:r>
        <w:t xml:space="preserve">    (b) Roman mythology:  god of love; a small, winged boy whose arrows make those struck fall in love</w:t>
      </w:r>
      <w:r>
        <w:br/>
      </w:r>
      <w:r>
        <w:t xml:space="preserve">    (c) Roman mythology:  god of war and agriculture; father of Romulus and Remus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JULIET: Why are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tormenting</w:t>
      </w:r>
      <w:r>
        <w:rPr>
          <w:b/>
          <w:bCs/>
        </w:rPr>
        <w:t xml:space="preserve"> </w:t>
      </w:r>
      <w:r>
        <w:rPr>
          <w:b/>
          <w:bCs/>
        </w:rPr>
        <w:t xml:space="preserve">me this way?</w:t>
      </w:r>
      <w:r>
        <w:br/>
      </w:r>
      <w:r>
        <w:t xml:space="preserve">    (a) helping</w:t>
      </w:r>
      <w:r>
        <w:br/>
      </w:r>
      <w:r>
        <w:t xml:space="preserve">    (b) ignoring</w:t>
      </w:r>
      <w:r>
        <w:br/>
      </w:r>
      <w:r>
        <w:t xml:space="preserve">    (c) causing great suffering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Prince has decided you will not die, But you will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banished</w:t>
      </w:r>
      <w:r>
        <w:rPr>
          <w:b/>
          <w:bCs/>
        </w:rPr>
        <w:t xml:space="preserve">.</w:t>
      </w:r>
      <w:r>
        <w:br/>
      </w:r>
      <w:r>
        <w:t xml:space="preserve">    (a) forced to leave the community</w:t>
      </w:r>
      <w:r>
        <w:br/>
      </w:r>
      <w:r>
        <w:t xml:space="preserve">    (b) imprisoned for a long period</w:t>
      </w:r>
      <w:r>
        <w:br/>
      </w:r>
      <w:r>
        <w:t xml:space="preserve">    (c) whipped and humiliated in public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law, which might have killed you,</w:t>
      </w:r>
      <w:r>
        <w:br/>
      </w:r>
      <w:r>
        <w:rPr>
          <w:b/>
          <w:bCs/>
        </w:rPr>
        <w:t xml:space="preserve">Became your friend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exiled</w:t>
      </w:r>
      <w:r>
        <w:rPr>
          <w:b/>
          <w:bCs/>
        </w:rPr>
        <w:t xml:space="preserve"> </w:t>
      </w:r>
      <w:r>
        <w:rPr>
          <w:b/>
          <w:bCs/>
        </w:rPr>
        <w:t xml:space="preserve">you instead.</w:t>
      </w:r>
      <w:r>
        <w:br/>
      </w:r>
      <w:r>
        <w:t xml:space="preserve">    (a) forced someone to live outside of their home community</w:t>
      </w:r>
      <w:r>
        <w:br/>
      </w:r>
      <w:r>
        <w:t xml:space="preserve">    (b) imprisoned for a long time</w:t>
      </w:r>
      <w:r>
        <w:br/>
      </w:r>
      <w:r>
        <w:t xml:space="preserve">    (c) saved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worked to find her a good match.</w:t>
      </w:r>
      <w:r>
        <w:br/>
      </w:r>
      <w:r>
        <w:rPr>
          <w:b/>
          <w:bCs/>
        </w:rPr>
        <w:t xml:space="preserve">Now we have found a noble gentleman,</w:t>
      </w:r>
      <w:r>
        <w:br/>
      </w:r>
      <w:r>
        <w:rPr>
          <w:b/>
          <w:bCs/>
        </w:rPr>
        <w:t xml:space="preserve">Good-looking, young, and honorable.</w:t>
      </w:r>
      <w:r>
        <w:br/>
      </w:r>
      <w:r>
        <w:rPr>
          <w:b/>
          <w:bCs/>
        </w:rPr>
        <w:t xml:space="preserve">And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wretched</w:t>
      </w:r>
      <w:r>
        <w:rPr>
          <w:b/>
          <w:bCs/>
        </w:rPr>
        <w:t xml:space="preserve">, whining fool says "No."</w:t>
      </w:r>
      <w:r>
        <w:br/>
      </w:r>
      <w:r>
        <w:t xml:space="preserve">    (a) miserable</w:t>
      </w:r>
      <w:r>
        <w:br/>
      </w:r>
      <w:r>
        <w:t xml:space="preserve">    (b) irresponsible</w:t>
      </w:r>
      <w:r>
        <w:br/>
      </w:r>
      <w:r>
        <w:t xml:space="preserve">    (c) foolish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kind of advice was that?</w:t>
      </w:r>
      <w:r>
        <w:br/>
      </w: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condemns</w:t>
      </w:r>
      <w:r>
        <w:rPr>
          <w:b/>
          <w:bCs/>
        </w:rPr>
        <w:t xml:space="preserve"> </w:t>
      </w:r>
      <w:r>
        <w:rPr>
          <w:b/>
          <w:bCs/>
        </w:rPr>
        <w:t xml:space="preserve">Romeo with the</w:t>
      </w:r>
      <w:r>
        <w:br/>
      </w:r>
      <w:r>
        <w:rPr>
          <w:b/>
          <w:bCs/>
        </w:rPr>
        <w:t xml:space="preserve">Same tongue she used to praise him!</w:t>
      </w:r>
      <w:r>
        <w:br/>
      </w:r>
      <w:r>
        <w:rPr>
          <w:b/>
          <w:bCs/>
        </w:rPr>
        <w:t xml:space="preserve">She shall hear no more of my secrets.</w:t>
      </w:r>
      <w:r>
        <w:br/>
      </w:r>
      <w:r>
        <w:t xml:space="preserve">    (a) expresses strong criticism of</w:t>
      </w:r>
      <w:r>
        <w:br/>
      </w:r>
      <w:r>
        <w:t xml:space="preserve">    (b) sentences to death</w:t>
      </w:r>
      <w:r>
        <w:br/>
      </w:r>
      <w:r>
        <w:t xml:space="preserve">    (c) makes fun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must act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dismal</w:t>
      </w:r>
      <w:r>
        <w:rPr>
          <w:b/>
          <w:bCs/>
        </w:rPr>
        <w:t xml:space="preserve"> </w:t>
      </w:r>
      <w:r>
        <w:rPr>
          <w:b/>
          <w:bCs/>
        </w:rPr>
        <w:t xml:space="preserve">scene alone.</w:t>
      </w:r>
      <w:r>
        <w:br/>
      </w:r>
      <w:r>
        <w:t xml:space="preserve">    (a) lonely</w:t>
      </w:r>
      <w:r>
        <w:br/>
      </w:r>
      <w:r>
        <w:t xml:space="preserve">    (b) depressing</w:t>
      </w:r>
      <w:r>
        <w:br/>
      </w:r>
      <w:r>
        <w:t xml:space="preserve">    (c) dangerous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Live,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prosper</w:t>
      </w:r>
      <w:r>
        <w:rPr>
          <w:b/>
          <w:bCs/>
        </w:rPr>
        <w:t xml:space="preserve">, and farewell, good fellow.</w:t>
      </w:r>
      <w:r>
        <w:br/>
      </w:r>
      <w:r>
        <w:t xml:space="preserve">    (a) grow stronger or do well</w:t>
      </w:r>
      <w:r>
        <w:br/>
      </w:r>
      <w:r>
        <w:t xml:space="preserve">    (b) have an ambitious plan or a lofty goal</w:t>
      </w:r>
      <w:r>
        <w:br/>
      </w:r>
      <w:r>
        <w:t xml:space="preserve">    (c) work hard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ROMEO: Will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provoke</w:t>
      </w:r>
      <w:r>
        <w:rPr>
          <w:b/>
          <w:bCs/>
        </w:rPr>
        <w:t xml:space="preserve"> </w:t>
      </w:r>
      <w:r>
        <w:rPr>
          <w:b/>
          <w:bCs/>
        </w:rPr>
        <w:t xml:space="preserve">me? Then fight, boy!</w:t>
      </w:r>
      <w:r>
        <w:br/>
      </w:r>
      <w:r>
        <w:t xml:space="preserve">    (a) distract from</w:t>
      </w:r>
      <w:r>
        <w:br/>
      </w:r>
      <w:r>
        <w:t xml:space="preserve">    (b) cause a reaction</w:t>
      </w:r>
      <w:r>
        <w:br/>
      </w:r>
      <w:r>
        <w:t xml:space="preserve">    (c) prevent or stop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 this be my daughter's wedding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dowry</w:t>
      </w:r>
      <w:r>
        <w:rPr>
          <w:b/>
          <w:bCs/>
        </w:rPr>
        <w:t xml:space="preserve">.</w:t>
      </w:r>
      <w:r>
        <w:br/>
      </w:r>
      <w:r>
        <w:t xml:space="preserve">    (a) in some societies, money or property given by a woman's family to the husband at marriage</w:t>
      </w:r>
      <w:r>
        <w:br/>
      </w:r>
      <w:r>
        <w:t xml:space="preserve">    (b) in some societies, a party given to celebrate a wedding</w:t>
      </w:r>
      <w:r>
        <w:br/>
      </w:r>
      <w:r>
        <w:t xml:space="preserve">    (c) in some societies, a meeting to discuss terms involved in a marriage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2026-07-31T20:10:37Z</dcterms:created>
  <dcterms:modified xsi:type="dcterms:W3CDTF">2026-07-31T20:10:37Z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