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bbd816de6e8bc07d733fe897d942dc8cfc00dd"/>
    <w:p>
      <w:pPr>
        <w:pStyle w:val="Heading1"/>
      </w:pPr>
      <w:r>
        <w:rPr>
          <w:b/>
          <w:bCs/>
        </w:rPr>
        <w:t xml:space="preserve">Robinson Crusoe</w:t>
      </w:r>
      <w:r>
        <w:br/>
      </w:r>
      <w:r>
        <w:rPr>
          <w:i/>
          <w:iCs/>
        </w:rPr>
        <w:t xml:space="preserve">Daniel Defoe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greetings</w:t>
      </w:r>
      <w:r>
        <w:br/>
      </w:r>
      <w:r>
        <w:t xml:space="preserve">    (c) hello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increase</w:t>
      </w:r>
      <w:r>
        <w:br/>
      </w:r>
      <w:r>
        <w:t xml:space="preserve">    (b) distract from</w:t>
      </w:r>
      <w:r>
        <w:br/>
      </w:r>
      <w:r>
        <w:t xml:space="preserve">    (c) reduce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Adams was asked to create a "treaty of peace,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commerce."</w:t>
      </w:r>
      <w:r>
        <w:br/>
      </w:r>
      <w:r>
        <w:t xml:space="preserve">    (a) a state of friendly relations</w:t>
      </w:r>
      <w:r>
        <w:br/>
      </w:r>
      <w:r>
        <w:t xml:space="preserve">    (b) a state where everyone profits financially</w:t>
      </w:r>
      <w:r>
        <w:br/>
      </w:r>
      <w:r>
        <w:t xml:space="preserve">    (c) a state where those in disagreement are separated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another example of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artifice</w:t>
      </w:r>
      <w:r>
        <w:rPr>
          <w:b/>
          <w:bCs/>
        </w:rPr>
        <w:t xml:space="preserve">.</w:t>
      </w:r>
      <w:r>
        <w:br/>
      </w:r>
      <w:r>
        <w:t xml:space="preserve">    (a) discrimination</w:t>
      </w:r>
      <w:r>
        <w:br/>
      </w:r>
      <w:r>
        <w:t xml:space="preserve">    (b) favor</w:t>
      </w:r>
      <w:r>
        <w:br/>
      </w:r>
      <w:r>
        <w:t xml:space="preserve">    (c) deceptive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cogitated</w:t>
      </w:r>
      <w:r>
        <w:rPr>
          <w:b/>
          <w:bCs/>
        </w:rPr>
        <w:t xml:space="preserve"> </w:t>
      </w:r>
      <w:r>
        <w:rPr>
          <w:b/>
          <w:bCs/>
        </w:rPr>
        <w:t xml:space="preserve">for hours in her study, pondering the meaning of existence and human nature.</w:t>
      </w:r>
      <w:r>
        <w:br/>
      </w:r>
      <w:r>
        <w:t xml:space="preserve">    (a) thought deeply</w:t>
      </w:r>
      <w:r>
        <w:br/>
      </w:r>
      <w:r>
        <w:t xml:space="preserve">    (b) with rises and falls in pitch</w:t>
      </w:r>
      <w:r>
        <w:br/>
      </w:r>
      <w:r>
        <w:t xml:space="preserve">    (c) commended or praised publicly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influence or effect</w:t>
      </w:r>
      <w:r>
        <w:br/>
      </w:r>
      <w:r>
        <w:t xml:space="preserve">    (b) gain advantage from</w:t>
      </w:r>
      <w:r>
        <w:br/>
      </w:r>
      <w:r>
        <w:t xml:space="preserve">    (c) to not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without members, the club voted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dissolution</w:t>
      </w:r>
      <w:r>
        <w:rPr>
          <w:b/>
          <w:bCs/>
        </w:rPr>
        <w:t xml:space="preserve">.</w:t>
      </w:r>
      <w:r>
        <w:br/>
      </w:r>
      <w:r>
        <w:t xml:space="preserve">    (a) public celebration</w:t>
      </w:r>
      <w:r>
        <w:br/>
      </w:r>
      <w:r>
        <w:t xml:space="preserve">    (b) new beginning</w:t>
      </w:r>
      <w:r>
        <w:br/>
      </w:r>
      <w:r>
        <w:t xml:space="preserve">    (c) formal 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law governs many church traditions.</w:t>
      </w:r>
      <w:r>
        <w:br/>
      </w:r>
      <w:r>
        <w:t xml:space="preserve">    (a) sports-related</w:t>
      </w:r>
      <w:r>
        <w:br/>
      </w:r>
      <w:r>
        <w:t xml:space="preserve">    (b) kitchen-related</w:t>
      </w:r>
      <w:r>
        <w:br/>
      </w:r>
      <w:r>
        <w:t xml:space="preserve">    (c) church-related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patience or tolerance</w:t>
      </w:r>
      <w:r>
        <w:br/>
      </w:r>
      <w:r>
        <w:t xml:space="preserve">    (c) family concerns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prophet warned the villagers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 </w:t>
      </w:r>
      <w:r>
        <w:rPr>
          <w:b/>
          <w:bCs/>
        </w:rPr>
        <w:t xml:space="preserve">and worship of false gods.</w:t>
      </w:r>
      <w:r>
        <w:br/>
      </w:r>
      <w:r>
        <w:t xml:space="preserve">    (a) rejection of all beliefs</w:t>
      </w:r>
      <w:r>
        <w:br/>
      </w:r>
      <w:r>
        <w:t xml:space="preserve">    (b) worship of physical idols</w:t>
      </w:r>
      <w:r>
        <w:br/>
      </w:r>
      <w:r>
        <w:t xml:space="preserve">    (c) doubt about religion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indefatigable</w:t>
      </w:r>
      <w:r>
        <w:rPr>
          <w:b/>
          <w:bCs/>
        </w:rPr>
        <w:t xml:space="preserve"> </w:t>
      </w:r>
      <w:r>
        <w:rPr>
          <w:b/>
          <w:bCs/>
        </w:rPr>
        <w:t xml:space="preserve">performer, working six days a week.</w:t>
      </w:r>
      <w:r>
        <w:br/>
      </w:r>
      <w:r>
        <w:t xml:space="preserve">    (a) tireless</w:t>
      </w:r>
      <w:r>
        <w:br/>
      </w:r>
      <w:r>
        <w:t xml:space="preserve">    (b) busy</w:t>
      </w:r>
      <w:r>
        <w:br/>
      </w:r>
      <w:r>
        <w:t xml:space="preserve">    (c) successful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defeat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infidels</w:t>
      </w:r>
      <w:r>
        <w:rPr>
          <w:b/>
          <w:bCs/>
        </w:rPr>
        <w:t xml:space="preserve"> </w:t>
      </w:r>
      <w:r>
        <w:rPr>
          <w:b/>
          <w:bCs/>
        </w:rPr>
        <w:t xml:space="preserve">in a holy war.</w:t>
      </w:r>
      <w:r>
        <w:br/>
      </w:r>
      <w:r>
        <w:t xml:space="preserve">    (a) cowards</w:t>
      </w:r>
      <w:r>
        <w:br/>
      </w:r>
      <w:r>
        <w:t xml:space="preserve">    (b) aggressors</w:t>
      </w:r>
      <w:r>
        <w:br/>
      </w:r>
      <w:r>
        <w:t xml:space="preserve">    (c) unbelievers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marriage</w:t>
      </w:r>
      <w:r>
        <w:br/>
      </w:r>
      <w:r>
        <w:t xml:space="preserve">    (b) friendship</w:t>
      </w:r>
      <w:r>
        <w:br/>
      </w:r>
      <w:r>
        <w:t xml:space="preserve">    (c) divorce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feeling regret for wrongdoing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Pernicious, r</w:t>
      </w:r>
      <w:r>
        <w:rPr>
          <w:b/>
          <w:bCs/>
        </w:rPr>
        <w:t xml:space="preserve">egulatory gridlock has already delayed the project for a decade.</w:t>
      </w:r>
      <w:r>
        <w:br/>
      </w:r>
      <w:r>
        <w:t xml:space="preserve">    (a) harmful</w:t>
      </w:r>
      <w:r>
        <w:br/>
      </w:r>
      <w:r>
        <w:t xml:space="preserve">    (b) careful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interest</w:t>
      </w:r>
      <w:r>
        <w:br/>
      </w:r>
      <w:r>
        <w:t xml:space="preserve">    (b) skill</w:t>
      </w:r>
      <w:r>
        <w:br/>
      </w:r>
      <w:r>
        <w:t xml:space="preserve">    (c) permission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viewed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reprobate</w:t>
      </w:r>
      <w:r>
        <w:rPr>
          <w:b/>
          <w:bCs/>
        </w:rPr>
        <w:t xml:space="preserve">, always involved in dubious activities and scandals.</w:t>
      </w:r>
      <w:r>
        <w:br/>
      </w:r>
      <w:r>
        <w:t xml:space="preserve">    (a) related to psychosis or someone who suffers from a psychosis (any severe mental disorder in which contact with reality is lost or highly distorted)</w:t>
      </w:r>
      <w:r>
        <w:br/>
      </w:r>
      <w:r>
        <w:t xml:space="preserve">    (b) inability to think clearly; or an instance of not thinking clearly; or describing parts as not fitting together in a consistent or pleasing manner</w:t>
      </w:r>
      <w:r>
        <w:br/>
      </w:r>
      <w:r>
        <w:t xml:space="preserve">    (c) an unprincipled or immoral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firmness of purpose</w:t>
      </w:r>
      <w:r>
        <w:br/>
      </w:r>
      <w:r>
        <w:t xml:space="preserve">    (b) known facts</w:t>
      </w:r>
      <w:r>
        <w:br/>
      </w:r>
      <w:r>
        <w:t xml:space="preserve">    (c) principles that discourage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their third breakup in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tempestuous</w:t>
      </w:r>
      <w:r>
        <w:rPr>
          <w:b/>
          <w:bCs/>
        </w:rPr>
        <w:t xml:space="preserve"> </w:t>
      </w:r>
      <w:r>
        <w:rPr>
          <w:b/>
          <w:bCs/>
        </w:rPr>
        <w:t xml:space="preserve">years.</w:t>
      </w:r>
      <w:r>
        <w:br/>
      </w:r>
      <w:r>
        <w:t xml:space="preserve">    (a) turbulent</w:t>
      </w:r>
      <w:r>
        <w:br/>
      </w:r>
      <w:r>
        <w:t xml:space="preserve">    (b) unhappy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engaging and lively</w:t>
      </w:r>
      <w:r>
        <w:br/>
      </w:r>
      <w:r>
        <w:t xml:space="preserve">    (b) kind and attractive</w:t>
      </w:r>
      <w:r>
        <w:br/>
      </w:r>
      <w:r>
        <w:t xml:space="preserve">    (c) smart and well-spoken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2026-07-31T15:56:24Z</dcterms:created>
  <dcterms:modified xsi:type="dcterms:W3CDTF">2026-07-31T15:56:24Z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