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9b7baf012792bc5c400f2607c0a5d79a7d14db"/>
    <w:p>
      <w:pPr>
        <w:pStyle w:val="Heading1"/>
      </w:pPr>
      <w:r>
        <w:rPr>
          <w:b/>
          <w:bCs/>
        </w:rPr>
        <w:t xml:space="preserve">Rhinoceros</w:t>
      </w:r>
      <w:r>
        <w:br/>
      </w:r>
      <w:r>
        <w:rPr>
          <w:i/>
          <w:iCs/>
        </w:rPr>
        <w:t xml:space="preserve">Eugene Ionesco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BERENGER: Oh yes, his duty as an employee ... JEAN: Where did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debauch</w:t>
      </w:r>
      <w:r>
        <w:rPr>
          <w:b/>
          <w:bCs/>
        </w:rPr>
        <w:t xml:space="preserve"> </w:t>
      </w:r>
      <w:r>
        <w:rPr>
          <w:b/>
          <w:bCs/>
        </w:rPr>
        <w:t xml:space="preserve">take place last night?</w:t>
      </w:r>
      <w:r>
        <w:br/>
      </w:r>
      <w:r>
        <w:t xml:space="preserve">    (a) to corrupt or seduce from virtue, duty, or allegiance  OR  excessive drinking, casual sex, and/or drug abuse while partying</w:t>
      </w:r>
      <w:r>
        <w:br/>
      </w:r>
      <w:r>
        <w:t xml:space="preserve">    (b) remove or suppress anything considered obscene, immoral, or politically unacceptable  OR  a person who does such suppression</w:t>
      </w:r>
      <w:r>
        <w:br/>
      </w:r>
      <w:r>
        <w:t xml:space="preserve">    (c) present something to treat as true in order to advance a discussion or to further investigation even though it might not be true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JEAN and the WAITRESS, standing, and BERENGER, still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apathetically</w:t>
      </w:r>
      <w:r>
        <w:rPr>
          <w:b/>
          <w:bCs/>
        </w:rPr>
        <w:t xml:space="preserve"> </w:t>
      </w:r>
      <w:r>
        <w:rPr>
          <w:b/>
          <w:bCs/>
        </w:rPr>
        <w:t xml:space="preserve">seated, together form another group.</w:t>
      </w:r>
      <w:r>
        <w:br/>
      </w:r>
      <w:r>
        <w:t xml:space="preserve">    (a) in a manner that is misleading</w:t>
      </w:r>
      <w:r>
        <w:br/>
      </w:r>
      <w:r>
        <w:t xml:space="preserve">    (b) without interest or enthusiasm</w:t>
      </w:r>
      <w:r>
        <w:br/>
      </w:r>
      <w:r>
        <w:t xml:space="preserve">    (c) in a good or beneficial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PROPRIETOR</w:t>
      </w:r>
      <w:r>
        <w:rPr>
          <w:b/>
          <w:bCs/>
        </w:rPr>
        <w:t xml:space="preserve">: [to the WAITRESS from his window] You're seeing things.</w:t>
      </w:r>
      <w:r>
        <w:br/>
      </w:r>
      <w:r>
        <w:t xml:space="preserve">    (a) interaction or interest</w:t>
      </w:r>
      <w:r>
        <w:br/>
      </w:r>
      <w:r>
        <w:t xml:space="preserve">    (b) the owner of a business</w:t>
      </w:r>
      <w:r>
        <w:br/>
      </w:r>
      <w:r>
        <w:t xml:space="preserve">    (c) a subtle characteristic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to reason.</w:t>
      </w:r>
      <w:r>
        <w:br/>
      </w:r>
      <w:r>
        <w:t xml:space="preserve">    (a) an involuntary vomiting spasm</w:t>
      </w:r>
      <w:r>
        <w:br/>
      </w:r>
      <w:r>
        <w:t xml:space="preserve">    (b) give in, give way, or give up</w:t>
      </w:r>
      <w:r>
        <w:br/>
      </w:r>
      <w:r>
        <w:t xml:space="preserve">    (c) select (on a computer screen)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JEAN: ...because there's been no zoo in our town since the animals were destroyed in the plague ...ages ago ... BERENGER: [with the same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indifference</w:t>
      </w:r>
      <w:r>
        <w:rPr>
          <w:b/>
          <w:bCs/>
        </w:rPr>
        <w:t xml:space="preserve">] Then perhaps it came from a circus.</w:t>
      </w:r>
      <w:r>
        <w:br/>
      </w:r>
      <w:r>
        <w:t xml:space="preserve">    (a) without interest</w:t>
      </w:r>
      <w:r>
        <w:br/>
      </w:r>
      <w:r>
        <w:t xml:space="preserve">    (b) chaotic disorder</w:t>
      </w:r>
      <w:r>
        <w:br/>
      </w:r>
      <w:r>
        <w:t xml:space="preserve">    (c) risky investment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BERENGER: You really can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obstinate</w:t>
      </w:r>
      <w:r>
        <w:rPr>
          <w:b/>
          <w:bCs/>
        </w:rPr>
        <w:t xml:space="preserve">, sometimes.</w:t>
      </w:r>
      <w:r>
        <w:br/>
      </w:r>
      <w:r>
        <w:t xml:space="preserve">    (a) not bouncing back light/heat/sound...</w:t>
      </w:r>
      <w:r>
        <w:br/>
      </w:r>
      <w:r>
        <w:t xml:space="preserve">    (b) stubbornly not doing what others want</w:t>
      </w:r>
      <w:r>
        <w:br/>
      </w:r>
      <w:r>
        <w:t xml:space="preserve">    (c) able to be delayed until a later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 go on at me just because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wretched</w:t>
      </w:r>
      <w:r>
        <w:rPr>
          <w:b/>
          <w:bCs/>
        </w:rPr>
        <w:t xml:space="preserve"> </w:t>
      </w:r>
      <w:r>
        <w:rPr>
          <w:b/>
          <w:bCs/>
        </w:rPr>
        <w:t xml:space="preserve">perissodactyle happens to pass by.</w:t>
      </w:r>
      <w:r>
        <w:br/>
      </w:r>
      <w:r>
        <w:t xml:space="preserve">    (a) miserable or very bad</w:t>
      </w:r>
      <w:r>
        <w:br/>
      </w:r>
      <w:r>
        <w:t xml:space="preserve">    (b) exactness or accuracy</w:t>
      </w:r>
      <w:r>
        <w:br/>
      </w:r>
      <w:r>
        <w:t xml:space="preserve">    (c) not easily identified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office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colleague</w:t>
      </w:r>
      <w:r>
        <w:rPr>
          <w:b/>
          <w:bCs/>
        </w:rPr>
        <w:t xml:space="preserve">, qualified in law, with a big future in the firm—and in Daisy's affections.</w:t>
      </w:r>
      <w:r>
        <w:br/>
      </w:r>
      <w:r>
        <w:t xml:space="preserve">    (a) a person who studies DNA sequences or units of heredity that influence biological traits</w:t>
      </w:r>
      <w:r>
        <w:br/>
      </w:r>
      <w:r>
        <w:t xml:space="preserve">    (b) fellow worker -- especially in a respected profession such as teaching, medicine, or law</w:t>
      </w:r>
      <w:r>
        <w:br/>
      </w:r>
      <w:r>
        <w:t xml:space="preserve">    (c) baseball:  a pitch thrown with little spin (so that it moves in an unpredictable manner)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That's quite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sufficient</w:t>
      </w:r>
      <w:r>
        <w:rPr>
          <w:b/>
          <w:bCs/>
        </w:rPr>
        <w:t xml:space="preserve">, with a little method.</w:t>
      </w:r>
      <w:r>
        <w:br/>
      </w:r>
      <w:r>
        <w:t xml:space="preserve">    (a) adequate (enough -- often without being more than is needed)</w:t>
      </w:r>
      <w:r>
        <w:br/>
      </w:r>
      <w:r>
        <w:t xml:space="preserve">    (b) in a manner of taking on or adopting power or responsibility</w:t>
      </w:r>
      <w:r>
        <w:br/>
      </w:r>
      <w:r>
        <w:t xml:space="preserve">    (c) producing a stream of atomic particles through nuclear decay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HOUSEWIFE: [</w:t>
      </w:r>
      <w:r>
        <w:rPr>
          <w:b/>
          <w:bCs/>
          <w:u w:val="single"/>
        </w:rPr>
        <w:t xml:space="preserve">lamenting</w:t>
      </w:r>
      <w:r>
        <w:rPr>
          <w:b/>
          <w:bCs/>
        </w:rPr>
        <w:t xml:space="preserve">] My little cat, my poor little cat.</w:t>
      </w:r>
      <w:r>
        <w:br/>
      </w:r>
      <w:r>
        <w:t xml:space="preserve">    (a) changing through evolution</w:t>
      </w:r>
      <w:r>
        <w:br/>
      </w:r>
      <w:r>
        <w:t xml:space="preserve">    (b) expressing grief or regret</w:t>
      </w:r>
      <w:r>
        <w:br/>
      </w:r>
      <w:r>
        <w:t xml:space="preserve">    (c) stopping a battle or fight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BERENGER: [aside, whilst the others continue to discuss the horns of the rhinoceros] Daisy was right, I should never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contradicted</w:t>
      </w:r>
      <w:r>
        <w:rPr>
          <w:b/>
          <w:bCs/>
        </w:rPr>
        <w:t xml:space="preserve"> </w:t>
      </w:r>
      <w:r>
        <w:rPr>
          <w:b/>
          <w:bCs/>
        </w:rPr>
        <w:t xml:space="preserve">him.</w:t>
      </w:r>
      <w:r>
        <w:br/>
      </w:r>
      <w:r>
        <w:t xml:space="preserve">    (a) disagreed</w:t>
      </w:r>
      <w:r>
        <w:br/>
      </w:r>
      <w:r>
        <w:t xml:space="preserve">    (b) separated</w:t>
      </w:r>
      <w:r>
        <w:br/>
      </w:r>
      <w:r>
        <w:t xml:space="preserve">    (c) satisfied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LOGICIAN: That wouldn't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conclusive</w:t>
      </w:r>
      <w:r>
        <w:rPr>
          <w:b/>
          <w:bCs/>
        </w:rPr>
        <w:t xml:space="preserve"> </w:t>
      </w:r>
      <w:r>
        <w:rPr>
          <w:b/>
          <w:bCs/>
        </w:rPr>
        <w:t xml:space="preserve">either.</w:t>
      </w:r>
      <w:r>
        <w:br/>
      </w:r>
      <w:r>
        <w:t xml:space="preserve">    (a) full of strong desire for something</w:t>
      </w:r>
      <w:r>
        <w:br/>
      </w:r>
      <w:r>
        <w:t xml:space="preserve">    (b) in a manner that takes on or adopts</w:t>
      </w:r>
      <w:r>
        <w:br/>
      </w:r>
      <w:r>
        <w:t xml:space="preserve">    (c) putting an end to doubt or question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PAPILLON: [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] Oh!</w:t>
      </w:r>
      <w:r>
        <w:br/>
      </w:r>
      <w:r>
        <w:t xml:space="preserve">    (a) angered or annoyed at something unjust or wrong</w:t>
      </w:r>
      <w:r>
        <w:br/>
      </w:r>
      <w:r>
        <w:t xml:space="preserve">    (b) surprised as something unexpected</w:t>
      </w:r>
      <w:r>
        <w:br/>
      </w:r>
      <w:r>
        <w:t xml:space="preserve">    (c) accepted of something undesired as unavoidable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BERENGER: [reading and correcting whilst BOTARD checks the manuscript with a pencil] Laws relating to the control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proprietary</w:t>
      </w:r>
      <w:r>
        <w:rPr>
          <w:b/>
          <w:bCs/>
        </w:rPr>
        <w:t xml:space="preserve"> </w:t>
      </w:r>
      <w:r>
        <w:rPr>
          <w:b/>
          <w:bCs/>
        </w:rPr>
        <w:t xml:space="preserve">wine produce ...[He corrects.]</w:t>
      </w:r>
      <w:r>
        <w:br/>
      </w:r>
      <w:r>
        <w:t xml:space="preserve">    (a) having two or more sounds (phonetic values) such as the letter "a" in</w:t>
      </w:r>
      <w:r>
        <w:t xml:space="preserve"> </w:t>
      </w:r>
      <w:r>
        <w:rPr>
          <w:i/>
          <w:iCs/>
        </w:rPr>
        <w:t xml:space="preserve">cat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date</w:t>
      </w:r>
      <w:r>
        <w:br/>
      </w:r>
      <w:r>
        <w:t xml:space="preserve">    (b) relating to ownership, or something that is owned and controlled by a specific person or company</w:t>
      </w:r>
      <w:r>
        <w:br/>
      </w:r>
      <w:r>
        <w:t xml:space="preserve">    (c) the state or degree of being clear, easily noticed, and/or identifiable as different or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You've been making all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propaganda</w:t>
      </w:r>
      <w:r>
        <w:rPr>
          <w:b/>
          <w:bCs/>
        </w:rPr>
        <w:t xml:space="preserve"> </w:t>
      </w:r>
      <w:r>
        <w:rPr>
          <w:b/>
          <w:bCs/>
        </w:rPr>
        <w:t xml:space="preserve">to get these rumours started!</w:t>
      </w:r>
      <w:r>
        <w:br/>
      </w:r>
      <w:r>
        <w:t xml:space="preserve">    (a) a psychological disorder characterized by excessive distrust of others</w:t>
      </w:r>
      <w:r>
        <w:br/>
      </w:r>
      <w:r>
        <w:t xml:space="preserve">    (b) an approach to psychology that emphasizes observable measurable behavior</w:t>
      </w:r>
      <w:r>
        <w:br/>
      </w:r>
      <w:r>
        <w:t xml:space="preserve">    (c) one-sided information that is purposefully spread to influence opinions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You're all nervous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agitated</w:t>
      </w:r>
      <w:r>
        <w:rPr>
          <w:b/>
          <w:bCs/>
        </w:rPr>
        <w:t xml:space="preserve">.</w:t>
      </w:r>
      <w:r>
        <w:br/>
      </w:r>
      <w:r>
        <w:t xml:space="preserve">    (a) thought carefully and made a judgment about</w:t>
      </w:r>
      <w:r>
        <w:br/>
      </w:r>
      <w:r>
        <w:t xml:space="preserve">    (b) not calm; or stirred up (often emotionally)</w:t>
      </w:r>
      <w:r>
        <w:br/>
      </w:r>
      <w:r>
        <w:t xml:space="preserve">    (c) concentrated, look at, or paid attention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in order to understand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phenomenon</w:t>
      </w:r>
      <w:r>
        <w:rPr>
          <w:b/>
          <w:bCs/>
        </w:rPr>
        <w:t xml:space="preserve"> </w:t>
      </w:r>
      <w:r>
        <w:rPr>
          <w:b/>
          <w:bCs/>
        </w:rPr>
        <w:t xml:space="preserve">and its effects you need to work back to the initial causes, by honest intellectual effort.</w:t>
      </w:r>
      <w:r>
        <w:br/>
      </w:r>
      <w:r>
        <w:t xml:space="preserve">    (a) something important that is hard to see or sense</w:t>
      </w:r>
      <w:r>
        <w:br/>
      </w:r>
      <w:r>
        <w:t xml:space="preserve">    (b) something that exists or happened -- often of special interest</w:t>
      </w:r>
      <w:r>
        <w:br/>
      </w:r>
      <w:r>
        <w:t xml:space="preserve">    (c) something that was once small, but is getting very large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feel it instinctively—no, that's not what I mean, it's the rhinoceros which has instinct—I feel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intuitively</w:t>
      </w:r>
      <w:r>
        <w:rPr>
          <w:b/>
          <w:bCs/>
        </w:rPr>
        <w:t xml:space="preserve">, yes, that's the word, intuitively.</w:t>
      </w:r>
      <w:r>
        <w:br/>
      </w:r>
      <w:r>
        <w:t xml:space="preserve">    (a) with suffering in a bad situation for a long time</w:t>
      </w:r>
      <w:r>
        <w:br/>
      </w:r>
      <w:r>
        <w:t xml:space="preserve">    (b) in a manner that is sensitive to others' feelings</w:t>
      </w:r>
      <w:r>
        <w:br/>
      </w:r>
      <w:r>
        <w:t xml:space="preserve">    (c) known instinctively rather than through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No, it seems to me that with him it was a case of community spirit triumphing over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anarchic</w:t>
      </w:r>
      <w:r>
        <w:rPr>
          <w:b/>
          <w:bCs/>
        </w:rPr>
        <w:t xml:space="preserve"> </w:t>
      </w:r>
      <w:r>
        <w:rPr>
          <w:b/>
          <w:bCs/>
        </w:rPr>
        <w:t xml:space="preserve">impulses.</w:t>
      </w:r>
      <w:r>
        <w:br/>
      </w:r>
      <w:r>
        <w:t xml:space="preserve">    (a) relating to a government, country, or ruling family of a country ruled by a king of queen</w:t>
      </w:r>
      <w:r>
        <w:br/>
      </w:r>
      <w:r>
        <w:t xml:space="preserve">    (b) the complete absence of political authority; or more generally, complete absence of order</w:t>
      </w:r>
      <w:r>
        <w:br/>
      </w:r>
      <w:r>
        <w:t xml:space="preserve">    (c) mental weakness caused by old age; or describing a medical condition as caused by old 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DAISY takes BERENGER'S arm; he allows himself to be 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docilely</w:t>
      </w:r>
      <w:r>
        <w:rPr>
          <w:b/>
          <w:bCs/>
        </w:rPr>
        <w:t xml:space="preserve">.</w:t>
      </w:r>
      <w:r>
        <w:br/>
      </w:r>
      <w:r>
        <w:t xml:space="preserve">    (a) in a morally correct manner</w:t>
      </w:r>
      <w:r>
        <w:br/>
      </w:r>
      <w:r>
        <w:t xml:space="preserve">    (b) in a strongly biased manner</w:t>
      </w:r>
      <w:r>
        <w:br/>
      </w:r>
      <w:r>
        <w:t xml:space="preserve">    (c) in an easily managed manner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2026-07-31T19:35:30Z</dcterms:created>
  <dcterms:modified xsi:type="dcterms:W3CDTF">2026-07-31T19:35:30Z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