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6ed6dae51e62eb7789b92b2c6453d8efadb5921"/>
    <w:p>
      <w:pPr>
        <w:pStyle w:val="Heading1"/>
      </w:pPr>
      <w:r>
        <w:rPr>
          <w:b/>
          <w:bCs/>
        </w:rPr>
        <w:t xml:space="preserve">Remember the Ladies</w:t>
      </w:r>
      <w:r>
        <w:br/>
      </w:r>
      <w:r>
        <w:rPr>
          <w:i/>
          <w:iCs/>
        </w:rPr>
        <w:t xml:space="preserve">Abigail Adams</w:t>
      </w:r>
      <w:r>
        <w:br/>
      </w:r>
      <w:r>
        <w:rPr>
          <w:b/>
          <w:bCs/>
        </w:rPr>
        <w:t xml:space="preserve">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However much we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abhor</w:t>
      </w:r>
      <w:r>
        <w:rPr>
          <w:b/>
          <w:bCs/>
        </w:rPr>
        <w:t xml:space="preserve"> </w:t>
      </w:r>
      <w:r>
        <w:rPr>
          <w:b/>
          <w:bCs/>
        </w:rPr>
        <w:t xml:space="preserve">it, we must be prepared for war.</w:t>
      </w:r>
      <w:r>
        <w:br/>
      </w:r>
      <w:r>
        <w:t xml:space="preserve">    (a) hate</w:t>
      </w:r>
      <w:r>
        <w:br/>
      </w:r>
      <w:r>
        <w:t xml:space="preserve">    (b) avoid</w:t>
      </w:r>
      <w:r>
        <w:br/>
      </w:r>
      <w:r>
        <w:t xml:space="preserve">    (c) don't expect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That was before she was trained, when her work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abominable</w:t>
      </w:r>
      <w:r>
        <w:rPr>
          <w:b/>
          <w:bCs/>
        </w:rPr>
        <w:t xml:space="preserve">.</w:t>
      </w:r>
      <w:r>
        <w:br/>
      </w:r>
      <w:r>
        <w:t xml:space="preserve">    (a) incomplete</w:t>
      </w:r>
      <w:r>
        <w:br/>
      </w:r>
      <w:r>
        <w:t xml:space="preserve">    (b) showing early promise</w:t>
      </w:r>
      <w:r>
        <w:br/>
      </w:r>
      <w:r>
        <w:t xml:space="preserve">    (c) exceptionally bad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Actors and politicians are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accustomed to</w:t>
      </w:r>
      <w:r>
        <w:rPr>
          <w:b/>
          <w:bCs/>
        </w:rPr>
        <w:t xml:space="preserve"> </w:t>
      </w:r>
      <w:r>
        <w:rPr>
          <w:b/>
          <w:bCs/>
        </w:rPr>
        <w:t xml:space="preserve">less privacy than the rest of us.</w:t>
      </w:r>
      <w:r>
        <w:br/>
      </w:r>
      <w:r>
        <w:t xml:space="preserve">    (a) used to</w:t>
      </w:r>
      <w:r>
        <w:br/>
      </w:r>
      <w:r>
        <w:t xml:space="preserve">    (b) paid for</w:t>
      </w:r>
      <w:r>
        <w:br/>
      </w:r>
      <w:r>
        <w:t xml:space="preserve">    (c) happy with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 primary focus is on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acquisition</w:t>
      </w:r>
      <w:r>
        <w:rPr>
          <w:b/>
          <w:bCs/>
        </w:rPr>
        <w:t xml:space="preserve"> </w:t>
      </w:r>
      <w:r>
        <w:rPr>
          <w:b/>
          <w:bCs/>
        </w:rPr>
        <w:t xml:space="preserve">of money and the things it can buy.</w:t>
      </w:r>
      <w:r>
        <w:br/>
      </w:r>
      <w:r>
        <w:t xml:space="preserve">    (a) spending</w:t>
      </w:r>
      <w:r>
        <w:br/>
      </w:r>
      <w:r>
        <w:t xml:space="preserve">    (b) fearing</w:t>
      </w:r>
      <w:r>
        <w:br/>
      </w:r>
      <w:r>
        <w:t xml:space="preserve">    (c) getting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waved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adieu</w:t>
      </w:r>
      <w:r>
        <w:rPr>
          <w:b/>
          <w:bCs/>
        </w:rPr>
        <w:t xml:space="preserve"> </w:t>
      </w:r>
      <w:r>
        <w:rPr>
          <w:b/>
          <w:bCs/>
        </w:rPr>
        <w:t xml:space="preserve">to our friends at the train station.</w:t>
      </w:r>
      <w:r>
        <w:br/>
      </w:r>
      <w:r>
        <w:t xml:space="preserve">    (a) greetings</w:t>
      </w:r>
      <w:r>
        <w:br/>
      </w:r>
      <w:r>
        <w:t xml:space="preserve">    (b) goodbye</w:t>
      </w:r>
      <w:r>
        <w:br/>
      </w:r>
      <w:r>
        <w:t xml:space="preserve">    (c) hello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court ruling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deprived</w:t>
      </w:r>
      <w:r>
        <w:rPr>
          <w:b/>
          <w:bCs/>
        </w:rPr>
        <w:t xml:space="preserve"> </w:t>
      </w:r>
      <w:r>
        <w:rPr>
          <w:b/>
          <w:bCs/>
        </w:rPr>
        <w:t xml:space="preserve">him of custody of his children.</w:t>
      </w:r>
      <w:r>
        <w:br/>
      </w:r>
      <w:r>
        <w:t xml:space="preserve">    (a) delayed</w:t>
      </w:r>
      <w:r>
        <w:br/>
      </w:r>
      <w:r>
        <w:t xml:space="preserve">    (b) granted</w:t>
      </w:r>
      <w:r>
        <w:br/>
      </w:r>
      <w:r>
        <w:t xml:space="preserve">    (c) stripped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detest</w:t>
      </w:r>
      <w:r>
        <w:rPr>
          <w:b/>
          <w:bCs/>
        </w:rPr>
        <w:t xml:space="preserve"> </w:t>
      </w:r>
      <w:r>
        <w:rPr>
          <w:b/>
          <w:bCs/>
        </w:rPr>
        <w:t xml:space="preserve">broccoli.</w:t>
      </w:r>
      <w:r>
        <w:br/>
      </w:r>
      <w:r>
        <w:t xml:space="preserve">    (a) hate</w:t>
      </w:r>
      <w:r>
        <w:br/>
      </w:r>
      <w:r>
        <w:t xml:space="preserve">    (b) love</w:t>
      </w:r>
      <w:r>
        <w:br/>
      </w:r>
      <w:r>
        <w:t xml:space="preserve">    (c) avoid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sixth paragraph (lines 67-68) is primarily concerned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establishing</w:t>
      </w:r>
      <w:r>
        <w:rPr>
          <w:b/>
          <w:bCs/>
        </w:rPr>
        <w:t xml:space="preserve"> </w:t>
      </w:r>
      <w:r>
        <w:rPr>
          <w:b/>
          <w:bCs/>
        </w:rPr>
        <w:t xml:space="preserve">the contrast between men and masculine traits.</w:t>
      </w:r>
      <w:r>
        <w:br/>
      </w:r>
      <w:r>
        <w:t xml:space="preserve">    (a) minimizing</w:t>
      </w:r>
      <w:r>
        <w:br/>
      </w:r>
      <w:r>
        <w:t xml:space="preserve">    (b) exaggerating</w:t>
      </w:r>
      <w:r>
        <w:br/>
      </w:r>
      <w:r>
        <w:t xml:space="preserve">    (c) showing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accused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fomenting</w:t>
      </w:r>
      <w:r>
        <w:rPr>
          <w:b/>
          <w:bCs/>
        </w:rPr>
        <w:t xml:space="preserve"> </w:t>
      </w:r>
      <w:r>
        <w:rPr>
          <w:b/>
          <w:bCs/>
        </w:rPr>
        <w:t xml:space="preserve">violence.</w:t>
      </w:r>
      <w:r>
        <w:br/>
      </w:r>
      <w:r>
        <w:t xml:space="preserve">    (a) stirring up (encouraging)</w:t>
      </w:r>
      <w:r>
        <w:br/>
      </w:r>
      <w:r>
        <w:t xml:space="preserve">    (b) being violent</w:t>
      </w:r>
      <w:r>
        <w:br/>
      </w:r>
      <w:r>
        <w:t xml:space="preserve">    (c) hiding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fugitive</w:t>
      </w:r>
      <w:r>
        <w:rPr>
          <w:b/>
          <w:bCs/>
        </w:rPr>
        <w:t xml:space="preserve"> </w:t>
      </w:r>
      <w:r>
        <w:rPr>
          <w:b/>
          <w:bCs/>
        </w:rPr>
        <w:t xml:space="preserve">fled to Venezuela.</w:t>
      </w:r>
      <w:r>
        <w:br/>
      </w:r>
      <w:r>
        <w:t xml:space="preserve">    (a) rebel</w:t>
      </w:r>
      <w:r>
        <w:br/>
      </w:r>
      <w:r>
        <w:t xml:space="preserve">    (b) person running from the law</w:t>
      </w:r>
      <w:r>
        <w:br/>
      </w:r>
      <w:r>
        <w:t xml:space="preserve">    (c) person on vacation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They are found in the marine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habitat</w:t>
      </w:r>
      <w:r>
        <w:rPr>
          <w:b/>
          <w:bCs/>
        </w:rPr>
        <w:t xml:space="preserve"> </w:t>
      </w:r>
      <w:r>
        <w:rPr>
          <w:b/>
          <w:bCs/>
        </w:rPr>
        <w:t xml:space="preserve">of the kelp forest of southern California.</w:t>
      </w:r>
      <w:r>
        <w:br/>
      </w:r>
      <w:r>
        <w:t xml:space="preserve">    (a) breeding season</w:t>
      </w:r>
      <w:r>
        <w:br/>
      </w:r>
      <w:r>
        <w:t xml:space="preserve">    (b) feeding routine</w:t>
      </w:r>
      <w:r>
        <w:br/>
      </w:r>
      <w:r>
        <w:t xml:space="preserve">    (c) natural environment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cannot allow powerful individuals to commit crimes with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impunity</w:t>
      </w:r>
      <w:r>
        <w:rPr>
          <w:b/>
          <w:bCs/>
        </w:rPr>
        <w:t xml:space="preserve">.</w:t>
      </w:r>
      <w:r>
        <w:br/>
      </w:r>
      <w:r>
        <w:t xml:space="preserve">    (a) government accomplices</w:t>
      </w:r>
      <w:r>
        <w:br/>
      </w:r>
      <w:r>
        <w:t xml:space="preserve">    (b) exemption from punishment</w:t>
      </w:r>
      <w:r>
        <w:br/>
      </w:r>
      <w:r>
        <w:t xml:space="preserve">    (c) clever lawyers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 am here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inquire</w:t>
      </w:r>
      <w:r>
        <w:rPr>
          <w:b/>
          <w:bCs/>
        </w:rPr>
        <w:t xml:space="preserve"> </w:t>
      </w:r>
      <w:r>
        <w:rPr>
          <w:b/>
          <w:bCs/>
        </w:rPr>
        <w:t xml:space="preserve">about the job.</w:t>
      </w:r>
      <w:r>
        <w:br/>
      </w:r>
      <w:r>
        <w:t xml:space="preserve">    (a) perform a task</w:t>
      </w:r>
      <w:r>
        <w:br/>
      </w:r>
      <w:r>
        <w:t xml:space="preserve">    (b) answer questions</w:t>
      </w:r>
      <w:r>
        <w:br/>
      </w:r>
      <w:r>
        <w:t xml:space="preserve">    (c) ask about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Our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parish</w:t>
      </w:r>
      <w:r>
        <w:rPr>
          <w:b/>
          <w:bCs/>
        </w:rPr>
        <w:t xml:space="preserve"> </w:t>
      </w:r>
      <w:r>
        <w:rPr>
          <w:b/>
          <w:bCs/>
        </w:rPr>
        <w:t xml:space="preserve">raised funds to repair the old chapel's leaking roof and bell tower.</w:t>
      </w:r>
      <w:r>
        <w:br/>
      </w:r>
      <w:r>
        <w:t xml:space="preserve">    (a) large city government</w:t>
      </w:r>
      <w:r>
        <w:br/>
      </w:r>
      <w:r>
        <w:t xml:space="preserve">    (b) local church community</w:t>
      </w:r>
      <w:r>
        <w:br/>
      </w:r>
      <w:r>
        <w:t xml:space="preserve">    (c) private school district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One guiding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principle</w:t>
      </w:r>
      <w:r>
        <w:rPr>
          <w:b/>
          <w:bCs/>
        </w:rPr>
        <w:t xml:space="preserve"> </w:t>
      </w:r>
      <w:r>
        <w:rPr>
          <w:b/>
          <w:bCs/>
        </w:rPr>
        <w:t xml:space="preserve">is that everyone should be treated fairly.</w:t>
      </w:r>
      <w:r>
        <w:br/>
      </w:r>
      <w:r>
        <w:t xml:space="preserve">    (a) rule or belief</w:t>
      </w:r>
      <w:r>
        <w:br/>
      </w:r>
      <w:r>
        <w:t xml:space="preserve">    (b) complaint</w:t>
      </w:r>
      <w:r>
        <w:br/>
      </w:r>
      <w:r>
        <w:t xml:space="preserve">    (c) answer or result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By some stroke of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providence</w:t>
      </w:r>
      <w:r>
        <w:rPr>
          <w:b/>
          <w:bCs/>
        </w:rPr>
        <w:t xml:space="preserve">, the rain stopped just as the wedding began.</w:t>
      </w:r>
      <w:r>
        <w:br/>
      </w:r>
      <w:r>
        <w:t xml:space="preserve">    (a) stubborn bad luck</w:t>
      </w:r>
      <w:r>
        <w:br/>
      </w:r>
      <w:r>
        <w:t xml:space="preserve">    (b) careful human planning</w:t>
      </w:r>
      <w:r>
        <w:br/>
      </w:r>
      <w:r>
        <w:t xml:space="preserve">    (c) fortunate divine timing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Wildfires continued to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ravage</w:t>
      </w:r>
      <w:r>
        <w:rPr>
          <w:b/>
          <w:bCs/>
        </w:rPr>
        <w:t xml:space="preserve"> </w:t>
      </w:r>
      <w:r>
        <w:rPr>
          <w:b/>
          <w:bCs/>
        </w:rPr>
        <w:t xml:space="preserve">the dry forests across the western states.</w:t>
      </w:r>
      <w:r>
        <w:br/>
      </w:r>
      <w:r>
        <w:t xml:space="preserve">    (a) destroy or ruin</w:t>
      </w:r>
      <w:r>
        <w:br/>
      </w:r>
      <w:r>
        <w:t xml:space="preserve">    (b) quietly inspect</w:t>
      </w:r>
      <w:r>
        <w:br/>
      </w:r>
      <w:r>
        <w:t xml:space="preserve">    (c) carefully tend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reveres</w:t>
      </w:r>
      <w:r>
        <w:rPr>
          <w:b/>
          <w:bCs/>
        </w:rPr>
        <w:t xml:space="preserve"> </w:t>
      </w:r>
      <w:r>
        <w:rPr>
          <w:b/>
          <w:bCs/>
        </w:rPr>
        <w:t xml:space="preserve">nature and all that is natural.</w:t>
      </w:r>
      <w:r>
        <w:br/>
      </w:r>
      <w:r>
        <w:t xml:space="preserve">    (a) thoroughly enjoys</w:t>
      </w:r>
      <w:r>
        <w:br/>
      </w:r>
      <w:r>
        <w:t xml:space="preserve">    (b) dislikes and avoids</w:t>
      </w:r>
      <w:r>
        <w:br/>
      </w:r>
      <w:r>
        <w:t xml:space="preserve">    (c) deeply respects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Is there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sufficient</w:t>
      </w:r>
      <w:r>
        <w:rPr>
          <w:b/>
          <w:bCs/>
        </w:rPr>
        <w:t xml:space="preserve"> </w:t>
      </w:r>
      <w:r>
        <w:rPr>
          <w:b/>
          <w:bCs/>
        </w:rPr>
        <w:t xml:space="preserve">cause for a search warrant?</w:t>
      </w:r>
      <w:r>
        <w:br/>
      </w:r>
      <w:r>
        <w:t xml:space="preserve">    (a) adequate (enough)</w:t>
      </w:r>
      <w:r>
        <w:br/>
      </w:r>
      <w:r>
        <w:t xml:space="preserve">    (b) dangerous</w:t>
      </w:r>
      <w:r>
        <w:br/>
      </w:r>
      <w:r>
        <w:t xml:space="preserve">    (c) clear or obvious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Pure democracy (without protection of minority rights) can become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tyranny</w:t>
      </w:r>
      <w:r>
        <w:rPr>
          <w:b/>
          <w:bCs/>
        </w:rPr>
        <w:t xml:space="preserve"> </w:t>
      </w:r>
      <w:r>
        <w:rPr>
          <w:b/>
          <w:bCs/>
        </w:rPr>
        <w:t xml:space="preserve">of the majority.</w:t>
      </w:r>
      <w:r>
        <w:br/>
      </w:r>
      <w:r>
        <w:t xml:space="preserve">    (a) a form of government that is fair because decisions are made by majority vote</w:t>
      </w:r>
      <w:r>
        <w:br/>
      </w:r>
      <w:r>
        <w:t xml:space="preserve">    (b) a situation in which a difficult choice must be made between imperfect alternatives</w:t>
      </w:r>
      <w:r>
        <w:br/>
      </w:r>
      <w:r>
        <w:t xml:space="preserve">    (c) a form of government where some people control others in a harsh, unfair manner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2026-05-20T13:19:12Z</dcterms:created>
  <dcterms:modified xsi:type="dcterms:W3CDTF">2026-05-20T13:19:12Z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