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ee609bbb08c0d526166b0179d80e7301799da9"/>
    <w:p>
      <w:pPr>
        <w:pStyle w:val="Heading1"/>
      </w:pPr>
      <w:r>
        <w:rPr>
          <w:b/>
          <w:bCs/>
        </w:rPr>
        <w:t xml:space="preserve">Red: The Heroic Rescue</w:t>
      </w:r>
      <w:r>
        <w:br/>
      </w:r>
      <w:r>
        <w:rPr>
          <w:i/>
          <w:iCs/>
        </w:rPr>
        <w:t xml:space="preserve">Ted Dekker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Horde</w:t>
      </w:r>
      <w:r>
        <w:rPr>
          <w:b/>
          <w:bCs/>
        </w:rPr>
        <w:t xml:space="preserve">'s attack had come from the canyon lands, through the Natalga Gap.</w:t>
      </w:r>
      <w:r>
        <w:br/>
      </w:r>
      <w:r>
        <w:t xml:space="preserve">    (a) a hoofed mamma</w:t>
      </w:r>
      <w:r>
        <w:br/>
      </w:r>
      <w:r>
        <w:t xml:space="preserve">    (b) a fat compound</w:t>
      </w:r>
      <w:r>
        <w:br/>
      </w:r>
      <w:r>
        <w:t xml:space="preserve">    (c) a large number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Thomas flew over the hill's crest, leaned back, and pulled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stallion</w:t>
      </w:r>
      <w:r>
        <w:rPr>
          <w:b/>
          <w:bCs/>
        </w:rPr>
        <w:t xml:space="preserve"> </w:t>
      </w:r>
      <w:r>
        <w:rPr>
          <w:b/>
          <w:bCs/>
        </w:rPr>
        <w:t xml:space="preserve">to a stamping halt.</w:t>
      </w:r>
      <w:r>
        <w:br/>
      </w:r>
      <w:r>
        <w:t xml:space="preserve">    (a) of the philosophical &amp; religious system based on the teachings of Laozi (also spelled Taoist)</w:t>
      </w:r>
      <w:r>
        <w:br/>
      </w:r>
      <w:r>
        <w:t xml:space="preserve">    (b) a male horse that has not been castrated (gelded) -- especially one used for breeding purposes</w:t>
      </w:r>
      <w:r>
        <w:br/>
      </w:r>
      <w:r>
        <w:t xml:space="preserve">    (c) a large, elongated gland located behind the stomach that secretes digestive enzymes and insulin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children who were born after the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Deception</w:t>
      </w:r>
      <w:r>
        <w:rPr>
          <w:b/>
          <w:bCs/>
        </w:rPr>
        <w:t xml:space="preserve"> </w:t>
      </w:r>
      <w:r>
        <w:rPr>
          <w:b/>
          <w:bCs/>
        </w:rPr>
        <w:t xml:space="preserve">took the names of their fathers.</w:t>
      </w:r>
      <w:r>
        <w:br/>
      </w:r>
      <w:r>
        <w:t xml:space="preserve">    (a) someone bound to serve another without pay -- such as a slave or serf</w:t>
      </w:r>
      <w:r>
        <w:br/>
      </w:r>
      <w:r>
        <w:t xml:space="preserve">    (b) the degree to which something can change to fit a different situation</w:t>
      </w:r>
      <w:r>
        <w:br/>
      </w:r>
      <w:r>
        <w:t xml:space="preserve">    (c) the act of lying to or misleading someone; or something that misleads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Take the canyon back to the forest and bring the reinforcements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perimeter</w:t>
      </w:r>
      <w:r>
        <w:rPr>
          <w:b/>
          <w:bCs/>
        </w:rPr>
        <w:t xml:space="preserve"> </w:t>
      </w:r>
      <w:r>
        <w:rPr>
          <w:b/>
          <w:bCs/>
        </w:rPr>
        <w:t xml:space="preserve">forward.</w:t>
      </w:r>
      <w:r>
        <w:br/>
      </w:r>
      <w:r>
        <w:t xml:space="preserve">    (a) a fat compound</w:t>
      </w:r>
      <w:r>
        <w:br/>
      </w:r>
      <w:r>
        <w:t xml:space="preserve">    (b) a hoofed mamma</w:t>
      </w:r>
      <w:r>
        <w:br/>
      </w:r>
      <w:r>
        <w:t xml:space="preserve">    (c) the outer edge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no way to predict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mutations</w:t>
      </w:r>
      <w:r>
        <w:rPr>
          <w:b/>
          <w:bCs/>
        </w:rPr>
        <w:t xml:space="preserve"> </w:t>
      </w:r>
      <w:r>
        <w:rPr>
          <w:b/>
          <w:bCs/>
        </w:rPr>
        <w:t xml:space="preserve">of this kind.</w:t>
      </w:r>
      <w:r>
        <w:br/>
      </w:r>
      <w:r>
        <w:t xml:space="preserve">    (a) believers in the teachings of the Chinese philosopher, Confucius (circa 551-478 BC)</w:t>
      </w:r>
      <w:r>
        <w:br/>
      </w:r>
      <w:r>
        <w:t xml:space="preserve">    (b) substances that stimulate the production of antibodies to protect against a disease</w:t>
      </w:r>
      <w:r>
        <w:br/>
      </w:r>
      <w:r>
        <w:t xml:space="preserve">    (c) a change in the genes that determine biological traits; or the result of the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knows that Hunter is far too swift with his sword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to this senseless strategy of my father's.</w:t>
      </w:r>
      <w:r>
        <w:br/>
      </w:r>
      <w:r>
        <w:t xml:space="preserve">    (a) give in, give way, or give up</w:t>
      </w:r>
      <w:r>
        <w:br/>
      </w:r>
      <w:r>
        <w:t xml:space="preserve">    (b) an involuntary vomiting spasm</w:t>
      </w:r>
      <w:r>
        <w:br/>
      </w:r>
      <w:r>
        <w:t xml:space="preserve">    (c) select (on a computer screen)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showed them the same computer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simulation</w:t>
      </w:r>
      <w:r>
        <w:rPr>
          <w:b/>
          <w:bCs/>
        </w:rPr>
        <w:t xml:space="preserve"> </w:t>
      </w:r>
      <w:r>
        <w:rPr>
          <w:b/>
          <w:bCs/>
        </w:rPr>
        <w:t xml:space="preserve">that he'd seen in Bangkok, and when the screen went blue at the end, the questions came to a halt.</w:t>
      </w:r>
      <w:r>
        <w:br/>
      </w:r>
      <w:r>
        <w:t xml:space="preserve">    (a) relating to the south Asian Muslim republic that is the fifth most populous country</w:t>
      </w:r>
      <w:r>
        <w:br/>
      </w:r>
      <w:r>
        <w:t xml:space="preserve">    (b) connected by blood or marriage; or a  plant or animal related by origin or grouping</w:t>
      </w:r>
      <w:r>
        <w:br/>
      </w:r>
      <w:r>
        <w:t xml:space="preserve">    (c) something that is not real, but is made to imitate or behave like something that 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is required, three elders have called for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 </w:t>
      </w:r>
      <w:r>
        <w:rPr>
          <w:b/>
          <w:bCs/>
        </w:rPr>
        <w:t xml:space="preserve">before the people as is allowed by law.</w:t>
      </w:r>
      <w:r>
        <w:br/>
      </w:r>
      <w:r>
        <w:t xml:space="preserve">    (a) reason (for doing something)</w:t>
      </w:r>
      <w:r>
        <w:br/>
      </w:r>
      <w:r>
        <w:t xml:space="preserve">    (b) small quantity or indication</w:t>
      </w:r>
      <w:r>
        <w:br/>
      </w:r>
      <w:r>
        <w:t xml:space="preserve">    (c) questioning or investigating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believe the best way to deal with him is now, to make an example of any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treasonous</w:t>
      </w:r>
      <w:r>
        <w:rPr>
          <w:b/>
          <w:bCs/>
        </w:rPr>
        <w:t xml:space="preserve"> </w:t>
      </w:r>
      <w:r>
        <w:rPr>
          <w:b/>
          <w:bCs/>
        </w:rPr>
        <w:t xml:space="preserve">talk.</w:t>
      </w:r>
      <w:r>
        <w:br/>
      </w:r>
      <w:r>
        <w:t xml:space="preserve">    (a) involving betrayal</w:t>
      </w:r>
      <w:r>
        <w:br/>
      </w:r>
      <w:r>
        <w:t xml:space="preserve">    (b) good or beneficial</w:t>
      </w:r>
      <w:r>
        <w:br/>
      </w:r>
      <w:r>
        <w:t xml:space="preserve">    (c) impossible to find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he refuses to change his doctrine and loses, he will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banished</w:t>
      </w:r>
      <w:r>
        <w:rPr>
          <w:b/>
          <w:bCs/>
        </w:rPr>
        <w:t xml:space="preserve"> </w:t>
      </w:r>
      <w:r>
        <w:rPr>
          <w:b/>
          <w:bCs/>
        </w:rPr>
        <w:t xml:space="preserve">as the law requires.</w:t>
      </w:r>
      <w:r>
        <w:br/>
      </w:r>
      <w:r>
        <w:t xml:space="preserve">    (a) expelled or gotten rid of</w:t>
      </w:r>
      <w:r>
        <w:br/>
      </w:r>
      <w:r>
        <w:t xml:space="preserve">    (b) thought -- possibly aloud</w:t>
      </w:r>
      <w:r>
        <w:br/>
      </w:r>
      <w:r>
        <w:t xml:space="preserve">    (c) was abundant or plentiful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ambivalent</w:t>
      </w:r>
      <w:r>
        <w:rPr>
          <w:b/>
          <w:bCs/>
        </w:rPr>
        <w:t xml:space="preserve">.</w:t>
      </w:r>
      <w:r>
        <w:br/>
      </w:r>
      <w:r>
        <w:t xml:space="preserve">    (a) not straightforward</w:t>
      </w:r>
      <w:r>
        <w:br/>
      </w:r>
      <w:r>
        <w:t xml:space="preserve">    (b) not done on purpose</w:t>
      </w:r>
      <w:r>
        <w:br/>
      </w:r>
      <w:r>
        <w:t xml:space="preserve">    (c) with mixed feelings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facilitate</w:t>
      </w:r>
      <w:r>
        <w:rPr>
          <w:b/>
          <w:bCs/>
        </w:rPr>
        <w:t xml:space="preserve"> </w:t>
      </w:r>
      <w:r>
        <w:rPr>
          <w:b/>
          <w:bCs/>
        </w:rPr>
        <w:t xml:space="preserve">this shift in global power and live as a part of the leadership you've all secretly wanted for so many years, or you can deny me and die with the rest.</w:t>
      </w:r>
      <w:r>
        <w:br/>
      </w:r>
      <w:r>
        <w:t xml:space="preserve">    (a) windy storm</w:t>
      </w:r>
      <w:r>
        <w:br/>
      </w:r>
      <w:r>
        <w:t xml:space="preserve">    (b) bounce back</w:t>
      </w:r>
      <w:r>
        <w:br/>
      </w:r>
      <w:r>
        <w:t xml:space="preserve">    (c) make easier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revelation</w:t>
      </w:r>
      <w:r>
        <w:rPr>
          <w:b/>
          <w:bCs/>
        </w:rPr>
        <w:t xml:space="preserve"> </w:t>
      </w:r>
      <w:r>
        <w:rPr>
          <w:b/>
          <w:bCs/>
        </w:rPr>
        <w:t xml:space="preserve">delivered a long moment of silence.</w:t>
      </w:r>
      <w:r>
        <w:br/>
      </w:r>
      <w:r>
        <w:t xml:space="preserve">    (a) something previously unknown; or making such a thing known</w:t>
      </w:r>
      <w:r>
        <w:br/>
      </w:r>
      <w:r>
        <w:t xml:space="preserve">    (b) of the philosophical &amp; religious system based on the teachings of Laozi (also spelled Taoist)</w:t>
      </w:r>
      <w:r>
        <w:br/>
      </w:r>
      <w:r>
        <w:t xml:space="preserve">    (c) a large, elongated gland located behind the stomach that secretes digestive enzymes and insulin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Inventories of hardware, possible troop movement,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preemptive</w:t>
      </w:r>
      <w:r>
        <w:rPr>
          <w:b/>
          <w:bCs/>
        </w:rPr>
        <w:t xml:space="preserve"> </w:t>
      </w:r>
      <w:r>
        <w:rPr>
          <w:b/>
          <w:bCs/>
        </w:rPr>
        <w:t xml:space="preserve">strikes, political will-every possibility had been considered at great length.</w:t>
      </w:r>
      <w:r>
        <w:br/>
      </w:r>
      <w:r>
        <w:t xml:space="preserve">    (a) full of anger or unhappiness at having to accept something not liked</w:t>
      </w:r>
      <w:r>
        <w:br/>
      </w:r>
      <w:r>
        <w:t xml:space="preserve">    (b) relating to expert judgement of what is good and bad about something</w:t>
      </w:r>
      <w:r>
        <w:br/>
      </w:r>
      <w:r>
        <w:t xml:space="preserve">    (c) done before something undesired happens to prevent it from happening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then, the virus she engineered to disable these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genes</w:t>
      </w:r>
      <w:r>
        <w:rPr>
          <w:b/>
          <w:bCs/>
        </w:rPr>
        <w:t xml:space="preserve"> </w:t>
      </w:r>
      <w:r>
        <w:rPr>
          <w:b/>
          <w:bCs/>
        </w:rPr>
        <w:t xml:space="preserve">might also work!</w:t>
      </w:r>
      <w:r>
        <w:br/>
      </w:r>
      <w:r>
        <w:t xml:space="preserve">    (a) DNA sequences or units of heredity that influence biological traits</w:t>
      </w:r>
      <w:r>
        <w:br/>
      </w:r>
      <w:r>
        <w:t xml:space="preserve">    (b) measures of east/west (relative to the Prime Meridian) on the earth</w:t>
      </w:r>
      <w:r>
        <w:br/>
      </w:r>
      <w:r>
        <w:t xml:space="preserve">    (c) bases with a pH of greater than 7 (so they will dissolve in water)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are already rumblings of a preemptive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nuclear</w:t>
      </w:r>
      <w:r>
        <w:rPr>
          <w:b/>
          <w:bCs/>
        </w:rPr>
        <w:t xml:space="preserve"> </w:t>
      </w:r>
      <w:r>
        <w:rPr>
          <w:b/>
          <w:bCs/>
        </w:rPr>
        <w:t xml:space="preserve">strike, and I think Dwight might reverse himself on this one.</w:t>
      </w:r>
      <w:r>
        <w:br/>
      </w:r>
      <w:r>
        <w:t xml:space="preserve">    (a) the condition of being exclusive to (someone or some group)</w:t>
      </w:r>
      <w:r>
        <w:br/>
      </w:r>
      <w:r>
        <w:t xml:space="preserve">    (b) relating to the central or most important part of something</w:t>
      </w:r>
      <w:r>
        <w:br/>
      </w:r>
      <w:r>
        <w:t xml:space="preserve">    (c) the quality of inappropriateness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former lieutenant may have gone off the deep end, but he would never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conspire</w:t>
      </w:r>
      <w:r>
        <w:rPr>
          <w:b/>
          <w:bCs/>
        </w:rPr>
        <w:t xml:space="preserve"> </w:t>
      </w:r>
      <w:r>
        <w:rPr>
          <w:b/>
          <w:bCs/>
        </w:rPr>
        <w:t xml:space="preserve">against his own people.</w:t>
      </w:r>
      <w:r>
        <w:br/>
      </w:r>
      <w:r>
        <w:t xml:space="preserve">    (a) (noun) something that is lighter and draws attention -- such as an area of a painting  OR  (verb) making something lighter -- such as an area of a painting</w:t>
      </w:r>
      <w:r>
        <w:br/>
      </w:r>
      <w:r>
        <w:t xml:space="preserve">    (b) American football:  a defensive maneuver to swiftly tackle the quarterback by pursuing him with one or more defenders who normally remain behind the line of scrimmage</w:t>
      </w:r>
      <w:r>
        <w:br/>
      </w:r>
      <w:r>
        <w:t xml:space="preserve">    (c) secretly plan together to do something -- especially something illegal or harmful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of events and circumstances:  seemingly cooperate to achieve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Speaking against the Great Romance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blasphemy</w:t>
      </w:r>
      <w:r>
        <w:rPr>
          <w:b/>
          <w:bCs/>
        </w:rPr>
        <w:t xml:space="preserve">!</w:t>
      </w:r>
      <w:r>
        <w:br/>
      </w:r>
      <w:r>
        <w:t xml:space="preserve">    (a) disrespectful of something considered sacred</w:t>
      </w:r>
      <w:r>
        <w:br/>
      </w:r>
      <w:r>
        <w:t xml:space="preserve">    (b) found a condition or substance to be present</w:t>
      </w:r>
      <w:r>
        <w:br/>
      </w:r>
      <w:r>
        <w:t xml:space="preserve">    (c) Nazi organization for children aged 10 to 18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Council member lifted two heavy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swords from the floor by his stool and set them on the stage.</w:t>
      </w:r>
      <w:r>
        <w:br/>
      </w:r>
      <w:r>
        <w:t xml:space="preserve">    (a) made of a type of high-quality metal</w:t>
      </w:r>
      <w:r>
        <w:br/>
      </w:r>
      <w:r>
        <w:t xml:space="preserve">    (b) appropriate in size, amount, or degree</w:t>
      </w:r>
      <w:r>
        <w:br/>
      </w:r>
      <w:r>
        <w:t xml:space="preserve">    (c) examine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Ciphus objected but finally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capitulated</w:t>
      </w:r>
      <w:r>
        <w:rPr>
          <w:b/>
          <w:bCs/>
        </w:rPr>
        <w:t xml:space="preserve">, as much to control the lingering of those loyal to Justin as to yield to the Horde's demands.</w:t>
      </w:r>
      <w:r>
        <w:br/>
      </w:r>
      <w:r>
        <w:t xml:space="preserve">    (a) stopped resisting</w:t>
      </w:r>
      <w:r>
        <w:br/>
      </w:r>
      <w:r>
        <w:t xml:space="preserve">    (b) helped make clear</w:t>
      </w:r>
      <w:r>
        <w:br/>
      </w:r>
      <w:r>
        <w:t xml:space="preserve">    (c) thought carefully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2026-07-31T16:39:30Z</dcterms:created>
  <dcterms:modified xsi:type="dcterms:W3CDTF">2026-07-31T16:39:30Z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