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5ff237654c27d09d4074aaa7f24afdedf3d2e5"/>
    <w:p>
      <w:pPr>
        <w:pStyle w:val="Heading1"/>
      </w:pPr>
      <w:r>
        <w:rPr>
          <w:b/>
          <w:bCs/>
        </w:rPr>
        <w:t xml:space="preserve">Rebecca</w:t>
      </w:r>
      <w:r>
        <w:br/>
      </w:r>
      <w:r>
        <w:rPr>
          <w:i/>
          <w:iCs/>
        </w:rPr>
        <w:t xml:space="preserve">Daphne du Maurier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Try not to be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people you manage. It may seem quicker, but we're losing talented people because they don't like working with you.</w:t>
      </w:r>
      <w:r>
        <w:br/>
      </w:r>
      <w:r>
        <w:t xml:space="preserve">    (a) relating to classical music plays in which most of the dialogue is sung</w:t>
      </w:r>
      <w:r>
        <w:br/>
      </w:r>
      <w:r>
        <w:t xml:space="preserve">    (b) rude or unfriendly because of using too few words or moving too quickly</w:t>
      </w:r>
      <w:r>
        <w:br/>
      </w:r>
      <w:r>
        <w:t xml:space="preserve">    (c) unbelieving; or having difficulty accepting something so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All the angles of that triangle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acute</w:t>
      </w:r>
      <w:r>
        <w:rPr>
          <w:b/>
          <w:bCs/>
        </w:rPr>
        <w:t xml:space="preserve">.</w:t>
      </w:r>
      <w:r>
        <w:br/>
      </w:r>
      <w:r>
        <w:t xml:space="preserve">    (a) equal</w:t>
      </w:r>
      <w:r>
        <w:br/>
      </w:r>
      <w:r>
        <w:t xml:space="preserve">    (b) greater than thirty degrees</w:t>
      </w:r>
      <w:r>
        <w:br/>
      </w:r>
      <w:r>
        <w:t xml:space="preserve">    (c) less than 90 degrees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veteran team showed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camaraderie</w:t>
      </w:r>
      <w:r>
        <w:rPr>
          <w:b/>
          <w:bCs/>
        </w:rPr>
        <w:t xml:space="preserve"> </w:t>
      </w:r>
      <w:r>
        <w:rPr>
          <w:b/>
          <w:bCs/>
        </w:rPr>
        <w:t xml:space="preserve">in the locker room.</w:t>
      </w:r>
      <w:r>
        <w:br/>
      </w:r>
      <w:r>
        <w:t xml:space="preserve">    (a) tension between members</w:t>
      </w:r>
      <w:r>
        <w:br/>
      </w:r>
      <w:r>
        <w:t xml:space="preserve">    (b) respect for opponents</w:t>
      </w:r>
      <w:r>
        <w:br/>
      </w:r>
      <w:r>
        <w:t xml:space="preserve">    (c) close friendship in a group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participation in negotiations is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charade</w:t>
      </w:r>
      <w:r>
        <w:rPr>
          <w:b/>
          <w:bCs/>
        </w:rPr>
        <w:t xml:space="preserve"> </w:t>
      </w:r>
      <w:r>
        <w:rPr>
          <w:b/>
          <w:bCs/>
        </w:rPr>
        <w:t xml:space="preserve">to buy time.</w:t>
      </w:r>
      <w:r>
        <w:br/>
      </w:r>
      <w:r>
        <w:t xml:space="preserve">    (a) stalling tactic</w:t>
      </w:r>
      <w:r>
        <w:br/>
      </w:r>
      <w:r>
        <w:t xml:space="preserve">    (b) false display</w:t>
      </w:r>
      <w:r>
        <w:br/>
      </w:r>
      <w:r>
        <w:t xml:space="preserve">    (c) distraction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wealthy family owned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chateau</w:t>
      </w:r>
      <w:r>
        <w:rPr>
          <w:b/>
          <w:bCs/>
        </w:rPr>
        <w:t xml:space="preserve"> </w:t>
      </w:r>
      <w:r>
        <w:rPr>
          <w:b/>
          <w:bCs/>
        </w:rPr>
        <w:t xml:space="preserve">in the wine region.</w:t>
      </w:r>
      <w:r>
        <w:br/>
      </w:r>
      <w:r>
        <w:t xml:space="preserve">    (a) a small shack</w:t>
      </w:r>
      <w:r>
        <w:br/>
      </w:r>
      <w:r>
        <w:t xml:space="preserve">    (b) a French manor</w:t>
      </w:r>
      <w:r>
        <w:br/>
      </w:r>
      <w:r>
        <w:t xml:space="preserve">    (c) a city studio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Did they catch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culprit</w:t>
      </w:r>
      <w:r>
        <w:rPr>
          <w:b/>
          <w:bCs/>
        </w:rPr>
        <w:t xml:space="preserve">?</w:t>
      </w:r>
      <w:r>
        <w:br/>
      </w:r>
      <w:r>
        <w:t xml:space="preserve">    (a) problem</w:t>
      </w:r>
      <w:r>
        <w:br/>
      </w:r>
      <w:r>
        <w:t xml:space="preserve">    (b) dog</w:t>
      </w:r>
      <w:r>
        <w:br/>
      </w:r>
      <w:r>
        <w:t xml:space="preserve">    (c) criminal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clerk added the new case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docket</w:t>
      </w:r>
      <w:r>
        <w:rPr>
          <w:b/>
          <w:bCs/>
        </w:rPr>
        <w:t xml:space="preserve"> </w:t>
      </w:r>
      <w:r>
        <w:rPr>
          <w:b/>
          <w:bCs/>
        </w:rPr>
        <w:t xml:space="preserve">for next week.</w:t>
      </w:r>
      <w:r>
        <w:br/>
      </w:r>
      <w:r>
        <w:t xml:space="preserve">    (a) stack of files</w:t>
      </w:r>
      <w:r>
        <w:br/>
      </w:r>
      <w:r>
        <w:t xml:space="preserve">    (b) list of cases</w:t>
      </w:r>
      <w:r>
        <w:br/>
      </w:r>
      <w:r>
        <w:t xml:space="preserve">    (c) private office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tried not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fawn</w:t>
      </w:r>
      <w:r>
        <w:rPr>
          <w:b/>
          <w:bCs/>
        </w:rPr>
        <w:t xml:space="preserve"> </w:t>
      </w:r>
      <w:r>
        <w:rPr>
          <w:b/>
          <w:bCs/>
        </w:rPr>
        <w:t xml:space="preserve">over the famous actor when he visited the school.</w:t>
      </w:r>
      <w:r>
        <w:br/>
      </w:r>
      <w:r>
        <w:t xml:space="preserve">    (a) speak honestly</w:t>
      </w:r>
      <w:r>
        <w:br/>
      </w:r>
      <w:r>
        <w:t xml:space="preserve">    (b) flatter too much</w:t>
      </w:r>
      <w:r>
        <w:br/>
      </w:r>
      <w:r>
        <w:t xml:space="preserve">    (c) argue angrily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infernal</w:t>
      </w:r>
      <w:r>
        <w:rPr>
          <w:b/>
          <w:bCs/>
        </w:rPr>
        <w:t xml:space="preserve"> </w:t>
      </w:r>
      <w:r>
        <w:rPr>
          <w:b/>
          <w:bCs/>
        </w:rPr>
        <w:t xml:space="preserve">alarm clock kept going off every five minutes.</w:t>
      </w:r>
      <w:r>
        <w:br/>
      </w:r>
      <w:r>
        <w:t xml:space="preserve">    (a) annoying</w:t>
      </w:r>
      <w:r>
        <w:br/>
      </w:r>
      <w:r>
        <w:t xml:space="preserve">    (b) expensive</w:t>
      </w:r>
      <w:r>
        <w:br/>
      </w:r>
      <w:r>
        <w:t xml:space="preserve">    (c) antique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meaning of the word can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inferred</w:t>
      </w:r>
      <w:r>
        <w:rPr>
          <w:b/>
          <w:bCs/>
        </w:rPr>
        <w:t xml:space="preserve"> </w:t>
      </w:r>
      <w:r>
        <w:rPr>
          <w:b/>
          <w:bCs/>
        </w:rPr>
        <w:t xml:space="preserve">based on context clues.</w:t>
      </w:r>
      <w:r>
        <w:br/>
      </w:r>
      <w:r>
        <w:t xml:space="preserve">    (a) converted</w:t>
      </w:r>
      <w:r>
        <w:br/>
      </w:r>
      <w:r>
        <w:t xml:space="preserve">    (b) figured out</w:t>
      </w:r>
      <w:r>
        <w:br/>
      </w:r>
      <w:r>
        <w:t xml:space="preserve">    (c)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infinitesimal</w:t>
      </w:r>
      <w:r>
        <w:rPr>
          <w:b/>
          <w:bCs/>
        </w:rPr>
        <w:t xml:space="preserve"> </w:t>
      </w:r>
      <w:r>
        <w:rPr>
          <w:b/>
          <w:bCs/>
        </w:rPr>
        <w:t xml:space="preserve">amount of impurity can drastically affect the results of a sensitive chemical experiment.</w:t>
      </w:r>
      <w:r>
        <w:br/>
      </w:r>
      <w:r>
        <w:t xml:space="preserve">    (a) partial</w:t>
      </w:r>
      <w:r>
        <w:br/>
      </w:r>
      <w:r>
        <w:t xml:space="preserve">    (b) unintentional</w:t>
      </w:r>
      <w:r>
        <w:br/>
      </w:r>
      <w:r>
        <w:t xml:space="preserve">    (c) tiny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felt like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interloper</w:t>
      </w:r>
      <w:r>
        <w:rPr>
          <w:b/>
          <w:bCs/>
        </w:rPr>
        <w:t xml:space="preserve"> </w:t>
      </w:r>
      <w:r>
        <w:rPr>
          <w:b/>
          <w:bCs/>
        </w:rPr>
        <w:t xml:space="preserve">at the family reunion she crashed.</w:t>
      </w:r>
      <w:r>
        <w:br/>
      </w:r>
      <w:r>
        <w:t xml:space="preserve">    (a) an invited guest</w:t>
      </w:r>
      <w:r>
        <w:br/>
      </w:r>
      <w:r>
        <w:t xml:space="preserve">    (b) a close friend</w:t>
      </w:r>
      <w:r>
        <w:br/>
      </w:r>
      <w:r>
        <w:t xml:space="preserve">    (c) an intruder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singer's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luscious</w:t>
      </w:r>
      <w:r>
        <w:rPr>
          <w:b/>
          <w:bCs/>
        </w:rPr>
        <w:t xml:space="preserve"> </w:t>
      </w:r>
      <w:r>
        <w:rPr>
          <w:b/>
          <w:bCs/>
        </w:rPr>
        <w:t xml:space="preserve">voice made even simple songs sound deeply emotional.</w:t>
      </w:r>
      <w:r>
        <w:br/>
      </w:r>
      <w:r>
        <w:t xml:space="preserve">    (a) richly appealing</w:t>
      </w:r>
      <w:r>
        <w:br/>
      </w:r>
      <w:r>
        <w:t xml:space="preserve">    (b) barely audible</w:t>
      </w:r>
      <w:r>
        <w:br/>
      </w:r>
      <w:r>
        <w:t xml:space="preserve">    (c) harshly grating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reviews, so we chose another place.</w:t>
      </w:r>
      <w:r>
        <w:br/>
      </w:r>
      <w:r>
        <w:t xml:space="preserve">    (a) clearly terrible</w:t>
      </w:r>
      <w:r>
        <w:br/>
      </w:r>
      <w:r>
        <w:t xml:space="preserve">    (b) only average</w:t>
      </w:r>
      <w:r>
        <w:br/>
      </w:r>
      <w:r>
        <w:t xml:space="preserve">    (c) truly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monogram</w:t>
      </w:r>
      <w:r>
        <w:rPr>
          <w:b/>
          <w:bCs/>
        </w:rPr>
        <w:t xml:space="preserve"> </w:t>
      </w:r>
      <w:r>
        <w:rPr>
          <w:b/>
          <w:bCs/>
        </w:rPr>
        <w:t xml:space="preserve">embroidered on each of his dress shirts.</w:t>
      </w:r>
      <w:r>
        <w:br/>
      </w:r>
      <w:r>
        <w:t xml:space="preserve">    (a) design with initials</w:t>
      </w:r>
      <w:r>
        <w:br/>
      </w:r>
      <w:r>
        <w:t xml:space="preserve">    (b) fabric label</w:t>
      </w:r>
      <w:r>
        <w:br/>
      </w:r>
      <w:r>
        <w:t xml:space="preserve">    (c) decorative stripe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neurotic</w:t>
      </w:r>
      <w:r>
        <w:rPr>
          <w:b/>
          <w:bCs/>
        </w:rPr>
        <w:t xml:space="preserve"> </w:t>
      </w:r>
      <w:r>
        <w:rPr>
          <w:b/>
          <w:bCs/>
        </w:rPr>
        <w:t xml:space="preserve">fear of heights prevented her from enjoying the breathtaking view from the skyscraper’s observation deck.</w:t>
      </w:r>
      <w:r>
        <w:br/>
      </w:r>
      <w:r>
        <w:t xml:space="preserve">    (a) learned from bad experience</w:t>
      </w:r>
      <w:r>
        <w:br/>
      </w:r>
      <w:r>
        <w:t xml:space="preserve">    (b) present since birth</w:t>
      </w:r>
      <w:r>
        <w:br/>
      </w:r>
      <w:r>
        <w:t xml:space="preserve">    (c) excessive worry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patient's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pallid</w:t>
      </w:r>
      <w:r>
        <w:rPr>
          <w:b/>
          <w:bCs/>
        </w:rPr>
        <w:t xml:space="preserve"> </w:t>
      </w:r>
      <w:r>
        <w:rPr>
          <w:b/>
          <w:bCs/>
        </w:rPr>
        <w:t xml:space="preserve">complexion alarmed the nurse on duty.</w:t>
      </w:r>
      <w:r>
        <w:br/>
      </w:r>
      <w:r>
        <w:t xml:space="preserve">    (a) unhealthily pale</w:t>
      </w:r>
      <w:r>
        <w:br/>
      </w:r>
      <w:r>
        <w:t xml:space="preserve">    (b) heavily wrinkled</w:t>
      </w:r>
      <w:r>
        <w:br/>
      </w:r>
      <w:r>
        <w:t xml:space="preserve">    (c) deeply flushed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Like most soldiers, I was scared before battle, but it's not like I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premonition</w:t>
      </w:r>
      <w:r>
        <w:rPr>
          <w:b/>
          <w:bCs/>
        </w:rPr>
        <w:t xml:space="preserve"> </w:t>
      </w:r>
      <w:r>
        <w:rPr>
          <w:b/>
          <w:bCs/>
        </w:rPr>
        <w:t xml:space="preserve">that something bad was going to happen to me.</w:t>
      </w:r>
      <w:r>
        <w:br/>
      </w:r>
      <w:r>
        <w:t xml:space="preserve">    (a) expectation</w:t>
      </w:r>
      <w:r>
        <w:br/>
      </w:r>
      <w:r>
        <w:t xml:space="preserve">    (b) feeling</w:t>
      </w:r>
      <w:r>
        <w:br/>
      </w:r>
      <w:r>
        <w:t xml:space="preserve">    (c) certainty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face showed nothing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stolid</w:t>
      </w:r>
      <w:r>
        <w:rPr>
          <w:b/>
          <w:bCs/>
        </w:rPr>
        <w:t xml:space="preserve"> </w:t>
      </w:r>
      <w:r>
        <w:rPr>
          <w:b/>
          <w:bCs/>
        </w:rPr>
        <w:t xml:space="preserve">indifference.</w:t>
      </w:r>
      <w:r>
        <w:br/>
      </w:r>
      <w:r>
        <w:t xml:space="preserve">    (a) emotionless</w:t>
      </w:r>
      <w:r>
        <w:br/>
      </w:r>
      <w:r>
        <w:t xml:space="preserve">    (b) confused</w:t>
      </w:r>
      <w:r>
        <w:br/>
      </w:r>
      <w:r>
        <w:t xml:space="preserve">    (c) bitter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unobtrusively</w:t>
      </w:r>
      <w:r>
        <w:rPr>
          <w:b/>
          <w:bCs/>
        </w:rPr>
        <w:t xml:space="preserve"> </w:t>
      </w:r>
      <w:r>
        <w:rPr>
          <w:b/>
          <w:bCs/>
        </w:rPr>
        <w:t xml:space="preserve">in the rear of the room.</w:t>
      </w:r>
      <w:r>
        <w:br/>
      </w:r>
      <w:r>
        <w:t xml:space="preserve">    (a) while shouting loudly</w:t>
      </w:r>
      <w:r>
        <w:br/>
      </w:r>
      <w:r>
        <w:t xml:space="preserve">    (b) without drawing attention</w:t>
      </w:r>
      <w:r>
        <w:br/>
      </w:r>
      <w:r>
        <w:t xml:space="preserve">    (c) while crying softly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2026-07-31T15:54:30Z</dcterms:created>
  <dcterms:modified xsi:type="dcterms:W3CDTF">2026-07-31T15:54:30Z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