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3bd35fa9d85fb06d6760f4e9c1866cce936876"/>
    <w:p>
      <w:pPr>
        <w:pStyle w:val="Heading1"/>
      </w:pPr>
      <w:r>
        <w:rPr>
          <w:b/>
          <w:bCs/>
        </w:rPr>
        <w:t xml:space="preserve">Rappaccini's Daughter</w:t>
      </w:r>
      <w:r>
        <w:br/>
      </w:r>
      <w:r>
        <w:rPr>
          <w:i/>
          <w:iCs/>
        </w:rPr>
        <w:t xml:space="preserve">Nathanial Hawthorne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In any case, he generally contents himself with a very slight embroidery of outward manners,—the faintest possible counterfeit of real life,—and</w:t>
      </w:r>
      <w:r>
        <w:rPr>
          <w:b/>
          <w:bCs/>
        </w:rPr>
        <w:t xml:space="preserve"> </w:t>
      </w:r>
      <w:r>
        <w:rPr>
          <w:b/>
          <w:bCs/>
          <w:u w:val="single"/>
        </w:rPr>
        <w:t xml:space="preserve">endeavors</w:t>
      </w:r>
      <w:r>
        <w:rPr>
          <w:b/>
          <w:bCs/>
        </w:rPr>
        <w:t xml:space="preserve"> </w:t>
      </w:r>
      <w:r>
        <w:rPr>
          <w:b/>
          <w:bCs/>
        </w:rPr>
        <w:t xml:space="preserve">to create an interest by some less obvious peculiarity of the subject.</w:t>
      </w:r>
      <w:r>
        <w:br/>
      </w:r>
      <w:r>
        <w:t xml:space="preserve">    (a) attempts; or things attempted</w:t>
      </w:r>
      <w:r>
        <w:br/>
      </w:r>
      <w:r>
        <w:t xml:space="preserve">    (b) learns, discovers, or decides</w:t>
      </w:r>
      <w:r>
        <w:br/>
      </w:r>
      <w:r>
        <w:t xml:space="preserve">    (c) tells someone about something</w:t>
      </w:r>
    </w:p>
    <w:p>
      <w:pPr>
        <w:pStyle w:val="Compact"/>
        <w:numPr>
          <w:ilvl w:val="0"/>
          <w:numId w:val="1001"/>
        </w:numPr>
      </w:pPr>
      <w:r>
        <w:rPr>
          <w:b/>
          <w:bCs/>
        </w:rPr>
        <w:t xml:space="preserve">No; that garden is</w:t>
      </w:r>
      <w:r>
        <w:rPr>
          <w:b/>
          <w:bCs/>
        </w:rPr>
        <w:t xml:space="preserve"> </w:t>
      </w:r>
      <w:r>
        <w:rPr>
          <w:b/>
          <w:bCs/>
          <w:u w:val="single"/>
        </w:rPr>
        <w:t xml:space="preserve">cultivated</w:t>
      </w:r>
      <w:r>
        <w:rPr>
          <w:b/>
          <w:bCs/>
        </w:rPr>
        <w:t xml:space="preserve"> </w:t>
      </w:r>
      <w:r>
        <w:rPr>
          <w:b/>
          <w:bCs/>
        </w:rPr>
        <w:t xml:space="preserve">by the own hands of Signor Giacomo Rappaccini, the famous doctor, who, I warrant him, has been heard of as far as Naples.</w:t>
      </w:r>
      <w:r>
        <w:br/>
      </w:r>
      <w:r>
        <w:t xml:space="preserve">    (a) developed, grown, or prepared for growing crops</w:t>
      </w:r>
      <w:r>
        <w:br/>
      </w:r>
      <w:r>
        <w:t xml:space="preserve">    (b) not found guilty or forced into a bad situation</w:t>
      </w:r>
      <w:r>
        <w:br/>
      </w:r>
      <w:r>
        <w:t xml:space="preserve">    (c) a non-doctor who assisted a women in childbirth</w:t>
      </w:r>
    </w:p>
    <w:p>
      <w:pPr>
        <w:pStyle w:val="Compact"/>
        <w:numPr>
          <w:ilvl w:val="0"/>
          <w:numId w:val="1001"/>
        </w:numPr>
      </w:pPr>
      <w:r>
        <w:rPr>
          <w:b/>
          <w:bCs/>
        </w:rPr>
        <w:t xml:space="preserve">All about the pool into which the water</w:t>
      </w:r>
      <w:r>
        <w:rPr>
          <w:b/>
          <w:bCs/>
        </w:rPr>
        <w:t xml:space="preserve"> </w:t>
      </w:r>
      <w:r>
        <w:rPr>
          <w:b/>
          <w:bCs/>
          <w:u w:val="single"/>
        </w:rPr>
        <w:t xml:space="preserve">subsided</w:t>
      </w:r>
      <w:r>
        <w:rPr>
          <w:b/>
          <w:bCs/>
        </w:rPr>
        <w:t xml:space="preserve"> </w:t>
      </w:r>
      <w:r>
        <w:rPr>
          <w:b/>
          <w:bCs/>
        </w:rPr>
        <w:t xml:space="preserve">grew various plants, that seemed to require a plentiful supply of moisture for the nourishment of gigantic leaves, and in some instances, flowers gorgeously magnificent.</w:t>
      </w:r>
      <w:r>
        <w:br/>
      </w:r>
      <w:r>
        <w:t xml:space="preserve">    (a) not found, sought, or researched</w:t>
      </w:r>
      <w:r>
        <w:br/>
      </w:r>
      <w:r>
        <w:t xml:space="preserve">    (b) played cheerful and lively music</w:t>
      </w:r>
      <w:r>
        <w:br/>
      </w:r>
      <w:r>
        <w:t xml:space="preserve">    (c) settled to a lower level</w:t>
      </w:r>
    </w:p>
    <w:p>
      <w:pPr>
        <w:pStyle w:val="Compact"/>
        <w:numPr>
          <w:ilvl w:val="0"/>
          <w:numId w:val="1001"/>
        </w:numPr>
      </w:pPr>
      <w:r>
        <w:rPr>
          <w:b/>
          <w:bCs/>
        </w:rPr>
        <w:t xml:space="preserve">As he crossed the threshold he was met by old Lisabetta, who smirked and smiled, and was evidently desirous to attract his attention; vainly, however, as the ebullition of his feelings had momentarily</w:t>
      </w:r>
      <w:r>
        <w:rPr>
          <w:b/>
          <w:bCs/>
        </w:rPr>
        <w:t xml:space="preserve"> </w:t>
      </w:r>
      <w:r>
        <w:rPr>
          <w:b/>
          <w:bCs/>
          <w:u w:val="single"/>
        </w:rPr>
        <w:t xml:space="preserve">subsided</w:t>
      </w:r>
      <w:r>
        <w:rPr>
          <w:b/>
          <w:bCs/>
        </w:rPr>
        <w:t xml:space="preserve"> </w:t>
      </w:r>
      <w:r>
        <w:rPr>
          <w:b/>
          <w:bCs/>
        </w:rPr>
        <w:t xml:space="preserve">into a cold and dull vacuity.</w:t>
      </w:r>
      <w:r>
        <w:br/>
      </w:r>
      <w:r>
        <w:t xml:space="preserve">    (a) not interacting or having interest; or stopped interacting or having interest</w:t>
      </w:r>
      <w:r>
        <w:br/>
      </w:r>
      <w:r>
        <w:t xml:space="preserve">    (b) quieted</w:t>
      </w:r>
      <w:r>
        <w:br/>
      </w:r>
      <w:r>
        <w:t xml:space="preserve">    (c) campaigned or worked for a cause that was passionately believed to be important</w:t>
      </w:r>
    </w:p>
    <w:p>
      <w:pPr>
        <w:pStyle w:val="Compact"/>
        <w:numPr>
          <w:ilvl w:val="0"/>
          <w:numId w:val="1001"/>
        </w:numPr>
      </w:pPr>
      <w:r>
        <w:rPr>
          <w:b/>
          <w:bCs/>
          <w:u w:val="single"/>
        </w:rPr>
        <w:t xml:space="preserve">Nevertheless</w:t>
      </w:r>
      <w:r>
        <w:rPr>
          <w:b/>
          <w:bCs/>
        </w:rPr>
        <w:t xml:space="preserve">, in spite of this deep intelligence on his part, there was no approach to intimacy between himself and these vegetable existences.</w:t>
      </w:r>
      <w:r>
        <w:br/>
      </w:r>
      <w:r>
        <w:t xml:space="preserve">    (a) despite that (used to connect contrasting ideas)</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The distrustful gardener, while plucking away the dead leaves or pruning the too</w:t>
      </w:r>
      <w:r>
        <w:rPr>
          <w:b/>
          <w:bCs/>
        </w:rPr>
        <w:t xml:space="preserve"> </w:t>
      </w:r>
      <w:r>
        <w:rPr>
          <w:b/>
          <w:bCs/>
          <w:u w:val="single"/>
        </w:rPr>
        <w:t xml:space="preserve">luxuriant</w:t>
      </w:r>
      <w:r>
        <w:rPr>
          <w:b/>
          <w:bCs/>
        </w:rPr>
        <w:t xml:space="preserve"> </w:t>
      </w:r>
      <w:r>
        <w:rPr>
          <w:b/>
          <w:bCs/>
        </w:rPr>
        <w:t xml:space="preserve">growth of the shrubs, defended his hands with a pair of thick gloves.</w:t>
      </w:r>
      <w:r>
        <w:br/>
      </w:r>
      <w:r>
        <w:t xml:space="preserve">    (a) the degree to which a performance of or to someone else's work lends itself to the expression of personal artistic ideas or feelings by the performer</w:t>
      </w:r>
      <w:r>
        <w:br/>
      </w:r>
      <w:r>
        <w:t xml:space="preserve">    (b) characterized by growing well or being richly thick or abundant -- as of vegetation or hair</w:t>
      </w:r>
      <w:r>
        <w:br/>
      </w:r>
      <w:r>
        <w:br/>
      </w:r>
      <w:r>
        <w:t xml:space="preserve">or (more rarely):</w:t>
      </w:r>
      <w:r>
        <w:br/>
      </w:r>
      <w:r>
        <w:br/>
      </w:r>
      <w:r>
        <w:t xml:space="preserve">characterized by luxury (very comfortable or extravagant)</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She looked</w:t>
      </w:r>
      <w:r>
        <w:rPr>
          <w:b/>
          <w:bCs/>
        </w:rPr>
        <w:t xml:space="preserve"> </w:t>
      </w:r>
      <w:r>
        <w:rPr>
          <w:b/>
          <w:bCs/>
          <w:u w:val="single"/>
        </w:rPr>
        <w:t xml:space="preserve">redundant</w:t>
      </w:r>
      <w:r>
        <w:rPr>
          <w:b/>
          <w:bCs/>
        </w:rPr>
        <w:t xml:space="preserve"> </w:t>
      </w:r>
      <w:r>
        <w:rPr>
          <w:b/>
          <w:bCs/>
        </w:rPr>
        <w:t xml:space="preserve">with life, health, and energy; all of which attributes were bound down and compressed, as it were and girdled tensely, in their luxuriance, by her virgin zone.</w:t>
      </w:r>
      <w:r>
        <w:br/>
      </w:r>
      <w:r>
        <w:t xml:space="preserve">    (a) more than is needed -- often something that is unnecessarily repeated</w:t>
      </w:r>
      <w:r>
        <w:br/>
      </w:r>
      <w:r>
        <w:br/>
      </w:r>
      <w:r>
        <w:t xml:space="preserve">or in technical usage:  describing a secondary component designed to work if the primary component fails</w:t>
      </w:r>
      <w:r>
        <w:br/>
      </w:r>
      <w:r>
        <w:t xml:space="preserve">    (b) the degree to which a performance of or to someone else's work lends itself to the expression of personal artistic ideas or feelings by the performer</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In the course of the day he paid his respects to Signor Pietro Baglioni, professor of medicine in the university, a physician of</w:t>
      </w:r>
      <w:r>
        <w:rPr>
          <w:b/>
          <w:bCs/>
        </w:rPr>
        <w:t xml:space="preserve"> </w:t>
      </w:r>
      <w:r>
        <w:rPr>
          <w:b/>
          <w:bCs/>
          <w:u w:val="single"/>
        </w:rPr>
        <w:t xml:space="preserve">eminent</w:t>
      </w:r>
      <w:r>
        <w:rPr>
          <w:b/>
          <w:bCs/>
        </w:rPr>
        <w:t xml:space="preserve"> </w:t>
      </w:r>
      <w:r>
        <w:rPr>
          <w:b/>
          <w:bCs/>
        </w:rPr>
        <w:t xml:space="preserve">repute to whom Giovanni had brought a letter of introduction.</w:t>
      </w:r>
      <w:r>
        <w:br/>
      </w:r>
      <w:r>
        <w:t xml:space="preserve">    (a) able to be stopped from happening</w:t>
      </w:r>
      <w:r>
        <w:br/>
      </w:r>
      <w:r>
        <w:t xml:space="preserve">    (b) improper, awkward, or unfavorable</w:t>
      </w:r>
      <w:r>
        <w:br/>
      </w:r>
      <w:r>
        <w:t xml:space="preserve">    (c) respected and famous or important</w:t>
      </w:r>
    </w:p>
    <w:p>
      <w:pPr>
        <w:pStyle w:val="Compact"/>
        <w:numPr>
          <w:ilvl w:val="0"/>
          <w:numId w:val="1001"/>
        </w:numPr>
      </w:pPr>
      <w:r>
        <w:rPr>
          <w:b/>
          <w:bCs/>
        </w:rPr>
        <w:t xml:space="preserve">His face was all overspread with a most sickly and sallow hue, but yet so</w:t>
      </w:r>
      <w:r>
        <w:rPr>
          <w:b/>
          <w:bCs/>
        </w:rPr>
        <w:t xml:space="preserve"> </w:t>
      </w:r>
      <w:r>
        <w:rPr>
          <w:b/>
          <w:bCs/>
          <w:u w:val="single"/>
        </w:rPr>
        <w:t xml:space="preserve">pervaded</w:t>
      </w:r>
      <w:r>
        <w:rPr>
          <w:b/>
          <w:bCs/>
        </w:rPr>
        <w:t xml:space="preserve"> </w:t>
      </w:r>
      <w:r>
        <w:rPr>
          <w:b/>
          <w:bCs/>
        </w:rPr>
        <w:t xml:space="preserve">with an expression of piercing and active intellect that an observer might easily have overlooked the merely physical attributes and have seen only this wonderful energy.</w:t>
      </w:r>
      <w:r>
        <w:br/>
      </w:r>
      <w:r>
        <w:t xml:space="preserve">    (a) spread or filled</w:t>
      </w:r>
      <w:r>
        <w:br/>
      </w:r>
      <w:r>
        <w:t xml:space="preserve">    (b) stopped fighting</w:t>
      </w:r>
      <w:r>
        <w:br/>
      </w:r>
      <w:r>
        <w:t xml:space="preserve">    (c) not concentrated</w:t>
      </w:r>
    </w:p>
    <w:p>
      <w:pPr>
        <w:pStyle w:val="Compact"/>
        <w:numPr>
          <w:ilvl w:val="0"/>
          <w:numId w:val="1001"/>
        </w:numPr>
      </w:pPr>
      <w:r>
        <w:rPr>
          <w:b/>
          <w:bCs/>
        </w:rPr>
        <w:t xml:space="preserve">...an observer might easily have overlooked the merely physical</w:t>
      </w:r>
      <w:r>
        <w:rPr>
          <w:b/>
          <w:bCs/>
        </w:rPr>
        <w:t xml:space="preserve"> </w:t>
      </w:r>
      <w:r>
        <w:rPr>
          <w:b/>
          <w:bCs/>
          <w:u w:val="single"/>
        </w:rPr>
        <w:t xml:space="preserve">attributes</w:t>
      </w:r>
      <w:r>
        <w:rPr>
          <w:b/>
          <w:bCs/>
        </w:rPr>
        <w:t xml:space="preserve"> </w:t>
      </w:r>
      <w:r>
        <w:rPr>
          <w:b/>
          <w:bCs/>
        </w:rPr>
        <w:t xml:space="preserve">and have seen only this wonderful energy.</w:t>
      </w:r>
      <w:r>
        <w:br/>
      </w:r>
      <w:r>
        <w:t xml:space="preserve">    (a) dreamlike states of altered consciousness</w:t>
      </w:r>
      <w:r>
        <w:br/>
      </w:r>
      <w:r>
        <w:t xml:space="preserve">    (b) characteristics</w:t>
      </w:r>
      <w:r>
        <w:br/>
      </w:r>
      <w:r>
        <w:t xml:space="preserve">    (c) piles of wood or other burnable materials</w:t>
      </w:r>
    </w:p>
    <w:p>
      <w:pPr>
        <w:pStyle w:val="Compact"/>
        <w:numPr>
          <w:ilvl w:val="0"/>
          <w:numId w:val="1001"/>
        </w:numPr>
      </w:pPr>
      <w:r>
        <w:rPr>
          <w:b/>
          <w:bCs/>
        </w:rPr>
        <w:t xml:space="preserve">A fragrance was diffused from it which Giovanni recognized as identical with that which he had</w:t>
      </w:r>
      <w:r>
        <w:rPr>
          <w:b/>
          <w:bCs/>
        </w:rPr>
        <w:t xml:space="preserve"> </w:t>
      </w:r>
      <w:r>
        <w:rPr>
          <w:b/>
          <w:bCs/>
          <w:u w:val="single"/>
        </w:rPr>
        <w:t xml:space="preserve">attributed</w:t>
      </w:r>
      <w:r>
        <w:rPr>
          <w:b/>
          <w:bCs/>
        </w:rPr>
        <w:t xml:space="preserve"> </w:t>
      </w:r>
      <w:r>
        <w:rPr>
          <w:b/>
          <w:bCs/>
        </w:rPr>
        <w:t xml:space="preserve">to Beatrice's breath,</w:t>
      </w:r>
      <w:r>
        <w:br/>
      </w:r>
      <w:r>
        <w:t xml:space="preserve">    (a) not changed directly from a solid to a vapor</w:t>
      </w:r>
      <w:r>
        <w:br/>
      </w:r>
      <w:r>
        <w:t xml:space="preserve">    (b) credited (pointed to as the cause of something)</w:t>
      </w:r>
      <w:r>
        <w:br/>
      </w:r>
      <w:r>
        <w:t xml:space="preserve">    (c) not made different; or shown to be different</w:t>
      </w:r>
    </w:p>
    <w:p>
      <w:pPr>
        <w:pStyle w:val="Compact"/>
        <w:numPr>
          <w:ilvl w:val="0"/>
          <w:numId w:val="1001"/>
        </w:numPr>
      </w:pPr>
      <w:r>
        <w:rPr>
          <w:b/>
          <w:bCs/>
        </w:rPr>
        <w:t xml:space="preserve">"You are a connoisseur in flowers, signor," said Beatrice, with a smile,</w:t>
      </w:r>
      <w:r>
        <w:rPr>
          <w:b/>
          <w:bCs/>
        </w:rPr>
        <w:t xml:space="preserve"> </w:t>
      </w:r>
      <w:r>
        <w:rPr>
          <w:b/>
          <w:bCs/>
          <w:u w:val="single"/>
        </w:rPr>
        <w:t xml:space="preserve">alluding</w:t>
      </w:r>
      <w:r>
        <w:rPr>
          <w:b/>
          <w:bCs/>
        </w:rPr>
        <w:t xml:space="preserve"> </w:t>
      </w:r>
      <w:r>
        <w:rPr>
          <w:b/>
          <w:bCs/>
        </w:rPr>
        <w:t xml:space="preserve">to the bouquet which he had flung her from the window.</w:t>
      </w:r>
      <w:r>
        <w:br/>
      </w:r>
      <w:r>
        <w:t xml:space="preserve">    (a) gradually adding or removing</w:t>
      </w:r>
      <w:r>
        <w:br/>
      </w:r>
      <w:r>
        <w:t xml:space="preserve">    (b) thinking about or discussing</w:t>
      </w:r>
      <w:r>
        <w:br/>
      </w:r>
      <w:r>
        <w:t xml:space="preserve">    (c) making an indirect reference</w:t>
      </w:r>
    </w:p>
    <w:p>
      <w:pPr>
        <w:pStyle w:val="Compact"/>
        <w:numPr>
          <w:ilvl w:val="0"/>
          <w:numId w:val="1001"/>
        </w:numPr>
      </w:pPr>
      <w:r>
        <w:rPr>
          <w:b/>
          <w:bCs/>
        </w:rPr>
        <w:t xml:space="preserve">No sooner was Guasconti alone in his chamber than the image of Beatrice came back to his passionate musings, invested with all the witchery that had been gathering around it ever since his first glimpse of her, and now likewise</w:t>
      </w:r>
      <w:r>
        <w:rPr>
          <w:b/>
          <w:bCs/>
        </w:rPr>
        <w:t xml:space="preserve"> </w:t>
      </w:r>
      <w:r>
        <w:rPr>
          <w:b/>
          <w:bCs/>
          <w:u w:val="single"/>
        </w:rPr>
        <w:t xml:space="preserve">imbued</w:t>
      </w:r>
      <w:r>
        <w:rPr>
          <w:b/>
          <w:bCs/>
        </w:rPr>
        <w:t xml:space="preserve"> </w:t>
      </w:r>
      <w:r>
        <w:rPr>
          <w:b/>
          <w:bCs/>
        </w:rPr>
        <w:t xml:space="preserve">with a tender warmth of girlish womanhood.</w:t>
      </w:r>
      <w:r>
        <w:br/>
      </w:r>
      <w:r>
        <w:t xml:space="preserve">    (a) filled</w:t>
      </w:r>
      <w:r>
        <w:br/>
      </w:r>
      <w:r>
        <w:t xml:space="preserve">    (b) traded</w:t>
      </w:r>
      <w:r>
        <w:br/>
      </w:r>
      <w:r>
        <w:t xml:space="preserve">    (c) copied</w:t>
      </w:r>
    </w:p>
    <w:p>
      <w:pPr>
        <w:pStyle w:val="Compact"/>
        <w:numPr>
          <w:ilvl w:val="0"/>
          <w:numId w:val="1001"/>
        </w:numPr>
      </w:pPr>
      <w:r>
        <w:rPr>
          <w:b/>
          <w:bCs/>
        </w:rPr>
        <w:t xml:space="preserve">But, with all this intimate familiarity, there was still a reserve in Beatrice's</w:t>
      </w:r>
      <w:r>
        <w:rPr>
          <w:b/>
          <w:bCs/>
        </w:rPr>
        <w:t xml:space="preserve"> </w:t>
      </w:r>
      <w:r>
        <w:rPr>
          <w:b/>
          <w:bCs/>
          <w:u w:val="single"/>
        </w:rPr>
        <w:t xml:space="preserve">demeanor</w:t>
      </w:r>
      <w:r>
        <w:rPr>
          <w:b/>
          <w:bCs/>
        </w:rPr>
        <w:t xml:space="preserve">, so rigidly and invariably sustained that the idea of infringing it scarcely occurred to his imagination.</w:t>
      </w:r>
      <w:r>
        <w:br/>
      </w:r>
      <w:r>
        <w:t xml:space="preserve">    (a) a Muslim religious teacher or leader</w:t>
      </w:r>
      <w:r>
        <w:br/>
      </w:r>
      <w:r>
        <w:t xml:space="preserve">    (b) lacking experience or sophistication</w:t>
      </w:r>
      <w:r>
        <w:br/>
      </w:r>
      <w:r>
        <w:t xml:space="preserve">    (c) the manner in which a person behaves</w:t>
      </w:r>
    </w:p>
    <w:p>
      <w:pPr>
        <w:pStyle w:val="Compact"/>
        <w:numPr>
          <w:ilvl w:val="0"/>
          <w:numId w:val="1001"/>
        </w:numPr>
      </w:pPr>
      <w:r>
        <w:rPr>
          <w:b/>
          <w:bCs/>
        </w:rPr>
        <w:t xml:space="preserve">Odors, being a sort of element combined of the sensual and the spiritual, are apt to</w:t>
      </w:r>
      <w:r>
        <w:rPr>
          <w:b/>
          <w:bCs/>
        </w:rPr>
        <w:t xml:space="preserve"> </w:t>
      </w:r>
      <w:r>
        <w:rPr>
          <w:b/>
          <w:bCs/>
          <w:u w:val="single"/>
        </w:rPr>
        <w:t xml:space="preserve">deceive</w:t>
      </w:r>
      <w:r>
        <w:rPr>
          <w:b/>
          <w:bCs/>
        </w:rPr>
        <w:t xml:space="preserve"> </w:t>
      </w:r>
      <w:r>
        <w:rPr>
          <w:b/>
          <w:bCs/>
        </w:rPr>
        <w:t xml:space="preserve">us in this manner.</w:t>
      </w:r>
      <w:r>
        <w:br/>
      </w:r>
      <w:r>
        <w:t xml:space="preserve">    (a) bad or harmful</w:t>
      </w:r>
      <w:r>
        <w:br/>
      </w:r>
      <w:r>
        <w:t xml:space="preserve">    (b) tell (a story)</w:t>
      </w:r>
      <w:r>
        <w:br/>
      </w:r>
      <w:r>
        <w:t xml:space="preserve">    (c) lie or mislead</w:t>
      </w:r>
    </w:p>
    <w:p>
      <w:pPr>
        <w:pStyle w:val="Compact"/>
        <w:numPr>
          <w:ilvl w:val="0"/>
          <w:numId w:val="1001"/>
        </w:numPr>
      </w:pPr>
      <w:r>
        <w:rPr>
          <w:b/>
          <w:bCs/>
        </w:rPr>
        <w:t xml:space="preserve">But he strove hard to</w:t>
      </w:r>
      <w:r>
        <w:rPr>
          <w:b/>
          <w:bCs/>
        </w:rPr>
        <w:t xml:space="preserve"> </w:t>
      </w:r>
      <w:r>
        <w:rPr>
          <w:b/>
          <w:bCs/>
          <w:u w:val="single"/>
        </w:rPr>
        <w:t xml:space="preserve">quell</w:t>
      </w:r>
      <w:r>
        <w:rPr>
          <w:b/>
          <w:bCs/>
        </w:rPr>
        <w:t xml:space="preserve"> </w:t>
      </w:r>
      <w:r>
        <w:rPr>
          <w:b/>
          <w:bCs/>
        </w:rPr>
        <w:t xml:space="preserve">them and to respond to Baglioni with a true lover's perfect faith.</w:t>
      </w:r>
      <w:r>
        <w:br/>
      </w:r>
      <w:r>
        <w:t xml:space="preserve">    (a) pessimistic or disagreeable</w:t>
      </w:r>
      <w:r>
        <w:br/>
      </w:r>
      <w:r>
        <w:t xml:space="preserve">    (b) suppress or stop completely</w:t>
      </w:r>
      <w:r>
        <w:br/>
      </w:r>
      <w:r>
        <w:t xml:space="preserve">    (c) develop or change gradually</w:t>
      </w:r>
    </w:p>
    <w:p>
      <w:pPr>
        <w:pStyle w:val="Compact"/>
        <w:numPr>
          <w:ilvl w:val="0"/>
          <w:numId w:val="1001"/>
        </w:numPr>
      </w:pPr>
      <w:r>
        <w:rPr>
          <w:b/>
          <w:bCs/>
        </w:rPr>
        <w:t xml:space="preserve">Hast thou grown so poisonous that this deadly insect</w:t>
      </w:r>
      <w:r>
        <w:rPr>
          <w:b/>
          <w:bCs/>
        </w:rPr>
        <w:t xml:space="preserve"> </w:t>
      </w:r>
      <w:r>
        <w:rPr>
          <w:b/>
          <w:bCs/>
          <w:u w:val="single"/>
        </w:rPr>
        <w:t xml:space="preserve">perishes</w:t>
      </w:r>
      <w:r>
        <w:rPr>
          <w:b/>
          <w:bCs/>
        </w:rPr>
        <w:t xml:space="preserve"> </w:t>
      </w:r>
      <w:r>
        <w:rPr>
          <w:b/>
          <w:bCs/>
        </w:rPr>
        <w:t xml:space="preserve">by thy breath?</w:t>
      </w:r>
      <w:r>
        <w:br/>
      </w:r>
      <w:r>
        <w:t xml:space="preserve">    (a) boundaries or limits</w:t>
      </w:r>
      <w:r>
        <w:br/>
      </w:r>
      <w:r>
        <w:t xml:space="preserve">    (b) dies or is destroyed</w:t>
      </w:r>
      <w:r>
        <w:br/>
      </w:r>
      <w:r>
        <w:t xml:space="preserve">    (c) gains advantage from</w:t>
      </w:r>
    </w:p>
    <w:p>
      <w:pPr>
        <w:pStyle w:val="Compact"/>
        <w:numPr>
          <w:ilvl w:val="0"/>
          <w:numId w:val="1001"/>
        </w:numPr>
      </w:pPr>
      <w:r>
        <w:rPr>
          <w:b/>
          <w:bCs/>
        </w:rPr>
        <w:t xml:space="preserve">"Accursed one!" cried he, with venomous</w:t>
      </w:r>
      <w:r>
        <w:rPr>
          <w:b/>
          <w:bCs/>
        </w:rPr>
        <w:t xml:space="preserve"> </w:t>
      </w:r>
      <w:r>
        <w:rPr>
          <w:b/>
          <w:bCs/>
          <w:u w:val="single"/>
        </w:rPr>
        <w:t xml:space="preserve">scorn</w:t>
      </w:r>
      <w:r>
        <w:rPr>
          <w:b/>
          <w:bCs/>
        </w:rPr>
        <w:t xml:space="preserve"> </w:t>
      </w:r>
      <w:r>
        <w:rPr>
          <w:b/>
          <w:bCs/>
        </w:rPr>
        <w:t xml:space="preserve">and anger.</w:t>
      </w:r>
      <w:r>
        <w:br/>
      </w:r>
      <w:r>
        <w:t xml:space="preserve">    (a) not answer questions; or block progress</w:t>
      </w:r>
      <w:r>
        <w:br/>
      </w:r>
      <w:r>
        <w:t xml:space="preserve">    (b) move from more general to more specific</w:t>
      </w:r>
      <w:r>
        <w:br/>
      </w:r>
      <w:r>
        <w:t xml:space="preserve">    (c) disrespect or reject as not good enough</w:t>
      </w:r>
    </w:p>
    <w:p>
      <w:pPr>
        <w:pStyle w:val="Compact"/>
        <w:numPr>
          <w:ilvl w:val="0"/>
          <w:numId w:val="1001"/>
        </w:numPr>
      </w:pPr>
      <w:r>
        <w:rPr>
          <w:b/>
          <w:bCs/>
        </w:rPr>
        <w:t xml:space="preserve">Thou hast made me as hateful, as ugly, as loathsome and deadly a creature as thyself—a world's wonder of hideous</w:t>
      </w:r>
      <w:r>
        <w:rPr>
          <w:b/>
          <w:bCs/>
        </w:rPr>
        <w:t xml:space="preserve"> </w:t>
      </w:r>
      <w:r>
        <w:rPr>
          <w:b/>
          <w:bCs/>
          <w:u w:val="single"/>
        </w:rPr>
        <w:t xml:space="preserve">monstrosity</w:t>
      </w:r>
      <w:r>
        <w:rPr>
          <w:b/>
          <w:bCs/>
        </w:rPr>
        <w:t xml:space="preserve">!</w:t>
      </w:r>
      <w:r>
        <w:br/>
      </w:r>
      <w:r>
        <w:t xml:space="preserve">    (a) something that is big and terrible</w:t>
      </w:r>
      <w:r>
        <w:br/>
      </w:r>
      <w:r>
        <w:t xml:space="preserve">    (b) a central open space in a building</w:t>
      </w:r>
      <w:r>
        <w:br/>
      </w:r>
      <w:r>
        <w:t xml:space="preserve">    (c) particles emitted by nuclear decay</w:t>
      </w:r>
    </w:p>
    <w:p>
      <w:pPr>
        <w:pStyle w:val="Compact"/>
        <w:numPr>
          <w:ilvl w:val="0"/>
          <w:numId w:val="1001"/>
        </w:numPr>
      </w:pPr>
      <w:r>
        <w:rPr>
          <w:b/>
          <w:bCs/>
        </w:rPr>
        <w:t xml:space="preserve">there is a medicine, potent, as a wise physician has assured me, and almost divine in its</w:t>
      </w:r>
      <w:r>
        <w:rPr>
          <w:b/>
          <w:bCs/>
        </w:rPr>
        <w:t xml:space="preserve"> </w:t>
      </w:r>
      <w:r>
        <w:rPr>
          <w:b/>
          <w:bCs/>
          <w:u w:val="single"/>
        </w:rPr>
        <w:t xml:space="preserve">efficacy</w:t>
      </w:r>
      <w:r>
        <w:rPr>
          <w:b/>
          <w:bCs/>
        </w:rPr>
        <w:t xml:space="preserve">.</w:t>
      </w:r>
      <w:r>
        <w:br/>
      </w:r>
      <w:r>
        <w:t xml:space="preserve">    (a) challengeable</w:t>
      </w:r>
      <w:r>
        <w:br/>
      </w:r>
      <w:r>
        <w:t xml:space="preserve">    (b) painted white</w:t>
      </w:r>
      <w:r>
        <w:br/>
      </w:r>
      <w:r>
        <w:t xml:space="preserve">    (c) effectiveness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2026-07-31T17:35:29Z</dcterms:created>
  <dcterms:modified xsi:type="dcterms:W3CDTF">2026-07-31T17:35:29Z</dcterms:modified>
</cp:coreProperties>
</file>

<file path=docProps/custom.xml><?xml version="1.0" encoding="utf-8"?>
<Properties xmlns="http://schemas.openxmlformats.org/officeDocument/2006/custom-properties" xmlns:vt="http://schemas.openxmlformats.org/officeDocument/2006/docPropsVTypes"/>
</file>