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51f738e40d657282aa81ada2c20ffd9a5fb91c"/>
    <w:p>
      <w:pPr>
        <w:pStyle w:val="Heading1"/>
      </w:pPr>
      <w:r>
        <w:rPr>
          <w:b/>
          <w:bCs/>
        </w:rPr>
        <w:t xml:space="preserve">Queen of Babble</w:t>
      </w:r>
      <w:r>
        <w:br/>
      </w:r>
      <w:r>
        <w:rPr>
          <w:i/>
          <w:iCs/>
        </w:rPr>
        <w:t xml:space="preserve">Meg Cabot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thesis</w:t>
      </w:r>
      <w:r>
        <w:rPr>
          <w:b/>
          <w:bCs/>
        </w:rPr>
        <w:t xml:space="preserve">, I hope to explore the history of clothing.</w:t>
      </w:r>
      <w:r>
        <w:br/>
      </w:r>
      <w:r>
        <w:t xml:space="preserve">    (a) a formal and lengthy research paper</w:t>
      </w:r>
      <w:r>
        <w:br/>
      </w:r>
      <w:r>
        <w:t xml:space="preserve">    (b) an agent that works against a bacterial infection that is typically contracted through a puncture wound with a dirty object</w:t>
      </w:r>
      <w:r>
        <w:br/>
      </w:r>
      <w:r>
        <w:t xml:space="preserve">    (c) main character of Mark Twain's classic novel about Huck and Jim's journey down the Mississippi River to find freedom (1884)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one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jacket with the epaulets.</w:t>
      </w:r>
      <w:r>
        <w:br/>
      </w:r>
      <w:r>
        <w:t xml:space="preserve">    (a) extremely ugly, offensive, and/or frightening</w:t>
      </w:r>
      <w:r>
        <w:br/>
      </w:r>
      <w:r>
        <w:t xml:space="preserve">    (b) the characteristic of demonstrating something</w:t>
      </w:r>
      <w:r>
        <w:br/>
      </w:r>
      <w:r>
        <w:t xml:space="preserve">    (c) the quality of not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Chaz asks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feigned</w:t>
      </w:r>
      <w:r>
        <w:rPr>
          <w:b/>
          <w:bCs/>
        </w:rPr>
        <w:t xml:space="preserve"> </w:t>
      </w:r>
      <w:r>
        <w:rPr>
          <w:b/>
          <w:bCs/>
        </w:rPr>
        <w:t xml:space="preserve">innocence.</w:t>
      </w:r>
      <w:r>
        <w:br/>
      </w:r>
      <w:r>
        <w:t xml:space="preserve">    (a) pretended (made a pretense of)</w:t>
      </w:r>
      <w:r>
        <w:br/>
      </w:r>
      <w:r>
        <w:t xml:space="preserve">    (b) not hired, occupied, or booked</w:t>
      </w:r>
      <w:r>
        <w:br/>
      </w:r>
      <w:r>
        <w:t xml:space="preserve">    (c) developed or changed gradually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Grandma's suspicion turns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indignation</w:t>
      </w:r>
      <w:r>
        <w:rPr>
          <w:b/>
          <w:bCs/>
        </w:rPr>
        <w:t xml:space="preserve">.</w:t>
      </w:r>
      <w:r>
        <w:br/>
      </w:r>
      <w:r>
        <w:t xml:space="preserve">    (a) anger or annoyance at something unjust or wrong</w:t>
      </w:r>
      <w:r>
        <w:br/>
      </w:r>
      <w:r>
        <w:t xml:space="preserve">    (b) surprise as something unexpected</w:t>
      </w:r>
      <w:r>
        <w:br/>
      </w:r>
      <w:r>
        <w:t xml:space="preserve">    (c) acceptance of something undesired as unavoidable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unfortunate about the pocket protector he's wearing, but then I haven't been able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wean</w:t>
      </w:r>
      <w:r>
        <w:rPr>
          <w:b/>
          <w:bCs/>
        </w:rPr>
        <w:t xml:space="preserve"> </w:t>
      </w:r>
      <w:r>
        <w:rPr>
          <w:b/>
          <w:bCs/>
        </w:rPr>
        <w:t xml:space="preserve">my own father from the habit, so it's unlikely I'll ever make any headway with his boss.</w:t>
      </w:r>
      <w:r>
        <w:br/>
      </w:r>
      <w:r>
        <w:t xml:space="preserve">    (a) adapt</w:t>
      </w:r>
      <w:r>
        <w:br/>
      </w:r>
      <w:r>
        <w:t xml:space="preserve">    (b) trade</w:t>
      </w:r>
      <w:r>
        <w:br/>
      </w:r>
      <w:r>
        <w:t xml:space="preserve">    (c) delay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little girl took the napkin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reverently</w:t>
      </w:r>
      <w:r>
        <w:rPr>
          <w:b/>
          <w:bCs/>
        </w:rPr>
        <w:t xml:space="preserve">, as if she couldn't believe her good fortune.</w:t>
      </w:r>
      <w:r>
        <w:br/>
      </w:r>
      <w:r>
        <w:t xml:space="preserve">    (a) in a manner that is not appropriate or different than would be expected in size, amount, or degree</w:t>
      </w:r>
      <w:r>
        <w:br/>
      </w:r>
      <w:r>
        <w:t xml:space="preserve">    (b) with nervousness or discomfort felt by someone due to concern about what others will think of them</w:t>
      </w:r>
      <w:r>
        <w:br/>
      </w:r>
      <w:r>
        <w:t xml:space="preserve">    (c) with feelings of deep respect and admiration -- sometimes with a mixture of wonder and awe or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really know any other word I can use to describe the expression on Andrew's face except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peevish</w:t>
      </w:r>
      <w:r>
        <w:rPr>
          <w:b/>
          <w:bCs/>
        </w:rPr>
        <w:t xml:space="preserve">.</w:t>
      </w:r>
      <w:r>
        <w:br/>
      </w:r>
      <w:r>
        <w:t xml:space="preserve">    (a) annoyed or easily annoyed -- especially by unimportant things</w:t>
      </w:r>
      <w:r>
        <w:br/>
      </w:r>
      <w:r>
        <w:t xml:space="preserve">    (b) trustworthy with secrets or subtle (not attracting attention)</w:t>
      </w:r>
      <w:r>
        <w:br/>
      </w:r>
      <w:r>
        <w:t xml:space="preserve">    (c) related to the setting or situation in which something occurs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Mrs. M looks like a rose herself, all pink-cheeked and shiny in jeans and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</w:t>
      </w:r>
      <w:r>
        <w:rPr>
          <w:b/>
          <w:bCs/>
        </w:rPr>
        <w:t xml:space="preserve"> </w:t>
      </w:r>
      <w:r>
        <w:rPr>
          <w:b/>
          <w:bCs/>
        </w:rPr>
        <w:t xml:space="preserve">top.</w:t>
      </w:r>
      <w:r>
        <w:br/>
      </w:r>
      <w:r>
        <w:t xml:space="preserve">    (a) relating to an artistic movement pioneered by Pablo Picasso and Georges Braque that featured surfaces of geometrical planes to depict three-dimensional organic forms</w:t>
      </w:r>
      <w:r>
        <w:br/>
      </w:r>
      <w:r>
        <w:t xml:space="preserve">    (b) someone who walks slowly without definite direction  OR  someone who writes or talks without definite direction (changing subjects or rambling rather than in a purposeful direct way)</w:t>
      </w:r>
      <w:r>
        <w:br/>
      </w:r>
      <w:r>
        <w:t xml:space="preserve">    (c) used historically or possibly in relation to a very poor country:  a person of low income, education, and social standing -- especially one who raises crops or livestock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ate while watching a British mystery show, during which I only understood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approximately</w:t>
      </w:r>
      <w:r>
        <w:rPr>
          <w:b/>
          <w:bCs/>
        </w:rPr>
        <w:t xml:space="preserve"> </w:t>
      </w:r>
      <w:r>
        <w:rPr>
          <w:b/>
          <w:bCs/>
        </w:rPr>
        <w:t xml:space="preserve">one word out of every seven, due to The thing is, I wasdetermined not to let the fat thing get me down.</w:t>
      </w:r>
      <w:r>
        <w:br/>
      </w:r>
      <w:r>
        <w:t xml:space="preserve">    (a) relating to the outside</w:t>
      </w:r>
      <w:r>
        <w:br/>
      </w:r>
      <w:r>
        <w:t xml:space="preserve">    (b) about (but not exactly)</w:t>
      </w:r>
      <w:r>
        <w:br/>
      </w:r>
      <w:r>
        <w:t xml:space="preserve">    (c) cheerfully and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occasional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mortification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having to appear in front of a guy I had a crush on in a bathing suit at the lake or whatever.</w:t>
      </w:r>
      <w:r>
        <w:br/>
      </w:r>
      <w:r>
        <w:t xml:space="preserve">    (a) a connection or relationship by being equivalent, proportionate, or matched</w:t>
      </w:r>
      <w:r>
        <w:br/>
      </w:r>
      <w:r>
        <w:t xml:space="preserve">    (b) the four-dimensional combination of space and time where everything happens</w:t>
      </w:r>
      <w:r>
        <w:br/>
      </w:r>
      <w:r>
        <w:t xml:space="preserve">    (c) extremely embarrassed and ashamed—so humiliated that pride feels wounded.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realize,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belatedly</w:t>
      </w:r>
      <w:r>
        <w:rPr>
          <w:b/>
          <w:bCs/>
        </w:rPr>
        <w:t xml:space="preserve">, that Andrew might possibly become a little ticked off with his brother for "Oh, Andrew, I'm sorry," I say, wrapping my arms around his neck and kissing him tenderly.</w:t>
      </w:r>
      <w:r>
        <w:br/>
      </w:r>
      <w:r>
        <w:t xml:space="preserve">    (a) in a manner that deserves praise</w:t>
      </w:r>
      <w:r>
        <w:br/>
      </w:r>
      <w:r>
        <w:t xml:space="preserve">    (b) in a manner that does not change</w:t>
      </w:r>
      <w:r>
        <w:br/>
      </w:r>
      <w:r>
        <w:t xml:space="preserve">    (c) after the expected or usual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Andrew shoots me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incredulous</w:t>
      </w:r>
      <w:r>
        <w:rPr>
          <w:b/>
          <w:bCs/>
        </w:rPr>
        <w:t xml:space="preserve"> </w:t>
      </w:r>
      <w:r>
        <w:rPr>
          <w:b/>
          <w:bCs/>
        </w:rPr>
        <w:t xml:space="preserve">look.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unbelieving; or having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believe this may have been due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amount of white foundation she wore upon her face in order to give it what was then considered a youthful appearance.</w:t>
      </w:r>
      <w:r>
        <w:br/>
      </w:r>
      <w:r>
        <w:t xml:space="preserve">    (a) able to be protected or kept unchanged</w:t>
      </w:r>
      <w:r>
        <w:br/>
      </w:r>
      <w:r>
        <w:t xml:space="preserve">    (b) able to accept as true (without proof)</w:t>
      </w:r>
      <w:r>
        <w:br/>
      </w:r>
      <w:r>
        <w:t xml:space="preserve">    (c) abundant (large in quantity or number)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a dole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fraud</w:t>
      </w:r>
      <w:r>
        <w:rPr>
          <w:b/>
          <w:bCs/>
        </w:rPr>
        <w:t xml:space="preserve">.</w:t>
      </w:r>
      <w:r>
        <w:br/>
      </w:r>
      <w:r>
        <w:t xml:space="preserve">    (a) an English Protestant who in the 16th and 17th centuries who wanted simpler worship and strict, hard-working lives</w:t>
      </w:r>
      <w:r>
        <w:br/>
      </w:r>
      <w:r>
        <w:t xml:space="preserve">    (b) the act of deceiving someone for personal gain; or a person or thing that is not what it pretends or appears to be</w:t>
      </w:r>
      <w:r>
        <w:br/>
      </w:r>
      <w:r>
        <w:t xml:space="preserve">    (c) intangible (non-touchable) property that is the result of creativity (such as patents or trademarks or copyrights)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French Revolution in the late 1700s wasn't just an uprising of common people overthrowing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monarchy</w:t>
      </w:r>
      <w:r>
        <w:rPr>
          <w:b/>
          <w:bCs/>
        </w:rPr>
        <w:t xml:space="preserve"> </w:t>
      </w:r>
      <w:r>
        <w:rPr>
          <w:b/>
          <w:bCs/>
        </w:rPr>
        <w:t xml:space="preserve">in favor of democracy and republicanism.</w:t>
      </w:r>
      <w:r>
        <w:br/>
      </w:r>
      <w:r>
        <w:t xml:space="preserve">    (a) a usually brief state of mental confusion often accompanied by hallucinations</w:t>
      </w:r>
      <w:r>
        <w:br/>
      </w:r>
      <w:r>
        <w:t xml:space="preserve">    (b) a government, country, or ruling family of a country ruled by a king of queen</w:t>
      </w:r>
      <w:r>
        <w:br/>
      </w:r>
      <w:r>
        <w:t xml:space="preserve">    (c) a psychologist concerned with the treatment of abnormal thinking and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fact, it seems to always fail me when I need it most—if a guy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ambivalent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his sexual orientation, I totally can't tell by what he's wearing.</w:t>
      </w:r>
      <w:r>
        <w:br/>
      </w:r>
      <w:r>
        <w:t xml:space="preserve">    (a) with mixed feelings</w:t>
      </w:r>
      <w:r>
        <w:br/>
      </w:r>
      <w:r>
        <w:t xml:space="preserve">    (b) not straightforward</w:t>
      </w:r>
      <w:r>
        <w:br/>
      </w:r>
      <w:r>
        <w:t xml:space="preserve">    (c) not done on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You'd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enabling</w:t>
      </w:r>
      <w:r>
        <w:rPr>
          <w:b/>
          <w:bCs/>
        </w:rPr>
        <w:t xml:space="preserve"> </w:t>
      </w:r>
      <w:r>
        <w:rPr>
          <w:b/>
          <w:bCs/>
        </w:rPr>
        <w:t xml:space="preserve">him to continue his destructive behavior.</w:t>
      </w:r>
      <w:r>
        <w:br/>
      </w:r>
      <w:r>
        <w:t xml:space="preserve">    (a) being a sign of</w:t>
      </w:r>
      <w:r>
        <w:br/>
      </w:r>
      <w:r>
        <w:t xml:space="preserve">    (b) moving downward</w:t>
      </w:r>
      <w:r>
        <w:br/>
      </w:r>
      <w:r>
        <w:t xml:space="preserve">    (c) making possible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keeping her gaze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resolutely</w:t>
      </w:r>
      <w:r>
        <w:rPr>
          <w:b/>
          <w:bCs/>
        </w:rPr>
        <w:t xml:space="preserve"> </w:t>
      </w:r>
      <w:r>
        <w:rPr>
          <w:b/>
          <w:bCs/>
        </w:rPr>
        <w:t xml:space="preserve">on the pages of the book she's reading.</w:t>
      </w:r>
      <w:r>
        <w:br/>
      </w:r>
      <w:r>
        <w:t xml:space="preserve">    (a) in a strongly biased manner</w:t>
      </w:r>
      <w:r>
        <w:br/>
      </w:r>
      <w:r>
        <w:t xml:space="preserve">    (b) in a morally correct manner</w:t>
      </w:r>
      <w:r>
        <w:br/>
      </w:r>
      <w:r>
        <w:t xml:space="preserve">    (c) with firm purpose or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priceless, one-of-a-kind couture evening gown from one of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innovative</w:t>
      </w:r>
      <w:r>
        <w:rPr>
          <w:b/>
          <w:bCs/>
        </w:rPr>
        <w:t xml:space="preserve"> </w:t>
      </w:r>
      <w:r>
        <w:rPr>
          <w:b/>
          <w:bCs/>
        </w:rPr>
        <w:t xml:space="preserve">and classic fashion designers in the world.</w:t>
      </w:r>
      <w:r>
        <w:br/>
      </w:r>
      <w:r>
        <w:t xml:space="preserve">    (a) new and different</w:t>
      </w:r>
      <w:r>
        <w:br/>
      </w:r>
      <w:r>
        <w:t xml:space="preserve">    (b) greater than zero</w:t>
      </w:r>
      <w:r>
        <w:br/>
      </w:r>
      <w:r>
        <w:t xml:space="preserve">    (c) not demonstrating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there was nothing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anarchic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their postapocalyptic style.</w:t>
      </w:r>
      <w:r>
        <w:br/>
      </w:r>
      <w:r>
        <w:t xml:space="preserve">    (a) mental weakness caused by old age; or describing a medical condition as caused by old age</w:t>
      </w:r>
      <w:r>
        <w:br/>
      </w:r>
      <w:r>
        <w:t xml:space="preserve">    (b) the complete absence of political authority; or more generally, complete absence of order</w:t>
      </w:r>
      <w:r>
        <w:br/>
      </w:r>
      <w:r>
        <w:t xml:space="preserve">    (c) relating to a government, country, or ruling family of a country ruled by a king of queen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2026-07-31T16:47:52Z</dcterms:created>
  <dcterms:modified xsi:type="dcterms:W3CDTF">2026-07-31T16:47:52Z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