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71073b3f58c23aea3be6165750ce7b0a0a72c6"/>
    <w:p>
      <w:pPr>
        <w:pStyle w:val="Heading1"/>
      </w:pPr>
      <w:r>
        <w:rPr>
          <w:b/>
          <w:bCs/>
        </w:rPr>
        <w:t xml:space="preserve">Queen of Attolia</w:t>
      </w:r>
      <w:r>
        <w:br/>
      </w:r>
      <w:r>
        <w:rPr>
          <w:i/>
          <w:iCs/>
        </w:rPr>
        <w:t xml:space="preserve">Megan Whalen Turner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ministers collected around her, following as she led down the three shallow steps through the doorway and across the painted floor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dais</w:t>
      </w:r>
      <w:r>
        <w:rPr>
          <w:b/>
          <w:bCs/>
        </w:rPr>
        <w:t xml:space="preserve">.</w:t>
      </w:r>
      <w:r>
        <w:br/>
      </w:r>
      <w:r>
        <w:t xml:space="preserve">    (a) in disagreement</w:t>
      </w:r>
      <w:r>
        <w:br/>
      </w:r>
      <w:r>
        <w:t xml:space="preserve">    (b) raised platform</w:t>
      </w:r>
      <w:r>
        <w:br/>
      </w:r>
      <w:r>
        <w:t xml:space="preserve">    (c)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grandfather would heap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on him like coals.</w:t>
      </w:r>
      <w:r>
        <w:br/>
      </w:r>
      <w:r>
        <w:t xml:space="preserve">    (a) move from more general to more specific</w:t>
      </w:r>
      <w:r>
        <w:br/>
      </w:r>
      <w:r>
        <w:t xml:space="preserve">    (b) not answer questions; or block progress</w:t>
      </w:r>
      <w:r>
        <w:br/>
      </w:r>
      <w:r>
        <w:t xml:space="preserve">    (c) disrespect or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plausible</w:t>
      </w:r>
      <w:r>
        <w:rPr>
          <w:b/>
          <w:bCs/>
        </w:rPr>
        <w:t xml:space="preserve"> </w:t>
      </w:r>
      <w:r>
        <w:rPr>
          <w:b/>
          <w:bCs/>
        </w:rPr>
        <w:t xml:space="preserve">seriousness, the queen asked, "What could you steal for me, Thief?"</w:t>
      </w:r>
      <w:r>
        <w:br/>
      </w:r>
      <w:r>
        <w:t xml:space="preserve">    (a) in a manner that takes on or adopts</w:t>
      </w:r>
      <w:r>
        <w:br/>
      </w:r>
      <w:r>
        <w:t xml:space="preserve">    (b) apparently reasonable, but unproven</w:t>
      </w:r>
      <w:r>
        <w:br/>
      </w:r>
      <w:r>
        <w:t xml:space="preserve">    (c) full of strong desire for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left the cell and made her way up the many stairs of the palace to her private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anteroom</w:t>
      </w:r>
      <w:r>
        <w:rPr>
          <w:b/>
          <w:bCs/>
        </w:rPr>
        <w:t xml:space="preserve">.</w:t>
      </w:r>
      <w:r>
        <w:br/>
      </w:r>
      <w:r>
        <w:t xml:space="preserve">    (a) dense, rainy forest with many species</w:t>
      </w:r>
      <w:r>
        <w:br/>
      </w:r>
      <w:r>
        <w:t xml:space="preserve">    (b) island (that is made of a coral reef)</w:t>
      </w:r>
      <w:r>
        <w:br/>
      </w:r>
      <w:r>
        <w:t xml:space="preserve">    (c) a room leading to a larger or more important room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traffic between Attolia and Sounis climbed the mountain pass, crossing several bridges in the process, the most important being the Main Bridge, which spanned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chasm</w:t>
      </w:r>
      <w:r>
        <w:rPr>
          <w:b/>
          <w:bCs/>
        </w:rPr>
        <w:t xml:space="preserve"> </w:t>
      </w:r>
      <w:r>
        <w:rPr>
          <w:b/>
          <w:bCs/>
        </w:rPr>
        <w:t xml:space="preserve">of the Seperchia near the top of the pass.</w:t>
      </w:r>
      <w:r>
        <w:br/>
      </w:r>
      <w:r>
        <w:t xml:space="preserve">    (a) a nerve or brain cell</w:t>
      </w:r>
      <w:r>
        <w:br/>
      </w:r>
      <w:r>
        <w:t xml:space="preserve">    (b) long eventful journey</w:t>
      </w:r>
      <w:r>
        <w:br/>
      </w:r>
      <w:r>
        <w:t xml:space="preserve">    (c) a large gap or divide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"If it's prison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glower</w:t>
      </w:r>
      <w:r>
        <w:rPr>
          <w:b/>
          <w:bCs/>
        </w:rPr>
        <w:t xml:space="preserve">," the physician explained, "he'll lose the sight in that eye, and if the infection spreads, he'll be blind in both."</w:t>
      </w:r>
      <w:r>
        <w:br/>
      </w:r>
      <w:r>
        <w:t xml:space="preserve">    (a) stop fighting</w:t>
      </w:r>
      <w:r>
        <w:br/>
      </w:r>
      <w:r>
        <w:t xml:space="preserve">    (b) stare angrily</w:t>
      </w:r>
      <w:r>
        <w:br/>
      </w:r>
      <w:r>
        <w:t xml:space="preserve">    (c) make possible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beg Your Majesty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condescend</w:t>
      </w:r>
      <w:r>
        <w:rPr>
          <w:b/>
          <w:bCs/>
        </w:rPr>
        <w:t xml:space="preserve"> </w:t>
      </w:r>
      <w:r>
        <w:rPr>
          <w:b/>
          <w:bCs/>
        </w:rPr>
        <w:t xml:space="preserve">to forgive me.</w:t>
      </w:r>
      <w:r>
        <w:br/>
      </w:r>
      <w:r>
        <w:t xml:space="preserve">    (a) do something considered beneath one's position or dignity</w:t>
      </w:r>
      <w:r>
        <w:br/>
      </w:r>
      <w:r>
        <w:t xml:space="preserve">    (b) utter obscenities or profanities; or to speak disrespectfully of something considered sacred</w:t>
      </w:r>
      <w:r>
        <w:br/>
      </w:r>
      <w:r>
        <w:t xml:space="preserve">    (c) have a sense that something bad will happen; or act as a sign that something bad will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thought I might go to one of the universities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Peninsula</w:t>
      </w:r>
      <w:r>
        <w:rPr>
          <w:b/>
          <w:bCs/>
        </w:rPr>
        <w:t xml:space="preserve">," he said at last.</w:t>
      </w:r>
      <w:r>
        <w:br/>
      </w:r>
      <w:r>
        <w:t xml:space="preserve">    (a) a large mass of land projecting into a body of water -- especially if connected to the larger land mass by an isthmus</w:t>
      </w:r>
      <w:r>
        <w:br/>
      </w:r>
      <w:r>
        <w:t xml:space="preserve">    (b) a line of elevated terrain from which a continent's rivers flow in two different directions</w:t>
      </w:r>
      <w:r>
        <w:br/>
      </w:r>
      <w:r>
        <w:t xml:space="preserve">    (c) geological area where a river divides before entering a larger body of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sent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ultimatum</w:t>
      </w:r>
      <w:r>
        <w:rPr>
          <w:b/>
          <w:bCs/>
        </w:rPr>
        <w:t xml:space="preserve"> </w:t>
      </w:r>
      <w:r>
        <w:rPr>
          <w:b/>
          <w:bCs/>
        </w:rPr>
        <w:t xml:space="preserve">that Eddis return the caravans or consider herself at war.</w:t>
      </w:r>
      <w:r>
        <w:br/>
      </w:r>
      <w:r>
        <w:t xml:space="preserve">    (a) any substance that tends to increase the flow of urine</w:t>
      </w:r>
      <w:r>
        <w:br/>
      </w:r>
      <w:r>
        <w:t xml:space="preserve">    (b) a final demand that carries a threat if it is rejected</w:t>
      </w:r>
      <w:r>
        <w:br/>
      </w:r>
      <w:r>
        <w:t xml:space="preserve">    (c) an electronic component that acts like a one-way valve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ordered the Attolian ambassador and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retinue</w:t>
      </w:r>
      <w:r>
        <w:rPr>
          <w:b/>
          <w:bCs/>
        </w:rPr>
        <w:t xml:space="preserve"> </w:t>
      </w:r>
      <w:r>
        <w:rPr>
          <w:b/>
          <w:bCs/>
        </w:rPr>
        <w:t xml:space="preserve">confined to their rooms and opened the main gates of the Hamiathes Reservoir.</w:t>
      </w:r>
      <w:r>
        <w:br/>
      </w:r>
      <w:r>
        <w:t xml:space="preserve">    (a) a group formed to discuss or offer insight on a particular topic</w:t>
      </w:r>
      <w:r>
        <w:br/>
      </w:r>
      <w:r>
        <w:t xml:space="preserve">    (b) a group of people following and attending to an important person</w:t>
      </w:r>
      <w:r>
        <w:br/>
      </w:r>
      <w:r>
        <w:t xml:space="preserve">    (c) to constrain in some way -- such as tie up, require, or obligate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reports were unreliable, but they were all her secretary had to answer his queen's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persistent</w:t>
      </w:r>
      <w:r>
        <w:rPr>
          <w:b/>
          <w:bCs/>
        </w:rPr>
        <w:t xml:space="preserve"> </w:t>
      </w:r>
      <w:r>
        <w:rPr>
          <w:b/>
          <w:bCs/>
        </w:rPr>
        <w:t xml:space="preserve">questions.</w:t>
      </w:r>
      <w:r>
        <w:br/>
      </w:r>
      <w:r>
        <w:t xml:space="preserve">    (a) continuing -- especially despite difficulties or opposition</w:t>
      </w:r>
      <w:r>
        <w:br/>
      </w:r>
      <w:r>
        <w:t xml:space="preserve">    (b) tendency to be direct in a disagreeable, insensitive manner</w:t>
      </w:r>
      <w:r>
        <w:br/>
      </w:r>
      <w:r>
        <w:t xml:space="preserve">    (c) the degree or quality of being exactly vertical or straight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Dressed 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apprentice</w:t>
      </w:r>
      <w:r>
        <w:rPr>
          <w:b/>
          <w:bCs/>
        </w:rPr>
        <w:t xml:space="preserve">, he walked behind the magus, keeping his wooden hand close to his side, and none of the guards looked twice at either of them.</w:t>
      </w:r>
      <w:r>
        <w:br/>
      </w:r>
      <w:r>
        <w:t xml:space="preserve">    (a) to expression feelings or thoughts enthusiastically  OR  to squirt or give off (typically under pressure such as blood or leaking gas)</w:t>
      </w:r>
      <w:r>
        <w:br/>
      </w:r>
      <w:r>
        <w:t xml:space="preserve">    (b) the act of hiding something by making it blend in with its surroundings; or hiding the truth; or something that hides or deceives</w:t>
      </w:r>
      <w:r>
        <w:br/>
      </w:r>
      <w:r>
        <w:t xml:space="preserve">    (c) person who learns a trade or skill through hands-on experience under a skilled worker; or (as a verb) performance of that kind of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strong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alliance</w:t>
      </w:r>
      <w:r>
        <w:rPr>
          <w:b/>
          <w:bCs/>
        </w:rPr>
        <w:t xml:space="preserve"> </w:t>
      </w:r>
      <w:r>
        <w:rPr>
          <w:b/>
          <w:bCs/>
        </w:rPr>
        <w:t xml:space="preserve">between Sounis and Attolia is not to their advantage.</w:t>
      </w:r>
      <w:r>
        <w:br/>
      </w:r>
      <w:r>
        <w:t xml:space="preserve">    (a) sense of isolation due to competing interests</w:t>
      </w:r>
      <w:r>
        <w:br/>
      </w:r>
      <w:r>
        <w:t xml:space="preserve">    (b) set of competing interests amongst neighbors</w:t>
      </w:r>
      <w:r>
        <w:br/>
      </w:r>
      <w:r>
        <w:t xml:space="preserve">    (c) association formed to support common interests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time she discovered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treachery</w:t>
      </w:r>
      <w:r>
        <w:rPr>
          <w:b/>
          <w:bCs/>
        </w:rPr>
        <w:t xml:space="preserve">, she had very little real power and not many options.</w:t>
      </w:r>
      <w:r>
        <w:br/>
      </w:r>
      <w:r>
        <w:t xml:space="preserve">    (a) betrayal</w:t>
      </w:r>
      <w:r>
        <w:br/>
      </w:r>
      <w:r>
        <w:t xml:space="preserve">    (b) disorder</w:t>
      </w:r>
      <w:r>
        <w:br/>
      </w:r>
      <w:r>
        <w:t xml:space="preserve">    (c) reporter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used them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deterrents</w:t>
      </w:r>
      <w:r>
        <w:rPr>
          <w:b/>
          <w:bCs/>
        </w:rPr>
        <w:t xml:space="preserve"> </w:t>
      </w:r>
      <w:r>
        <w:rPr>
          <w:b/>
          <w:bCs/>
        </w:rPr>
        <w:t xml:space="preserve">to defend her throne.</w:t>
      </w:r>
      <w:r>
        <w:br/>
      </w:r>
      <w:r>
        <w:t xml:space="preserve">    (a) animals between one and two years of age</w:t>
      </w:r>
      <w:r>
        <w:br/>
      </w:r>
      <w:r>
        <w:t xml:space="preserve">    (b) acts of taking something on as one's own</w:t>
      </w:r>
      <w:r>
        <w:br/>
      </w:r>
      <w:r>
        <w:t xml:space="preserve">    (c) things that discourage things not wanted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army would have to break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blockade</w:t>
      </w:r>
      <w:r>
        <w:rPr>
          <w:b/>
          <w:bCs/>
        </w:rPr>
        <w:t xml:space="preserve"> </w:t>
      </w:r>
      <w:r>
        <w:rPr>
          <w:b/>
          <w:bCs/>
        </w:rPr>
        <w:t xml:space="preserve">at the bottom of the pass and cross the river and those hills to reach her.</w:t>
      </w:r>
      <w:r>
        <w:br/>
      </w:r>
      <w:r>
        <w:t xml:space="preserve">    (a) aka analyze -- analyze based upon a theory of psychiatry</w:t>
      </w:r>
      <w:r>
        <w:br/>
      </w:r>
      <w:r>
        <w:t xml:space="preserve">    (b) search for and discover through persistent investigation</w:t>
      </w:r>
      <w:r>
        <w:br/>
      </w:r>
      <w:r>
        <w:t xml:space="preserve">    (c) action to keep people and goods from reaching a location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pointed out to his sovereign, with glibness taking the place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tact</w:t>
      </w:r>
      <w:r>
        <w:rPr>
          <w:b/>
          <w:bCs/>
        </w:rPr>
        <w:t xml:space="preserve">, that the Thief had never so far as he knew been in the command of anyone.</w:t>
      </w:r>
      <w:r>
        <w:br/>
      </w:r>
      <w:r>
        <w:t xml:space="preserve">    (a) measles -- a highly contagious viral disease marked by distinct red spots followed by a rash</w:t>
      </w:r>
      <w:r>
        <w:br/>
      </w:r>
      <w:r>
        <w:t xml:space="preserve">    (b) having good judgment or good taste and/or perceiving things not easily perceived by most people</w:t>
      </w:r>
      <w:r>
        <w:br/>
      </w:r>
      <w:r>
        <w:t xml:space="preserve">    (c) the ability or act of saying or handling things in such a way that others feel good about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sentry</w:t>
      </w:r>
      <w:r>
        <w:rPr>
          <w:b/>
          <w:bCs/>
        </w:rPr>
        <w:t xml:space="preserve"> </w:t>
      </w:r>
      <w:r>
        <w:rPr>
          <w:b/>
          <w:bCs/>
        </w:rPr>
        <w:t xml:space="preserve">offered to send a message to the Thief.</w:t>
      </w:r>
      <w:r>
        <w:br/>
      </w:r>
      <w:r>
        <w:t xml:space="preserve">    (a) someone who stands guard</w:t>
      </w:r>
      <w:r>
        <w:br/>
      </w:r>
      <w:r>
        <w:t xml:space="preserve">    (b) social event or ceremony</w:t>
      </w:r>
      <w:r>
        <w:br/>
      </w:r>
      <w:r>
        <w:t xml:space="preserve">    (c) a positively charged 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didn't take part in the fighting itself, but who could doubt that he would be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competent</w:t>
      </w:r>
      <w:r>
        <w:rPr>
          <w:b/>
          <w:bCs/>
        </w:rPr>
        <w:t xml:space="preserve"> </w:t>
      </w:r>
      <w:r>
        <w:rPr>
          <w:b/>
          <w:bCs/>
        </w:rPr>
        <w:t xml:space="preserve">at killing men as he was at everything else he undertook?</w:t>
      </w:r>
      <w:r>
        <w:br/>
      </w:r>
      <w:r>
        <w:t xml:space="preserve">    (a) sufficiently capable</w:t>
      </w:r>
      <w:r>
        <w:br/>
      </w:r>
      <w:r>
        <w:t xml:space="preserve">    (b) sensible and careful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wasn't much opportunity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groveling</w:t>
      </w:r>
      <w:r>
        <w:rPr>
          <w:b/>
          <w:bCs/>
        </w:rPr>
        <w:t xml:space="preserve"> </w:t>
      </w:r>
      <w:r>
        <w:rPr>
          <w:b/>
          <w:bCs/>
        </w:rPr>
        <w:t xml:space="preserve">last...time.</w:t>
      </w:r>
      <w:r>
        <w:br/>
      </w:r>
      <w:r>
        <w:t xml:space="preserve">    (a) stopping a battle or fight</w:t>
      </w:r>
      <w:r>
        <w:br/>
      </w:r>
      <w:r>
        <w:t xml:space="preserve">    (b) changing through evolution</w:t>
      </w:r>
      <w:r>
        <w:br/>
      </w:r>
      <w:r>
        <w:t xml:space="preserve">    (c) showing submission or fear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2026-07-31T17:55:08Z</dcterms:created>
  <dcterms:modified xsi:type="dcterms:W3CDTF">2026-07-31T17:55:08Z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