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b50a59dad7f88df132b753c02e6c627d448de3"/>
    <w:p>
      <w:pPr>
        <w:pStyle w:val="Heading1"/>
      </w:pPr>
      <w:r>
        <w:rPr>
          <w:b/>
          <w:bCs/>
        </w:rPr>
        <w:t xml:space="preserve">Queen of Attolia</w:t>
      </w:r>
      <w:r>
        <w:br/>
      </w:r>
      <w:r>
        <w:rPr>
          <w:i/>
          <w:iCs/>
        </w:rPr>
        <w:t xml:space="preserve">Megan Whalen Turner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a small shake of his head, Eugenides's father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concurred</w:t>
      </w:r>
      <w:r>
        <w:rPr>
          <w:b/>
          <w:bCs/>
        </w:rPr>
        <w:t xml:space="preserve">.</w:t>
      </w:r>
      <w:r>
        <w:br/>
      </w:r>
      <w:r>
        <w:t xml:space="preserve">    (a) traded</w:t>
      </w:r>
      <w:r>
        <w:br/>
      </w:r>
      <w:r>
        <w:t xml:space="preserve">    (b) copied</w:t>
      </w:r>
      <w:r>
        <w:br/>
      </w:r>
      <w:r>
        <w:t xml:space="preserve">    (c) agreed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Three fingers splayed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unobtrusively</w:t>
      </w:r>
      <w:r>
        <w:rPr>
          <w:b/>
          <w:bCs/>
        </w:rPr>
        <w:t xml:space="preserve"> </w:t>
      </w:r>
      <w:r>
        <w:rPr>
          <w:b/>
          <w:bCs/>
        </w:rPr>
        <w:t xml:space="preserve">on the table, with the knuckles turning white, kept him from swaying.</w:t>
      </w:r>
      <w:r>
        <w:br/>
      </w:r>
      <w:r>
        <w:t xml:space="preserve">    (a) in a manner based on speech sounds (rather than on dictionary spelling)</w:t>
      </w:r>
      <w:r>
        <w:br/>
      </w:r>
      <w:r>
        <w:t xml:space="preserve">    (b) in a manner that fits in so as not to attract much attention or disturb</w:t>
      </w:r>
      <w:r>
        <w:br/>
      </w:r>
      <w:r>
        <w:t xml:space="preserve">    (c) in a continuing manner -- especially despite difficulties or opposition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have committed a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transgression</w:t>
      </w:r>
      <w:r>
        <w:rPr>
          <w:b/>
          <w:bCs/>
        </w:rPr>
        <w:t xml:space="preserve"> </w:t>
      </w:r>
      <w:r>
        <w:rPr>
          <w:b/>
          <w:bCs/>
        </w:rPr>
        <w:t xml:space="preserve">by sneaking in behind you," said the Mede.</w:t>
      </w:r>
      <w:r>
        <w:br/>
      </w:r>
      <w:r>
        <w:t xml:space="preserve">    (a) the process of controlling (how something turns out)</w:t>
      </w:r>
      <w:r>
        <w:br/>
      </w:r>
      <w:r>
        <w:t xml:space="preserve">    (b) an act that violates a rule, promise, or social norm</w:t>
      </w:r>
      <w:r>
        <w:br/>
      </w:r>
      <w:r>
        <w:t xml:space="preserve">    (c) the taking on or adoption of power or responsibility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magus had been prepared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apathy</w:t>
      </w:r>
      <w:r>
        <w:rPr>
          <w:b/>
          <w:bCs/>
        </w:rPr>
        <w:t xml:space="preserve"> </w:t>
      </w:r>
      <w:r>
        <w:rPr>
          <w:b/>
          <w:bCs/>
        </w:rPr>
        <w:t xml:space="preserve">but not for ignorance.</w:t>
      </w:r>
      <w:r>
        <w:br/>
      </w:r>
      <w:r>
        <w:t xml:space="preserve">    (a) poor ability to make a decision</w:t>
      </w:r>
      <w:r>
        <w:br/>
      </w:r>
      <w:r>
        <w:t xml:space="preserve">    (b) lack of interest and enthusiasm</w:t>
      </w:r>
      <w:r>
        <w:br/>
      </w:r>
      <w:r>
        <w:t xml:space="preserve">    (c) non-traditional or non-standard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temporary dam of branches in 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culvert</w:t>
      </w:r>
      <w:r>
        <w:rPr>
          <w:b/>
          <w:bCs/>
        </w:rPr>
        <w:t xml:space="preserve"> </w:t>
      </w:r>
      <w:r>
        <w:rPr>
          <w:b/>
          <w:bCs/>
        </w:rPr>
        <w:t xml:space="preserve">caused the water to back and deepen.</w:t>
      </w:r>
      <w:r>
        <w:br/>
      </w:r>
      <w:r>
        <w:t xml:space="preserve">    (a) an enclosed channel that carries runoff water beneath something</w:t>
      </w:r>
      <w:r>
        <w:br/>
      </w:r>
      <w:r>
        <w:t xml:space="preserve">    (b) a period of time or a stage during the development of something</w:t>
      </w:r>
      <w:r>
        <w:br/>
      </w:r>
      <w:r>
        <w:t xml:space="preserve">    (c) a measure of north/south (relative to the equator) on the earth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Go on—without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derogatory</w:t>
      </w:r>
      <w:r>
        <w:rPr>
          <w:b/>
          <w:bCs/>
        </w:rPr>
        <w:t xml:space="preserve"> </w:t>
      </w:r>
      <w:r>
        <w:rPr>
          <w:b/>
          <w:bCs/>
        </w:rPr>
        <w:t xml:space="preserve">comments about people of my profession, please.</w:t>
      </w:r>
      <w:r>
        <w:br/>
      </w:r>
      <w:r>
        <w:t xml:space="preserve">    (a) expressing disrespect or criticism</w:t>
      </w:r>
      <w:r>
        <w:br/>
      </w:r>
      <w:r>
        <w:t xml:space="preserve">    (b) expressing unquestioning obedience</w:t>
      </w:r>
      <w:r>
        <w:br/>
      </w:r>
      <w:r>
        <w:t xml:space="preserve">    (c) expressing trust or confidence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helpful to use him occasionally to carry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erroneous</w:t>
      </w:r>
      <w:r>
        <w:rPr>
          <w:b/>
          <w:bCs/>
        </w:rPr>
        <w:t xml:space="preserve"> </w:t>
      </w:r>
      <w:r>
        <w:rPr>
          <w:b/>
          <w:bCs/>
        </w:rPr>
        <w:t xml:space="preserve">information to Attolia.</w:t>
      </w:r>
      <w:r>
        <w:br/>
      </w:r>
      <w:r>
        <w:t xml:space="preserve">    (a) containing or characterized by error</w:t>
      </w:r>
      <w:r>
        <w:br/>
      </w:r>
      <w:r>
        <w:t xml:space="preserve">    (b) lacking a reason for doing something</w:t>
      </w:r>
      <w:r>
        <w:br/>
      </w:r>
      <w:r>
        <w:t xml:space="preserve">    (c) inconspicuousness or trustworthiness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in the presence of their queen, and the relaxed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camaraderie</w:t>
      </w:r>
      <w:r>
        <w:rPr>
          <w:b/>
          <w:bCs/>
        </w:rPr>
        <w:t xml:space="preserve"> </w:t>
      </w:r>
      <w:r>
        <w:rPr>
          <w:b/>
          <w:bCs/>
        </w:rPr>
        <w:t xml:space="preserve">they'd shared with the magus during his stay at the summer residence was gone.</w:t>
      </w:r>
      <w:r>
        <w:br/>
      </w:r>
      <w:r>
        <w:t xml:space="preserve">    (a) not appropriate in size, amount, or degree</w:t>
      </w:r>
      <w:r>
        <w:br/>
      </w:r>
      <w:r>
        <w:t xml:space="preserve">    (b) the degree of not being easily set on fire</w:t>
      </w:r>
      <w:r>
        <w:br/>
      </w:r>
      <w:r>
        <w:t xml:space="preserve">    (c) close friendship amongst a group of people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missing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fibula</w:t>
      </w:r>
      <w:r>
        <w:rPr>
          <w:b/>
          <w:bCs/>
        </w:rPr>
        <w:t xml:space="preserve"> </w:t>
      </w:r>
      <w:r>
        <w:rPr>
          <w:b/>
          <w:bCs/>
        </w:rPr>
        <w:t xml:space="preserve">pin with the rubies and gold beads pinning up your sleeve.</w:t>
      </w:r>
      <w:r>
        <w:br/>
      </w:r>
      <w:r>
        <w:t xml:space="preserve">    (a) Hinduism and Buddhism:  the endless cycle of birth, suffering, death, and rebirth</w:t>
      </w:r>
      <w:r>
        <w:br/>
      </w:r>
      <w:r>
        <w:t xml:space="preserve">    (b) a cool forest of cone-bearing evergreen trees</w:t>
      </w:r>
      <w:r>
        <w:br/>
      </w:r>
      <w:r>
        <w:t xml:space="preserve">    (c) calf bone in the leg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were surprised looks from the members of the council, most of whom were unaware that the Thief's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reclusion</w:t>
      </w:r>
      <w:r>
        <w:rPr>
          <w:b/>
          <w:bCs/>
        </w:rPr>
        <w:t xml:space="preserve"> </w:t>
      </w:r>
      <w:r>
        <w:rPr>
          <w:b/>
          <w:bCs/>
        </w:rPr>
        <w:t xml:space="preserve">had been a sham.</w:t>
      </w:r>
      <w:r>
        <w:br/>
      </w:r>
      <w:r>
        <w:t xml:space="preserve">    (a) the highest degree awarded in universities in many fields of study</w:t>
      </w:r>
      <w:r>
        <w:br/>
      </w:r>
      <w:r>
        <w:t xml:space="preserve">    (b) someone withdrawn from society (living alone and avoiding contact)</w:t>
      </w:r>
      <w:r>
        <w:br/>
      </w:r>
      <w:r>
        <w:t xml:space="preserve">    (c) unconstrained in some way -- such as untied or no longer obligated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suppose I am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indebted</w:t>
      </w:r>
      <w:r>
        <w:rPr>
          <w:b/>
          <w:bCs/>
        </w:rPr>
        <w:t xml:space="preserve"> </w:t>
      </w:r>
      <w:r>
        <w:rPr>
          <w:b/>
          <w:bCs/>
        </w:rPr>
        <w:t xml:space="preserve">to him, then," she said.</w:t>
      </w:r>
      <w:r>
        <w:br/>
      </w:r>
      <w:r>
        <w:t xml:space="preserve">    (a) to be grateful for a favor; or to owe money; or to be in the position of owing a debt of gratitude</w:t>
      </w:r>
      <w:r>
        <w:br/>
      </w:r>
      <w:r>
        <w:t xml:space="preserve">    (b) the state or quality of expressing or displaying sexual activity or violence with detailed clarity</w:t>
      </w:r>
      <w:r>
        <w:br/>
      </w:r>
      <w:r>
        <w:t xml:space="preserve">    (c) influenced by personal belief, feelings, or preferences (rather than being based purely upon fact)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could the Mede have known 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inciting</w:t>
      </w:r>
      <w:r>
        <w:rPr>
          <w:b/>
          <w:bCs/>
        </w:rPr>
        <w:t xml:space="preserve"> </w:t>
      </w:r>
      <w:r>
        <w:rPr>
          <w:b/>
          <w:bCs/>
        </w:rPr>
        <w:t xml:space="preserve">a war?</w:t>
      </w:r>
      <w:r>
        <w:br/>
      </w:r>
      <w:r>
        <w:t xml:space="preserve">    (a) provoking</w:t>
      </w:r>
      <w:r>
        <w:br/>
      </w:r>
      <w:r>
        <w:t xml:space="preserve">    (b) restoring</w:t>
      </w:r>
      <w:r>
        <w:br/>
      </w:r>
      <w:r>
        <w:t xml:space="preserve">    (c) colliding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Attolia and Sounis seemed content for the moment to war against each other, but Eddis had to have her tiny amounts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arable</w:t>
      </w:r>
      <w:r>
        <w:rPr>
          <w:b/>
          <w:bCs/>
        </w:rPr>
        <w:t xml:space="preserve"> </w:t>
      </w:r>
      <w:r>
        <w:rPr>
          <w:b/>
          <w:bCs/>
        </w:rPr>
        <w:t xml:space="preserve">land planted carefully or her people wouldn't have the food to withstand another winter without trade.</w:t>
      </w:r>
      <w:r>
        <w:br/>
      </w:r>
      <w:r>
        <w:t xml:space="preserve">    (a) inconspicuousness or trustworthiness</w:t>
      </w:r>
      <w:r>
        <w:br/>
      </w:r>
      <w:r>
        <w:t xml:space="preserve">    (b) lacking a reason for doing something</w:t>
      </w:r>
      <w:r>
        <w:br/>
      </w:r>
      <w:r>
        <w:t xml:space="preserve">    (c) capable of being farmed productively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Phresine had never seen the queen lose her temper, but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censure</w:t>
      </w:r>
      <w:r>
        <w:rPr>
          <w:b/>
          <w:bCs/>
        </w:rPr>
        <w:t xml:space="preserve"> </w:t>
      </w:r>
      <w:r>
        <w:rPr>
          <w:b/>
          <w:bCs/>
        </w:rPr>
        <w:t xml:space="preserve">was not to be taken lightly.</w:t>
      </w:r>
      <w:r>
        <w:br/>
      </w:r>
      <w:r>
        <w:t xml:space="preserve">    (a) harsh or formal criticism</w:t>
      </w:r>
      <w:r>
        <w:br/>
      </w:r>
      <w:r>
        <w:t xml:space="preserve">    (b) being a boundary or limit</w:t>
      </w:r>
      <w:r>
        <w:br/>
      </w:r>
      <w:r>
        <w:t xml:space="preserve">    (c) find, search, or research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narrowed eyes, the queen recognized him as well, Eddis's own chamberlain, brought along to perform the obligatory introductions, which he did without a whisker's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deviation</w:t>
      </w:r>
      <w:r>
        <w:rPr>
          <w:b/>
          <w:bCs/>
        </w:rPr>
        <w:t xml:space="preserve"> </w:t>
      </w:r>
      <w:r>
        <w:rPr>
          <w:b/>
          <w:bCs/>
        </w:rPr>
        <w:t xml:space="preserve">from his usual palace style.</w:t>
      </w:r>
      <w:r>
        <w:br/>
      </w:r>
      <w:r>
        <w:t xml:space="preserve">    (a) thigh bone</w:t>
      </w:r>
      <w:r>
        <w:br/>
      </w:r>
      <w:r>
        <w:t xml:space="preserve">    (b) difference</w:t>
      </w:r>
      <w:r>
        <w:br/>
      </w:r>
      <w:r>
        <w:t xml:space="preserve">    (c)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don't know yet," his master had answered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caustically</w:t>
      </w:r>
      <w:r>
        <w:rPr>
          <w:b/>
          <w:bCs/>
        </w:rPr>
        <w:t xml:space="preserve">.</w:t>
      </w:r>
      <w:r>
        <w:br/>
      </w:r>
      <w:r>
        <w:t xml:space="preserve">    (a) in the way mentioned or shown</w:t>
      </w:r>
      <w:r>
        <w:br/>
      </w:r>
      <w:r>
        <w:t xml:space="preserve">    (b) harshly</w:t>
      </w:r>
      <w:r>
        <w:br/>
      </w:r>
      <w:r>
        <w:t xml:space="preserve">    (c) not mirroring back (an image)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stated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crux</w:t>
      </w:r>
      <w:r>
        <w:rPr>
          <w:b/>
          <w:bCs/>
        </w:rPr>
        <w:t xml:space="preserve"> </w:t>
      </w:r>
      <w:r>
        <w:rPr>
          <w:b/>
          <w:bCs/>
        </w:rPr>
        <w:t xml:space="preserve">of the matter.</w:t>
      </w:r>
      <w:r>
        <w:br/>
      </w:r>
      <w:r>
        <w:t xml:space="preserve">    (a) Hitler's fanatical and oppressive political party in World War II Germany</w:t>
      </w:r>
      <w:r>
        <w:br/>
      </w:r>
      <w:r>
        <w:t xml:space="preserve">    (b) a feeling of anger or unhappiness at having to accept something not liked</w:t>
      </w:r>
      <w:r>
        <w:br/>
      </w:r>
      <w:r>
        <w:t xml:space="preserve">    (c) the most important or difficult part of a problem, argument, or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Droll</w:t>
      </w:r>
      <w:r>
        <w:rPr>
          <w:b/>
          <w:bCs/>
        </w:rPr>
        <w:t xml:space="preserve"> </w:t>
      </w:r>
      <w:r>
        <w:rPr>
          <w:b/>
          <w:bCs/>
        </w:rPr>
        <w:t xml:space="preserve">was the word he used, I think.</w:t>
      </w:r>
      <w:r>
        <w:br/>
      </w:r>
      <w:r>
        <w:t xml:space="preserve">    (a) not tending to find fault</w:t>
      </w:r>
      <w:r>
        <w:br/>
      </w:r>
      <w:r>
        <w:t xml:space="preserve">    (b) able to be disagreed with</w:t>
      </w:r>
      <w:r>
        <w:br/>
      </w:r>
      <w:r>
        <w:t xml:space="preserve">    (c) comical in an unusual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Eugenides knew of one that had been a solarium until recent building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obstructed</w:t>
      </w:r>
      <w:r>
        <w:rPr>
          <w:b/>
          <w:bCs/>
        </w:rPr>
        <w:t xml:space="preserve"> </w:t>
      </w:r>
      <w:r>
        <w:rPr>
          <w:b/>
          <w:bCs/>
        </w:rPr>
        <w:t xml:space="preserve">its sunlight and left it too cold and too dark to be useful.</w:t>
      </w:r>
      <w:r>
        <w:br/>
      </w:r>
      <w:r>
        <w:t xml:space="preserve">    (a) gained advantage from</w:t>
      </w:r>
      <w:r>
        <w:br/>
      </w:r>
      <w:r>
        <w:t xml:space="preserve">    (b) recognized difference</w:t>
      </w:r>
      <w:r>
        <w:br/>
      </w:r>
      <w:r>
        <w:t xml:space="preserve">    (c) blocked or interfered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Not everyone received a response from the gods, but Eugenides never doubted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invocation</w:t>
      </w:r>
      <w:r>
        <w:rPr>
          <w:b/>
          <w:bCs/>
        </w:rPr>
        <w:t xml:space="preserve"> </w:t>
      </w:r>
      <w:r>
        <w:rPr>
          <w:b/>
          <w:bCs/>
        </w:rPr>
        <w:t xml:space="preserve">would be answered.</w:t>
      </w:r>
      <w:r>
        <w:br/>
      </w:r>
      <w:r>
        <w:t xml:space="preserve">    (a) asking for supernatural help -- especially a prayer to God</w:t>
      </w:r>
      <w:r>
        <w:br/>
      </w:r>
      <w:r>
        <w:t xml:space="preserve">    (b) of Athens during the Golden Age of Greece (5th century BC)</w:t>
      </w:r>
      <w:r>
        <w:br/>
      </w:r>
      <w:r>
        <w:t xml:space="preserve">    (c) of Norway, Sweden, Denmark and sometimes Finland &amp; Iceland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2026-07-31T17:55:09Z</dcterms:created>
  <dcterms:modified xsi:type="dcterms:W3CDTF">2026-07-31T17:55:09Z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