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20a1f480ad1d5defbc115ccc20b946c53fc7dd7"/>
    <w:p>
      <w:pPr>
        <w:pStyle w:val="Heading1"/>
      </w:pPr>
      <w:r>
        <w:rPr>
          <w:b/>
          <w:bCs/>
        </w:rPr>
        <w:t xml:space="preserve">Pygmalion</w:t>
      </w:r>
      <w:r>
        <w:br/>
      </w:r>
      <w:r>
        <w:rPr>
          <w:i/>
          <w:iCs/>
        </w:rPr>
        <w:t xml:space="preserve">George Bernard Shaw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Let's see if we can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coax</w:t>
      </w:r>
      <w:r>
        <w:rPr>
          <w:b/>
          <w:bCs/>
        </w:rPr>
        <w:t xml:space="preserve"> </w:t>
      </w:r>
      <w:r>
        <w:rPr>
          <w:b/>
          <w:bCs/>
        </w:rPr>
        <w:t xml:space="preserve">her into coming with us.</w:t>
      </w:r>
      <w:r>
        <w:br/>
      </w:r>
      <w:r>
        <w:t xml:space="preserve">    (a) gently persuade</w:t>
      </w:r>
      <w:r>
        <w:br/>
      </w:r>
      <w:r>
        <w:t xml:space="preserve">    (b) trick</w:t>
      </w:r>
      <w:r>
        <w:br/>
      </w:r>
      <w:r>
        <w:t xml:space="preserve">    (c) drag forcefully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job prospects are hindered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</w:t>
      </w:r>
      <w:r>
        <w:rPr>
          <w:b/>
          <w:bCs/>
        </w:rPr>
        <w:t xml:space="preserve"> </w:t>
      </w:r>
      <w:r>
        <w:rPr>
          <w:b/>
          <w:bCs/>
        </w:rPr>
        <w:t xml:space="preserve">of the conviction.</w:t>
      </w:r>
      <w:r>
        <w:br/>
      </w:r>
      <w:r>
        <w:t xml:space="preserve">    (a) important part</w:t>
      </w:r>
      <w:r>
        <w:br/>
      </w:r>
      <w:r>
        <w:t xml:space="preserve">    (b) unimportant part</w:t>
      </w:r>
      <w:r>
        <w:br/>
      </w:r>
      <w:r>
        <w:t xml:space="preserve">    (c) result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the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consequential</w:t>
      </w:r>
      <w:r>
        <w:rPr>
          <w:b/>
          <w:bCs/>
        </w:rPr>
        <w:t xml:space="preserve"> </w:t>
      </w:r>
      <w:r>
        <w:rPr>
          <w:b/>
          <w:bCs/>
        </w:rPr>
        <w:t xml:space="preserve">tax legislation in decades.</w:t>
      </w:r>
      <w:r>
        <w:br/>
      </w:r>
      <w:r>
        <w:t xml:space="preserve">    (a) unethical</w:t>
      </w:r>
      <w:r>
        <w:br/>
      </w:r>
      <w:r>
        <w:t xml:space="preserve">    (b) harmful</w:t>
      </w:r>
      <w:r>
        <w:br/>
      </w:r>
      <w:r>
        <w:t xml:space="preserve">    (c)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stood up in class with total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conviction</w:t>
      </w:r>
      <w:r>
        <w:rPr>
          <w:b/>
          <w:bCs/>
        </w:rPr>
        <w:t xml:space="preserve"> </w:t>
      </w:r>
      <w:r>
        <w:rPr>
          <w:b/>
          <w:bCs/>
        </w:rPr>
        <w:t xml:space="preserve">and said, "I believe animals deserve to be treated kindly, no matter what."</w:t>
      </w:r>
      <w:r>
        <w:br/>
      </w:r>
      <w:r>
        <w:t xml:space="preserve">    (a) firm belief</w:t>
      </w:r>
      <w:r>
        <w:br/>
      </w:r>
      <w:r>
        <w:t xml:space="preserve">    (b) raised voice</w:t>
      </w:r>
      <w:r>
        <w:br/>
      </w:r>
      <w:r>
        <w:t xml:space="preserve">    (c) shaky voice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professor greeted each student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cordially</w:t>
      </w:r>
      <w:r>
        <w:rPr>
          <w:b/>
          <w:bCs/>
        </w:rPr>
        <w:t xml:space="preserve"> </w:t>
      </w:r>
      <w:r>
        <w:rPr>
          <w:b/>
          <w:bCs/>
        </w:rPr>
        <w:t xml:space="preserve">as they entered.</w:t>
      </w:r>
      <w:r>
        <w:br/>
      </w:r>
      <w:r>
        <w:t xml:space="preserve">    (a) in a clumsy manner</w:t>
      </w:r>
      <w:r>
        <w:br/>
      </w:r>
      <w:r>
        <w:t xml:space="preserve">    (b) in a friendly manner</w:t>
      </w:r>
      <w:r>
        <w:br/>
      </w:r>
      <w:r>
        <w:t xml:space="preserve">    (c) in a hurried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deference</w:t>
      </w:r>
      <w:r>
        <w:rPr>
          <w:b/>
          <w:bCs/>
        </w:rPr>
        <w:t xml:space="preserve"> </w:t>
      </w:r>
      <w:r>
        <w:rPr>
          <w:b/>
          <w:bCs/>
        </w:rPr>
        <w:t xml:space="preserve">to the Hindu visitors, they did not serve beef.</w:t>
      </w:r>
      <w:r>
        <w:br/>
      </w:r>
      <w:r>
        <w:t xml:space="preserve">    (a) polite respect</w:t>
      </w:r>
      <w:r>
        <w:br/>
      </w:r>
      <w:r>
        <w:t xml:space="preserve">    (b) loud praise</w:t>
      </w:r>
      <w:r>
        <w:br/>
      </w:r>
      <w:r>
        <w:t xml:space="preserve">    (c) open dislike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Critics continue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deprecate</w:t>
      </w:r>
      <w:r>
        <w:rPr>
          <w:b/>
          <w:bCs/>
        </w:rPr>
        <w:t xml:space="preserve"> </w:t>
      </w:r>
      <w:r>
        <w:rPr>
          <w:b/>
          <w:bCs/>
        </w:rPr>
        <w:t xml:space="preserve">the film despite its strong box office success.</w:t>
      </w:r>
      <w:r>
        <w:br/>
      </w:r>
      <w:r>
        <w:t xml:space="preserve">    (a) carefully study</w:t>
      </w:r>
      <w:r>
        <w:br/>
      </w:r>
      <w:r>
        <w:t xml:space="preserve">    (b) loudly praise</w:t>
      </w:r>
      <w:r>
        <w:br/>
      </w:r>
      <w:r>
        <w:t xml:space="preserve">    (c) speak poorly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India has twenty-two officially recognized languages and thousands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dialects</w:t>
      </w:r>
      <w:r>
        <w:rPr>
          <w:b/>
          <w:bCs/>
        </w:rPr>
        <w:t xml:space="preserve">.</w:t>
      </w:r>
      <w:r>
        <w:br/>
      </w:r>
      <w:r>
        <w:t xml:space="preserve">    (a) words shared by different languages</w:t>
      </w:r>
      <w:r>
        <w:br/>
      </w:r>
      <w:r>
        <w:t xml:space="preserve">    (b) different ethnic groups</w:t>
      </w:r>
      <w:r>
        <w:br/>
      </w:r>
      <w:r>
        <w:t xml:space="preserve">    (c) regional varieties of languages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nothing but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disdain</w:t>
      </w:r>
      <w:r>
        <w:rPr>
          <w:b/>
          <w:bCs/>
        </w:rPr>
        <w:t xml:space="preserve"> </w:t>
      </w:r>
      <w:r>
        <w:rPr>
          <w:b/>
          <w:bCs/>
        </w:rPr>
        <w:t xml:space="preserve">for the notion that common people can regulate their own lives better than she can.</w:t>
      </w:r>
      <w:r>
        <w:br/>
      </w:r>
      <w:r>
        <w:t xml:space="preserve">    (a) lack of respect</w:t>
      </w:r>
      <w:r>
        <w:br/>
      </w:r>
      <w:r>
        <w:t xml:space="preserve">    (b) humility</w:t>
      </w:r>
      <w:r>
        <w:br/>
      </w:r>
      <w:r>
        <w:t xml:space="preserve">    (c) intense anger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Modern smartphones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enable</w:t>
      </w:r>
      <w:r>
        <w:rPr>
          <w:b/>
          <w:bCs/>
        </w:rPr>
        <w:t xml:space="preserve"> </w:t>
      </w:r>
      <w:r>
        <w:rPr>
          <w:b/>
          <w:bCs/>
        </w:rPr>
        <w:t xml:space="preserve">people to work from almost anywhere.</w:t>
      </w:r>
      <w:r>
        <w:br/>
      </w:r>
      <w:r>
        <w:t xml:space="preserve">    (a) allow</w:t>
      </w:r>
      <w:r>
        <w:br/>
      </w:r>
      <w:r>
        <w:t xml:space="preserve">    (b) remind</w:t>
      </w:r>
      <w:r>
        <w:br/>
      </w:r>
      <w:r>
        <w:t xml:space="preserve">    (c) require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made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impetuous</w:t>
      </w:r>
      <w:r>
        <w:rPr>
          <w:b/>
          <w:bCs/>
        </w:rPr>
        <w:t xml:space="preserve"> </w:t>
      </w:r>
      <w:r>
        <w:rPr>
          <w:b/>
          <w:bCs/>
        </w:rPr>
        <w:t xml:space="preserve">purchase, buying the car without test-driving it first.</w:t>
      </w:r>
      <w:r>
        <w:br/>
      </w:r>
      <w:r>
        <w:t xml:space="preserve">    (a) cautious</w:t>
      </w:r>
      <w:r>
        <w:br/>
      </w:r>
      <w:r>
        <w:t xml:space="preserve">    (b) impulsive</w:t>
      </w:r>
      <w:r>
        <w:br/>
      </w:r>
      <w:r>
        <w:t xml:space="preserve">    (c) wealthy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infatuated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new singer and talked about her constantly.</w:t>
      </w:r>
      <w:r>
        <w:br/>
      </w:r>
      <w:r>
        <w:t xml:space="preserve">    (a) slightly informed</w:t>
      </w:r>
      <w:r>
        <w:br/>
      </w:r>
      <w:r>
        <w:t xml:space="preserve">    (b) foolishly fascinated</w:t>
      </w:r>
      <w:r>
        <w:br/>
      </w:r>
      <w:r>
        <w:t xml:space="preserve">    (c) openly annoyed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intimidated</w:t>
      </w:r>
      <w:r>
        <w:rPr>
          <w:b/>
          <w:bCs/>
        </w:rPr>
        <w:t xml:space="preserve"> </w:t>
      </w:r>
      <w:r>
        <w:rPr>
          <w:b/>
          <w:bCs/>
        </w:rPr>
        <w:t xml:space="preserve">by the formality of her first board meeting.</w:t>
      </w:r>
      <w:r>
        <w:br/>
      </w:r>
      <w:r>
        <w:t xml:space="preserve">    (a) made fearful</w:t>
      </w:r>
      <w:r>
        <w:br/>
      </w:r>
      <w:r>
        <w:t xml:space="preserve">    (b) quite amused</w:t>
      </w:r>
      <w:r>
        <w:br/>
      </w:r>
      <w:r>
        <w:t xml:space="preserve">    (c) made welcome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Words can be like baseball bats when used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maliciously</w:t>
      </w:r>
      <w:r>
        <w:rPr>
          <w:b/>
          <w:bCs/>
        </w:rPr>
        <w:t xml:space="preserve"> </w:t>
      </w:r>
      <w:r>
        <w:rPr>
          <w:b/>
          <w:bCs/>
        </w:rPr>
        <w:t xml:space="preserve">against someone who is sensitive.</w:t>
      </w:r>
      <w:r>
        <w:br/>
      </w:r>
      <w:r>
        <w:t xml:space="preserve">    (a) carelessly</w:t>
      </w:r>
      <w:r>
        <w:br/>
      </w:r>
      <w:r>
        <w:t xml:space="preserve">    (b) mockingly</w:t>
      </w:r>
      <w:r>
        <w:br/>
      </w:r>
      <w:r>
        <w:t xml:space="preserve">    (c) evilly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weather makes 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melancholy</w:t>
      </w:r>
      <w:r>
        <w:rPr>
          <w:b/>
          <w:bCs/>
        </w:rPr>
        <w:t xml:space="preserve">. I can't wait for spring,</w:t>
      </w:r>
      <w:r>
        <w:br/>
      </w:r>
      <w:r>
        <w:t xml:space="preserve">    (a) feel like singing</w:t>
      </w:r>
      <w:r>
        <w:br/>
      </w:r>
      <w:r>
        <w:t xml:space="preserve">    (b) sad</w:t>
      </w:r>
      <w:r>
        <w:br/>
      </w:r>
      <w:r>
        <w:t xml:space="preserve">    (c) happy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loves him.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Nevertheless</w:t>
      </w:r>
      <w:r>
        <w:rPr>
          <w:b/>
          <w:bCs/>
        </w:rPr>
        <w:t xml:space="preserve">, she is determined to stop seeing him unless he stops drinking.</w:t>
      </w:r>
      <w:r>
        <w:br/>
      </w:r>
      <w:r>
        <w:t xml:space="preserve">    (a) despite that</w:t>
      </w:r>
      <w:r>
        <w:br/>
      </w:r>
      <w:r>
        <w:t xml:space="preserve">    (b) in addition</w:t>
      </w:r>
      <w:r>
        <w:br/>
      </w:r>
      <w:r>
        <w:t xml:space="preserve">    (c) also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Relapses</w:t>
      </w:r>
      <w:r>
        <w:rPr>
          <w:b/>
          <w:bCs/>
        </w:rPr>
        <w:t xml:space="preserve"> </w:t>
      </w:r>
      <w:r>
        <w:rPr>
          <w:b/>
          <w:bCs/>
        </w:rPr>
        <w:t xml:space="preserve">are common with major depressive disorder.</w:t>
      </w:r>
      <w:r>
        <w:br/>
      </w:r>
      <w:r>
        <w:t xml:space="preserve">    (a) lost work days</w:t>
      </w:r>
      <w:r>
        <w:br/>
      </w:r>
      <w:r>
        <w:t xml:space="preserve">    (b) returns to illness</w:t>
      </w:r>
      <w:r>
        <w:br/>
      </w:r>
      <w:r>
        <w:t xml:space="preserve">    (c) crying spells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lawyers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remonstrate</w:t>
      </w:r>
      <w:r>
        <w:rPr>
          <w:b/>
          <w:bCs/>
        </w:rPr>
        <w:t xml:space="preserve"> </w:t>
      </w:r>
      <w:r>
        <w:rPr>
          <w:b/>
          <w:bCs/>
        </w:rPr>
        <w:t xml:space="preserve">that we're starting without a written agreement, but we trust each other.</w:t>
      </w:r>
      <w:r>
        <w:br/>
      </w:r>
      <w:r>
        <w:t xml:space="preserve">    (a) explain</w:t>
      </w:r>
      <w:r>
        <w:br/>
      </w:r>
      <w:r>
        <w:t xml:space="preserve">    (b) protest</w:t>
      </w:r>
      <w:r>
        <w:br/>
      </w:r>
      <w:r>
        <w:t xml:space="preserve">    (c) promise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resigned</w:t>
      </w:r>
      <w:r>
        <w:rPr>
          <w:b/>
          <w:bCs/>
        </w:rPr>
        <w:t xml:space="preserve"> </w:t>
      </w:r>
      <w:r>
        <w:rPr>
          <w:b/>
          <w:bCs/>
        </w:rPr>
        <w:t xml:space="preserve">to being embarrassed by her younger brother.</w:t>
      </w:r>
      <w:r>
        <w:br/>
      </w:r>
      <w:r>
        <w:t xml:space="preserve">    (a) resistant</w:t>
      </w:r>
      <w:r>
        <w:br/>
      </w:r>
      <w:r>
        <w:t xml:space="preserve">    (b) putting a stop</w:t>
      </w:r>
      <w:r>
        <w:br/>
      </w:r>
      <w:r>
        <w:t xml:space="preserve">    (c) with acceptance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Despite the criticism, she remained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resolute</w:t>
      </w:r>
      <w:r>
        <w:rPr>
          <w:b/>
          <w:bCs/>
        </w:rPr>
        <w:t xml:space="preserve"> </w:t>
      </w:r>
      <w:r>
        <w:rPr>
          <w:b/>
          <w:bCs/>
        </w:rPr>
        <w:t xml:space="preserve">in her decision to speak out.</w:t>
      </w:r>
      <w:r>
        <w:br/>
      </w:r>
      <w:r>
        <w:t xml:space="preserve">    (a) out of touch with reality</w:t>
      </w:r>
      <w:r>
        <w:br/>
      </w:r>
      <w:r>
        <w:t xml:space="preserve">    (b) determined and unwavering</w:t>
      </w:r>
      <w:r>
        <w:br/>
      </w:r>
      <w:r>
        <w:t xml:space="preserve">    (c) hopeful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2026-07-31T14:51:59Z</dcterms:created>
  <dcterms:modified xsi:type="dcterms:W3CDTF">2026-07-31T14:51:59Z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