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41005567afed217fe96ea1ab2a6754d2b20068"/>
    <w:p>
      <w:pPr>
        <w:pStyle w:val="Heading1"/>
      </w:pPr>
      <w:r>
        <w:rPr>
          <w:b/>
          <w:bCs/>
        </w:rPr>
        <w:t xml:space="preserve">Pygmalion</w:t>
      </w:r>
      <w:r>
        <w:br/>
      </w:r>
      <w:r>
        <w:rPr>
          <w:i/>
          <w:iCs/>
        </w:rPr>
        <w:t xml:space="preserve">George Bernard Shaw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great ability as a phonetician (he was, I think, the best of them all at his job) would have entitled him to high official recognition, and perhaps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enabled</w:t>
      </w:r>
      <w:r>
        <w:rPr>
          <w:b/>
          <w:bCs/>
        </w:rPr>
        <w:t xml:space="preserve"> </w:t>
      </w:r>
      <w:r>
        <w:rPr>
          <w:b/>
          <w:bCs/>
        </w:rPr>
        <w:t xml:space="preserve">him to popularize his subject, but for his Satanic contempt for all academic dignitaries and persons in general who thought more of Greek than of phonetics.</w:t>
      </w:r>
      <w:r>
        <w:br/>
      </w:r>
      <w:r>
        <w:t xml:space="preserve">    (a) got closer to</w:t>
      </w:r>
      <w:r>
        <w:br/>
      </w:r>
      <w:r>
        <w:t xml:space="preserve">    (b) not satisfied</w:t>
      </w:r>
      <w:r>
        <w:br/>
      </w:r>
      <w:r>
        <w:t xml:space="preserve">    (c) made possible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future of phonetics rests probably with his pupils, who all swore by him; but nothing could bring the man himself into any sort of compliance with the university, to which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 </w:t>
      </w:r>
      <w:r>
        <w:rPr>
          <w:b/>
          <w:bCs/>
        </w:rPr>
        <w:t xml:space="preserve">clung by divine right in an intensely Oxonian way.</w:t>
      </w:r>
      <w:r>
        <w:br/>
      </w:r>
      <w:r>
        <w:t xml:space="preserve">    (a) despite that (used to connect contrasting ideas)</w:t>
      </w:r>
      <w:r>
        <w:br/>
      </w:r>
      <w:r>
        <w:t xml:space="preserve">    (b) in keeping with or in agreement with what was just stated</w:t>
      </w:r>
      <w:r>
        <w:br/>
      </w:r>
      <w:r>
        <w:t xml:space="preserve">    (c) therefore (for that reason)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General hubbub, mostly sympathetic to the flower girl,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deprecating</w:t>
      </w:r>
      <w:r>
        <w:rPr>
          <w:b/>
          <w:bCs/>
        </w:rPr>
        <w:t xml:space="preserve"> </w:t>
      </w:r>
      <w:r>
        <w:rPr>
          <w:b/>
          <w:bCs/>
        </w:rPr>
        <w:t xml:space="preserve">her excessive sensibility.</w:t>
      </w:r>
      <w:r>
        <w:br/>
      </w:r>
      <w:r>
        <w:t xml:space="preserve">    (a) belittling or disapproving  OR  belittling (minimizing or diminishing the value of) oneself</w:t>
      </w:r>
      <w:r>
        <w:br/>
      </w:r>
      <w:r>
        <w:t xml:space="preserve">    (b) persuading someone to want something (often sex or love) by tempting with something desired</w:t>
      </w:r>
      <w:r>
        <w:br/>
      </w:r>
      <w:r>
        <w:t xml:space="preserve">    (c) removing or suppressing something considered obscene, immoral, or politically unacceptable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FLOWER GIRL [subsiding into a brooding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melancholy</w:t>
      </w:r>
      <w:r>
        <w:rPr>
          <w:b/>
          <w:bCs/>
        </w:rPr>
        <w:t xml:space="preserve"> </w:t>
      </w:r>
      <w:r>
        <w:rPr>
          <w:b/>
          <w:bCs/>
        </w:rPr>
        <w:t xml:space="preserve">over her basket, and talking very low-spiritedly to herself] I'm a good girl, I am.</w:t>
      </w:r>
      <w:r>
        <w:br/>
      </w:r>
      <w:r>
        <w:t xml:space="preserve">    (a) relating to the outside</w:t>
      </w:r>
      <w:r>
        <w:br/>
      </w:r>
      <w:r>
        <w:t xml:space="preserve">    (b) about (but not exactly)</w:t>
      </w:r>
      <w:r>
        <w:br/>
      </w:r>
      <w:r>
        <w:t xml:space="preserve">    (c) a sad feeling or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myself a student of Indian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dialects</w:t>
      </w:r>
      <w:r>
        <w:rPr>
          <w:b/>
          <w:bCs/>
        </w:rPr>
        <w:t xml:space="preserve">;</w:t>
      </w:r>
      <w:r>
        <w:br/>
      </w:r>
      <w:r>
        <w:t xml:space="preserve">    (a) regional varieties of a language</w:t>
      </w:r>
      <w:r>
        <w:br/>
      </w:r>
      <w:r>
        <w:t xml:space="preserve">    (b) measures of general intelligence</w:t>
      </w:r>
      <w:r>
        <w:br/>
      </w:r>
      <w:r>
        <w:t xml:space="preserve">    (c) wedding ceremony and festivities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is, in fact, but for his years and size, rather like a 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baby "taking notice" eagerly and loudly, and requiring almost as much watching to keep him out of unintended mischief.</w:t>
      </w:r>
      <w:r>
        <w:br/>
      </w:r>
      <w:r>
        <w:t xml:space="preserve">    (a) impulsive (acting suddenly without much thought)</w:t>
      </w:r>
      <w:r>
        <w:br/>
      </w:r>
      <w:r>
        <w:t xml:space="preserve">    (b) tending to have exceedingly unfavorable opinions</w:t>
      </w:r>
      <w:r>
        <w:br/>
      </w:r>
      <w:r>
        <w:t xml:space="preserve">    (c) most important; or person that is most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manner varies from genial bullying when he is in a good humor to stormy petulance when anything goes wrong; but he is so entirely frank and void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malice</w:t>
      </w:r>
      <w:r>
        <w:rPr>
          <w:b/>
          <w:bCs/>
        </w:rPr>
        <w:t xml:space="preserve"> </w:t>
      </w:r>
      <w:r>
        <w:rPr>
          <w:b/>
          <w:bCs/>
        </w:rPr>
        <w:t xml:space="preserve">that he remains likeable even in his least reasonable moments.</w:t>
      </w:r>
      <w:r>
        <w:br/>
      </w:r>
      <w:r>
        <w:t xml:space="preserve">    (a) the desire to hurt others or see them suffer</w:t>
      </w:r>
      <w:r>
        <w:br/>
      </w:r>
      <w:r>
        <w:t xml:space="preserve">    (b) the quality of lacking exactness or accuracy</w:t>
      </w:r>
      <w:r>
        <w:br/>
      </w:r>
      <w:r>
        <w:t xml:space="preserve">    (c) not adjusting a lens to create a clear image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MRS. PEARCE [only half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resigned</w:t>
      </w:r>
      <w:r>
        <w:rPr>
          <w:b/>
          <w:bCs/>
        </w:rPr>
        <w:t xml:space="preserve"> </w:t>
      </w:r>
      <w:r>
        <w:rPr>
          <w:b/>
          <w:bCs/>
        </w:rPr>
        <w:t xml:space="preserve">to it] Very well, sir. It's for you to say.</w:t>
      </w:r>
      <w:r>
        <w:br/>
      </w:r>
      <w:r>
        <w:t xml:space="preserve">    (a) to be or to become used to (adapted to and with an expectation of)</w:t>
      </w:r>
      <w:r>
        <w:br/>
      </w:r>
      <w:r>
        <w:t xml:space="preserve">    (b) showed something -- such as demonstrated, expressed, or represented</w:t>
      </w:r>
      <w:r>
        <w:br/>
      </w:r>
      <w:r>
        <w:t xml:space="preserve">    (c) acceptance of something undesired as unavoidable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pathos of this deplorable figure, with its innocent vanity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consequential</w:t>
      </w:r>
      <w:r>
        <w:rPr>
          <w:b/>
          <w:bCs/>
        </w:rPr>
        <w:t xml:space="preserve"> </w:t>
      </w:r>
      <w:r>
        <w:rPr>
          <w:b/>
          <w:bCs/>
        </w:rPr>
        <w:t xml:space="preserve">air, touches Pickering, who has already straightened himself in the presence of Mrs. Pearce.</w:t>
      </w:r>
      <w:r>
        <w:br/>
      </w:r>
      <w:r>
        <w:t xml:space="preserve">    (a) disbelief</w:t>
      </w:r>
      <w:r>
        <w:br/>
      </w:r>
      <w:r>
        <w:t xml:space="preserve">    (b) important</w:t>
      </w:r>
      <w:r>
        <w:br/>
      </w:r>
      <w:r>
        <w:t xml:space="preserve">    (c)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makes him a standing puzzle to the huge number of uncultivated people who have been brought up in tasteless homes by commonplace or disagreeable parents, and to whom,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consequently</w:t>
      </w:r>
      <w:r>
        <w:rPr>
          <w:b/>
          <w:bCs/>
        </w:rPr>
        <w:t xml:space="preserve">, literature, painting, sculpture, music, and affectionate personal relations come as modes of sex if they come at all.</w:t>
      </w:r>
      <w:r>
        <w:br/>
      </w:r>
      <w:r>
        <w:t xml:space="preserve">    (a) despite that (used to connect contrasting ideas)</w:t>
      </w:r>
      <w:r>
        <w:br/>
      </w:r>
      <w:r>
        <w:t xml:space="preserve">    (b) even though -- used to connect contrasting ideas</w:t>
      </w:r>
      <w:r>
        <w:br/>
      </w:r>
      <w:r>
        <w:t xml:space="preserve">    (c) resultantly (as a result)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PICKERING [in good-humored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remonstrance</w:t>
      </w:r>
      <w:r>
        <w:rPr>
          <w:b/>
          <w:bCs/>
        </w:rPr>
        <w:t xml:space="preserve">] Does it occur to you, Higgins, that the girl has some feelings?</w:t>
      </w:r>
      <w:r>
        <w:br/>
      </w:r>
      <w:r>
        <w:t xml:space="preserve">    (a) someone who expresses disapproval</w:t>
      </w:r>
      <w:r>
        <w:br/>
      </w:r>
      <w:r>
        <w:t xml:space="preserve">    (b) arguing in protest</w:t>
      </w:r>
      <w:r>
        <w:br/>
      </w:r>
      <w:r>
        <w:t xml:space="preserve">    (c) the act of recognizing 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Pickering: if we listen to this man another minute, we shall have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convictions</w:t>
      </w:r>
      <w:r>
        <w:rPr>
          <w:b/>
          <w:bCs/>
        </w:rPr>
        <w:t xml:space="preserve"> </w:t>
      </w:r>
      <w:r>
        <w:rPr>
          <w:b/>
          <w:bCs/>
        </w:rPr>
        <w:t xml:space="preserve">left.</w:t>
      </w:r>
      <w:r>
        <w:br/>
      </w:r>
      <w:r>
        <w:t xml:space="preserve">    (a) a strong, firmly held belief</w:t>
      </w:r>
      <w:r>
        <w:br/>
      </w:r>
      <w:r>
        <w:t xml:space="preserve">    (b) not working or not operating</w:t>
      </w:r>
      <w:r>
        <w:br/>
      </w:r>
      <w:r>
        <w:t xml:space="preserve">    (c) calculates or judges too low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gets out of her way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deferentially</w:t>
      </w:r>
      <w:r>
        <w:rPr>
          <w:b/>
          <w:bCs/>
        </w:rPr>
        <w:t xml:space="preserve"> </w:t>
      </w:r>
      <w:r>
        <w:rPr>
          <w:b/>
          <w:bCs/>
        </w:rPr>
        <w:t xml:space="preserve">and apologizes.</w:t>
      </w:r>
      <w:r>
        <w:br/>
      </w:r>
      <w:r>
        <w:t xml:space="preserve">    (a) in a specific order</w:t>
      </w:r>
      <w:r>
        <w:br/>
      </w:r>
      <w:r>
        <w:t xml:space="preserve">    (b) with polite respect</w:t>
      </w:r>
      <w:r>
        <w:br/>
      </w:r>
      <w:r>
        <w:t xml:space="preserve">    (c) not done on purpose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takes off his hat to Mrs. Pearce, who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disdains</w:t>
      </w:r>
      <w:r>
        <w:rPr>
          <w:b/>
          <w:bCs/>
        </w:rPr>
        <w:t xml:space="preserve"> </w:t>
      </w:r>
      <w:r>
        <w:rPr>
          <w:b/>
          <w:bCs/>
        </w:rPr>
        <w:t xml:space="preserve">the salutation and goes out.</w:t>
      </w:r>
      <w:r>
        <w:br/>
      </w:r>
      <w:r>
        <w:t xml:space="preserve">    (a) grammatically changes verb form depending upon context</w:t>
      </w:r>
      <w:r>
        <w:br/>
      </w:r>
      <w:r>
        <w:t xml:space="preserve">    (b) settles (something so it no longer requires attention)</w:t>
      </w:r>
      <w:r>
        <w:br/>
      </w:r>
      <w:r>
        <w:t xml:space="preserve">    (c) ignores (as though not worthy of her notice)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HIGGINS [</w:t>
      </w:r>
      <w:r>
        <w:rPr>
          <w:b/>
          <w:bCs/>
          <w:u w:val="single"/>
        </w:rPr>
        <w:t xml:space="preserve">relapsing</w:t>
      </w:r>
      <w:r>
        <w:rPr>
          <w:b/>
          <w:bCs/>
        </w:rPr>
        <w:t xml:space="preserve"> </w:t>
      </w:r>
      <w:r>
        <w:rPr>
          <w:b/>
          <w:bCs/>
        </w:rPr>
        <w:t xml:space="preserve">into gloom] Lord forbid!</w:t>
      </w:r>
      <w:r>
        <w:br/>
      </w:r>
      <w:r>
        <w:t xml:space="preserve">    (a) returning to an undesirable previous condition</w:t>
      </w:r>
      <w:r>
        <w:br/>
      </w:r>
      <w:r>
        <w:t xml:space="preserve">    (b) moving back and forth; or being unsure or weak</w:t>
      </w:r>
      <w:r>
        <w:br/>
      </w:r>
      <w:r>
        <w:t xml:space="preserve">    (c) thinking carefully and making a judgment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MRS. HIGGINS [</w:t>
      </w:r>
      <w:r>
        <w:rPr>
          <w:b/>
          <w:bCs/>
          <w:u w:val="single"/>
        </w:rPr>
        <w:t xml:space="preserve">cordially</w:t>
      </w:r>
      <w:r>
        <w:rPr>
          <w:b/>
          <w:bCs/>
        </w:rPr>
        <w:t xml:space="preserve">] Quite right: I'm very glad indeed to see you.</w:t>
      </w:r>
      <w:r>
        <w:br/>
      </w:r>
      <w:r>
        <w:t xml:space="preserve">    (a) in a skillful way</w:t>
      </w:r>
      <w:r>
        <w:br/>
      </w:r>
      <w:r>
        <w:t xml:space="preserve">    (b) in a pleasing way</w:t>
      </w:r>
      <w:r>
        <w:br/>
      </w:r>
      <w:r>
        <w:t xml:space="preserve">    (c) in a friendly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Freddy bows and sits down in the Elizabethan chair,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infatuated</w:t>
      </w:r>
      <w:r>
        <w:rPr>
          <w:b/>
          <w:bCs/>
        </w:rPr>
        <w:t xml:space="preserve">.</w:t>
      </w:r>
      <w:r>
        <w:br/>
      </w:r>
      <w:r>
        <w:t xml:space="preserve">    (a) having the characteristic of or relating to bouncing back light/heat/sound...</w:t>
      </w:r>
      <w:r>
        <w:br/>
      </w:r>
      <w:r>
        <w:t xml:space="preserve">    (b) deeply but often foolishly in love with or obsessed with someone or something</w:t>
      </w:r>
      <w:r>
        <w:br/>
      </w:r>
      <w:r>
        <w:t xml:space="preserve">    (c) suffering from too few red blood cells</w:t>
      </w:r>
      <w:r>
        <w:br/>
      </w:r>
      <w:r>
        <w:br/>
      </w:r>
      <w:r>
        <w:t xml:space="preserve">or (less commonly):  lacking vitality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We're 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intimidated</w:t>
      </w:r>
      <w:r>
        <w:rPr>
          <w:b/>
          <w:bCs/>
        </w:rPr>
        <w:t xml:space="preserve">.</w:t>
      </w:r>
      <w:r>
        <w:br/>
      </w:r>
      <w:r>
        <w:t xml:space="preserve">    (a) gained advantage from</w:t>
      </w:r>
      <w:r>
        <w:br/>
      </w:r>
      <w:r>
        <w:t xml:space="preserve">    (b) marked important text</w:t>
      </w:r>
      <w:r>
        <w:br/>
      </w:r>
      <w:r>
        <w:t xml:space="preserve">    (c) fearful or threatened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[He makes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resolutely</w:t>
      </w:r>
      <w:r>
        <w:rPr>
          <w:b/>
          <w:bCs/>
        </w:rPr>
        <w:t xml:space="preserve"> </w:t>
      </w:r>
      <w:r>
        <w:rPr>
          <w:b/>
          <w:bCs/>
        </w:rPr>
        <w:t xml:space="preserve">for the door]</w:t>
      </w:r>
      <w:r>
        <w:br/>
      </w:r>
      <w:r>
        <w:t xml:space="preserve">    (a) in a strongly biased manner</w:t>
      </w:r>
      <w:r>
        <w:br/>
      </w:r>
      <w:r>
        <w:t xml:space="preserve">    (b) in a morally correct manner</w:t>
      </w:r>
      <w:r>
        <w:br/>
      </w:r>
      <w:r>
        <w:t xml:space="preserve">    (c) with firm purpose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I haven't forgot what you said a minute ago; and I won't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coaxed</w:t>
      </w:r>
      <w:r>
        <w:rPr>
          <w:b/>
          <w:bCs/>
        </w:rPr>
        <w:t xml:space="preserve"> </w:t>
      </w:r>
      <w:r>
        <w:rPr>
          <w:b/>
          <w:bCs/>
        </w:rPr>
        <w:t xml:space="preserve">round as if I was a baby or a puppy.</w:t>
      </w:r>
      <w:r>
        <w:br/>
      </w:r>
      <w:r>
        <w:t xml:space="preserve">    (a) thought of something as true or likely, even though it was not known with certainty</w:t>
      </w:r>
      <w:r>
        <w:br/>
      </w:r>
      <w:r>
        <w:t xml:space="preserve">    (b) tried to obtain a result through gentle and careful effort -- often gently persuaded</w:t>
      </w:r>
      <w:r>
        <w:br/>
      </w:r>
      <w:r>
        <w:t xml:space="preserve">    (c) did not vote  OR  did not drink alcohol  OR  (more rarely) did not do something else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2026-07-31T14:51:59Z</dcterms:created>
  <dcterms:modified xsi:type="dcterms:W3CDTF">2026-07-31T14:51:59Z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