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ab9f7800869f3bf98c5422ddfdab4ea2688eb9"/>
    <w:p>
      <w:pPr>
        <w:pStyle w:val="Heading1"/>
      </w:pPr>
      <w:r>
        <w:rPr>
          <w:b/>
          <w:bCs/>
        </w:rPr>
        <w:t xml:space="preserve">Pygmalion</w:t>
      </w:r>
      <w:r>
        <w:br/>
      </w:r>
      <w:r>
        <w:rPr>
          <w:i/>
          <w:iCs/>
        </w:rPr>
        <w:t xml:space="preserve">George Bernard Shaw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will be seen later on, Pygmalion needs, not a preface, but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sequel</w:t>
      </w:r>
      <w:r>
        <w:rPr>
          <w:b/>
          <w:bCs/>
        </w:rPr>
        <w:t xml:space="preserve">, which I have supplied in its due place.</w:t>
      </w:r>
      <w:r>
        <w:br/>
      </w:r>
      <w:r>
        <w:t xml:space="preserve">    (a) something that follows and continues something else -- especially a film or book</w:t>
      </w:r>
      <w:r>
        <w:br/>
      </w:r>
      <w:r>
        <w:br/>
      </w:r>
      <w:r>
        <w:t xml:space="preserve">or more rarely:  something that follows as a result of something else</w:t>
      </w:r>
      <w:r>
        <w:br/>
      </w:r>
      <w:r>
        <w:t xml:space="preserve">    (b) a diplomat appointed by a government to live in a foreign country and help its citizens visiting that country; or the offices of that person and assistants</w:t>
      </w:r>
      <w:r>
        <w:br/>
      </w:r>
      <w:r>
        <w:t xml:space="preserve">    (c) a math value that tells how many times a number is multiplied by itself to reach another number -- often used to describe very big or very small quantities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about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conciliatory</w:t>
      </w:r>
      <w:r>
        <w:rPr>
          <w:b/>
          <w:bCs/>
        </w:rPr>
        <w:t xml:space="preserve"> </w:t>
      </w:r>
      <w:r>
        <w:rPr>
          <w:b/>
          <w:bCs/>
        </w:rPr>
        <w:t xml:space="preserve">to conventional mortals as Ibsen or Samuel Butler.</w:t>
      </w:r>
      <w:r>
        <w:br/>
      </w:r>
      <w:r>
        <w:t xml:space="preserve">    (a) able to change to fit a different situation</w:t>
      </w:r>
      <w:r>
        <w:br/>
      </w:r>
      <w:r>
        <w:t xml:space="preserve">    (b) the quality of being able to stop something</w:t>
      </w:r>
      <w:r>
        <w:br/>
      </w:r>
      <w:r>
        <w:t xml:space="preserve">    (c) to act in a manner intended to end bad feelings or build trust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become a sort of walking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repudiation</w:t>
      </w:r>
      <w:r>
        <w:rPr>
          <w:b/>
          <w:bCs/>
        </w:rPr>
        <w:t xml:space="preserve"> </w:t>
      </w:r>
      <w:r>
        <w:rPr>
          <w:b/>
          <w:bCs/>
        </w:rPr>
        <w:t xml:space="preserve">of Oxford and all its traditions.</w:t>
      </w:r>
      <w:r>
        <w:br/>
      </w:r>
      <w:r>
        <w:t xml:space="preserve">    (a) chaotic disorder</w:t>
      </w:r>
      <w:r>
        <w:br/>
      </w:r>
      <w:r>
        <w:t xml:space="preserve">    (b) risky investment</w:t>
      </w:r>
      <w:r>
        <w:br/>
      </w:r>
      <w:r>
        <w:t xml:space="preserve">    (c) strong rejection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triumph of Pitman was a triumph of business organization: there was a weekly paper to persuade you to learn Pitman: there were cheap textbooks and exercise books and transcripts of speeches for you to copy, and schools where experienced teachers coached you up to the necessary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.</w:t>
      </w:r>
      <w:r>
        <w:br/>
      </w:r>
      <w:r>
        <w:t xml:space="preserve">    (a) story</w:t>
      </w:r>
      <w:r>
        <w:br/>
      </w:r>
      <w:r>
        <w:t xml:space="preserve">    (b) skill</w:t>
      </w:r>
      <w:r>
        <w:br/>
      </w:r>
      <w:r>
        <w:t xml:space="preserve">    (c) snake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repeat the parrot cry that art should never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didactic</w:t>
      </w:r>
      <w:r>
        <w:rPr>
          <w:b/>
          <w:bCs/>
        </w:rPr>
        <w:t xml:space="preserve">.</w:t>
      </w:r>
      <w:r>
        <w:br/>
      </w:r>
      <w:r>
        <w:t xml:space="preserve">    (a) someone who believes in doing things the way they have generally been done in the past</w:t>
      </w:r>
      <w:r>
        <w:br/>
      </w:r>
      <w:r>
        <w:t xml:space="preserve">    (b) psychoanalysis:  that part of the unconscious mind with primitive, instinctual desires</w:t>
      </w:r>
      <w:r>
        <w:br/>
      </w:r>
      <w:r>
        <w:t xml:space="preserve">    (c) intended to instruct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manner varies from genial bullying when he is in a good humor to stormy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petulance</w:t>
      </w:r>
      <w:r>
        <w:rPr>
          <w:b/>
          <w:bCs/>
        </w:rPr>
        <w:t xml:space="preserve"> </w:t>
      </w:r>
      <w:r>
        <w:rPr>
          <w:b/>
          <w:bCs/>
        </w:rPr>
        <w:t xml:space="preserve">when anything goes wrong;</w:t>
      </w:r>
      <w:r>
        <w:br/>
      </w:r>
      <w:r>
        <w:t xml:space="preserve">    (a) an angle measuring 90 degrees (like the angle between a classroom floor and wall)</w:t>
      </w:r>
      <w:r>
        <w:br/>
      </w:r>
      <w:r>
        <w:t xml:space="preserve">    (b) an organ attached to the wall of the uterus to nourish the fetus during pregnancy</w:t>
      </w:r>
      <w:r>
        <w:br/>
      </w:r>
      <w:r>
        <w:t xml:space="preserve">    (c) unreasonable annoyance and irritability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HIGGINS [</w:t>
      </w:r>
      <w:r>
        <w:rPr>
          <w:b/>
          <w:bCs/>
          <w:u w:val="single"/>
        </w:rPr>
        <w:t xml:space="preserve">peremptorily</w:t>
      </w:r>
      <w:r>
        <w:rPr>
          <w:b/>
          <w:bCs/>
        </w:rPr>
        <w:t xml:space="preserve">] Sit down.</w:t>
      </w:r>
      <w:r>
        <w:br/>
      </w:r>
      <w:r>
        <w:t xml:space="preserve">    (a) in a manner that gradually destroys an established order</w:t>
      </w:r>
      <w:r>
        <w:br/>
      </w:r>
      <w:r>
        <w:t xml:space="preserve">    (b) with low spirits (sadness, disappointment, hopelessness)</w:t>
      </w:r>
      <w:r>
        <w:br/>
      </w:r>
      <w:r>
        <w:t xml:space="preserve">    (c) in a manner that does not allow contradiction or refusal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I am, a shy,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</w:t>
      </w:r>
      <w:r>
        <w:rPr>
          <w:b/>
          <w:bCs/>
        </w:rPr>
        <w:t xml:space="preserve"> </w:t>
      </w:r>
      <w:r>
        <w:rPr>
          <w:b/>
          <w:bCs/>
        </w:rPr>
        <w:t xml:space="preserve">sort of man.</w:t>
      </w:r>
      <w:r>
        <w:br/>
      </w:r>
      <w:r>
        <w:t xml:space="preserve">    (a) belligerent (argumentative or aggressive)</w:t>
      </w:r>
      <w:r>
        <w:br/>
      </w:r>
      <w:r>
        <w:t xml:space="preserve">    (b) hesitant and unassertive</w:t>
      </w:r>
      <w:r>
        <w:br/>
      </w:r>
      <w:r>
        <w:t xml:space="preserve">    (c) young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pauperize</w:t>
      </w:r>
      <w:r>
        <w:rPr>
          <w:b/>
          <w:bCs/>
        </w:rPr>
        <w:t xml:space="preserve"> </w:t>
      </w:r>
      <w:r>
        <w:rPr>
          <w:b/>
          <w:bCs/>
        </w:rPr>
        <w:t xml:space="preserve">me, you bet.</w:t>
      </w:r>
      <w:r>
        <w:br/>
      </w:r>
      <w:r>
        <w:t xml:space="preserve">    (a) include consideration of</w:t>
      </w:r>
      <w:r>
        <w:br/>
      </w:r>
      <w:r>
        <w:t xml:space="preserve">    (b) someone who is very poor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HIGGINS [</w:t>
      </w:r>
      <w:r>
        <w:rPr>
          <w:b/>
          <w:bCs/>
          <w:u w:val="single"/>
        </w:rPr>
        <w:t xml:space="preserve">conscientiously</w:t>
      </w:r>
      <w:r>
        <w:rPr>
          <w:b/>
          <w:bCs/>
        </w:rPr>
        <w:t xml:space="preserve">] Oh!</w:t>
      </w:r>
      <w:r>
        <w:br/>
      </w:r>
      <w:r>
        <w:t xml:space="preserve">    (a) in an excessively unhappy and unsociable manner</w:t>
      </w:r>
      <w:r>
        <w:br/>
      </w:r>
      <w:r>
        <w:t xml:space="preserve">    (b) in a manner that is not attractive or desirable</w:t>
      </w:r>
      <w:r>
        <w:br/>
      </w:r>
      <w:r>
        <w:t xml:space="preserve">    (c) in a manner that is careful to do what is 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MISS EYNSFORD HILL [who considers Higgins quite eligible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matrimonially</w:t>
      </w:r>
      <w:r>
        <w:rPr>
          <w:b/>
          <w:bCs/>
        </w:rPr>
        <w:t xml:space="preserve">] I sympathize.</w:t>
      </w:r>
      <w:r>
        <w:br/>
      </w:r>
      <w:r>
        <w:t xml:space="preserve">    (a) in a manner that finds fault</w:t>
      </w:r>
      <w:r>
        <w:br/>
      </w:r>
      <w:r>
        <w:t xml:space="preserve">    (b) in a manner that is not good</w:t>
      </w:r>
      <w:r>
        <w:br/>
      </w:r>
      <w:r>
        <w:t xml:space="preserve">    (c) the state of being a married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LIZA [speaking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pedantic</w:t>
      </w:r>
      <w:r>
        <w:rPr>
          <w:b/>
          <w:bCs/>
        </w:rPr>
        <w:t xml:space="preserve"> </w:t>
      </w:r>
      <w:r>
        <w:rPr>
          <w:b/>
          <w:bCs/>
        </w:rPr>
        <w:t xml:space="preserve">correctness of pronunciation and great beauty of tone] How do you do, Mrs. Higgins?</w:t>
      </w:r>
      <w:r>
        <w:br/>
      </w:r>
      <w:r>
        <w:t xml:space="preserve">    (a) not having the characteristic of bouncing back light/heat/sound...</w:t>
      </w:r>
      <w:r>
        <w:br/>
      </w:r>
      <w:r>
        <w:t xml:space="preserve">    (b) the quality or degree of the involvement of other people or things</w:t>
      </w:r>
      <w:r>
        <w:br/>
      </w:r>
      <w:r>
        <w:t xml:space="preserve">    (c) excessive concern with formal rules, details, or book learning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if I ever stop thinking about the girl and her confounded vowels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consonants</w:t>
      </w:r>
      <w:r>
        <w:rPr>
          <w:b/>
          <w:bCs/>
        </w:rPr>
        <w:t xml:space="preserve">.</w:t>
      </w:r>
      <w:r>
        <w:br/>
      </w:r>
      <w:r>
        <w:t xml:space="preserve">    (a) speech sounds that are not vowels</w:t>
      </w:r>
      <w:r>
        <w:br/>
      </w:r>
      <w:r>
        <w:t xml:space="preserve">    (b) basic building blocks of matter that makes up protons and neutrons</w:t>
      </w:r>
      <w:r>
        <w:br/>
      </w:r>
      <w:r>
        <w:t xml:space="preserve">    (c) fixed values or limits that establish how something should be done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perfunctorily</w:t>
      </w:r>
      <w:r>
        <w:rPr>
          <w:b/>
          <w:bCs/>
        </w:rPr>
        <w:t xml:space="preserve"> </w:t>
      </w:r>
      <w:r>
        <w:rPr>
          <w:b/>
          <w:bCs/>
        </w:rPr>
        <w:t xml:space="preserve">thrusts them into his pockets, unconsciously decorating himself with the protruding ends of the chains.</w:t>
      </w:r>
      <w:r>
        <w:br/>
      </w:r>
      <w:r>
        <w:t xml:space="preserve">    (a) in a manner that is not sincere</w:t>
      </w:r>
      <w:r>
        <w:br/>
      </w:r>
      <w:r>
        <w:t xml:space="preserve">    (b) done quickly without concern or attention to detail</w:t>
      </w:r>
      <w:r>
        <w:br/>
      </w:r>
      <w:r>
        <w:t xml:space="preserve">    (c) in comparison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walks straight to Higgins,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accosts</w:t>
      </w:r>
      <w:r>
        <w:rPr>
          <w:b/>
          <w:bCs/>
        </w:rPr>
        <w:t xml:space="preserve"> </w:t>
      </w:r>
      <w:r>
        <w:rPr>
          <w:b/>
          <w:bCs/>
        </w:rPr>
        <w:t xml:space="preserve">him with vehement reproach.</w:t>
      </w:r>
      <w:r>
        <w:br/>
      </w:r>
      <w:r>
        <w:t xml:space="preserve">    (a) approaches and speaks in a demanding or challenging manner</w:t>
      </w:r>
      <w:r>
        <w:br/>
      </w:r>
      <w:r>
        <w:t xml:space="preserve">    (b) aka analysis -- analyzes based upon a theory of psychiatry</w:t>
      </w:r>
      <w:r>
        <w:br/>
      </w:r>
      <w:r>
        <w:t xml:space="preserve">    (c) aka analyzes -- analyzes based upon a theory of psychiatry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HIGGINS [disagreeably surprised] Damn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impudence</w:t>
      </w:r>
      <w:r>
        <w:rPr>
          <w:b/>
          <w:bCs/>
        </w:rPr>
        <w:t xml:space="preserve">!</w:t>
      </w:r>
      <w:r>
        <w:br/>
      </w:r>
      <w:r>
        <w:t xml:space="preserve">    (a) improper boldness or disrespect</w:t>
      </w:r>
      <w:r>
        <w:br/>
      </w:r>
      <w:r>
        <w:t xml:space="preserve">    (b) an artists performance of another artist's work that expresses the performer's feelings or ideas about the work</w:t>
      </w:r>
      <w:r>
        <w:br/>
      </w:r>
      <w:r>
        <w:t xml:space="preserve">    (c) soccer player who typically play in the middle third of the field and who assists with both defense and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Now, though Eliza was incapable of thus explaining to herself Higgins's formidable powers of resistance to the charm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prostrated</w:t>
      </w:r>
      <w:r>
        <w:rPr>
          <w:b/>
          <w:bCs/>
        </w:rPr>
        <w:t xml:space="preserve"> </w:t>
      </w:r>
      <w:r>
        <w:rPr>
          <w:b/>
          <w:bCs/>
        </w:rPr>
        <w:t xml:space="preserve">Freddy at the first glance, she was instinctively aware that she could never obtain a complete grip of him, or come between him and his mother (the first necessity of the married woman).</w:t>
      </w:r>
      <w:r>
        <w:br/>
      </w:r>
      <w:r>
        <w:t xml:space="preserve">    (a) showed something -- such as demonstrated, expressed, or represented</w:t>
      </w:r>
      <w:r>
        <w:br/>
      </w:r>
      <w:r>
        <w:t xml:space="preserve">    (b) provided evidence of something -- especially oral evidence in court</w:t>
      </w:r>
      <w:r>
        <w:br/>
      </w:r>
      <w:r>
        <w:t xml:space="preserve">    (c) lying down - typically face downward on the ground as in submission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last relic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opulence</w:t>
      </w:r>
      <w:r>
        <w:rPr>
          <w:b/>
          <w:bCs/>
        </w:rPr>
        <w:t xml:space="preserve"> </w:t>
      </w:r>
      <w:r>
        <w:rPr>
          <w:b/>
          <w:bCs/>
        </w:rPr>
        <w:t xml:space="preserve">of Largelady Park</w:t>
      </w:r>
      <w:r>
        <w:br/>
      </w:r>
      <w:r>
        <w:t xml:space="preserve">    (a) lowers moral standards</w:t>
      </w:r>
      <w:r>
        <w:br/>
      </w:r>
      <w:r>
        <w:t xml:space="preserve">    (b) magnificence or luxury</w:t>
      </w:r>
      <w:r>
        <w:br/>
      </w:r>
      <w:r>
        <w:t xml:space="preserve">    (c) not thinking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no longer dares to tease her by assuming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abysmal</w:t>
      </w:r>
      <w:r>
        <w:rPr>
          <w:b/>
          <w:bCs/>
        </w:rPr>
        <w:t xml:space="preserve"> </w:t>
      </w:r>
      <w:r>
        <w:rPr>
          <w:b/>
          <w:bCs/>
        </w:rPr>
        <w:t xml:space="preserve">inferiority of Freddy's mind to his own.</w:t>
      </w:r>
      <w:r>
        <w:br/>
      </w:r>
      <w:r>
        <w:t xml:space="preserve">    (a) very bad</w:t>
      </w:r>
      <w:r>
        <w:br/>
      </w:r>
      <w:r>
        <w:t xml:space="preserve">    (b) absolute</w:t>
      </w:r>
      <w:r>
        <w:br/>
      </w:r>
      <w:r>
        <w:t xml:space="preserve">    (c)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scrupulousness</w:t>
      </w:r>
      <w:r>
        <w:rPr>
          <w:b/>
          <w:bCs/>
        </w:rPr>
        <w:t xml:space="preserve"> </w:t>
      </w:r>
      <w:r>
        <w:rPr>
          <w:b/>
          <w:bCs/>
        </w:rPr>
        <w:t xml:space="preserve">with which he told her...</w:t>
      </w:r>
      <w:r>
        <w:br/>
      </w:r>
      <w:r>
        <w:t xml:space="preserve">    (a) appropriate or related in size, amount, or degree</w:t>
      </w:r>
      <w:r>
        <w:br/>
      </w:r>
      <w:r>
        <w:t xml:space="preserve">    (b) the quality of being without boundaries or limits</w:t>
      </w:r>
      <w:r>
        <w:br/>
      </w:r>
      <w:r>
        <w:t xml:space="preserve">    (c) care and attention to detail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2026-07-31T14:52:00Z</dcterms:created>
  <dcterms:modified xsi:type="dcterms:W3CDTF">2026-07-31T14:52:00Z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